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15F" w:rsidRDefault="007E715F">
      <w:bookmarkStart w:id="0" w:name="_GoBack"/>
      <w:bookmarkEnd w:id="0"/>
    </w:p>
    <w:p w:rsidR="007E715F" w:rsidRDefault="007E715F"/>
    <w:p w:rsidR="007E715F" w:rsidRDefault="007E715F"/>
    <w:p w:rsidR="007E715F" w:rsidRDefault="007E715F"/>
    <w:p w:rsidR="007E715F" w:rsidRDefault="00D52D88">
      <w:pPr>
        <w:jc w:val="center"/>
      </w:pPr>
      <w:r>
        <w:rPr>
          <w:b/>
          <w:color w:val="0E9F6E"/>
          <w:sz w:val="88"/>
        </w:rPr>
        <w:t>Weaf HR</w:t>
      </w:r>
    </w:p>
    <w:p w:rsidR="007E715F" w:rsidRDefault="00D52D88">
      <w:pPr>
        <w:jc w:val="center"/>
      </w:pPr>
      <w:r>
        <w:rPr>
          <w:sz w:val="30"/>
        </w:rPr>
        <w:t>Human Resource &amp; Payroll Management System</w:t>
      </w:r>
    </w:p>
    <w:p w:rsidR="007E715F" w:rsidRDefault="00D52D88">
      <w:pPr>
        <w:jc w:val="center"/>
      </w:pPr>
      <w:r>
        <w:rPr>
          <w:b/>
          <w:sz w:val="40"/>
        </w:rPr>
        <w:t>System Documentation</w:t>
      </w:r>
    </w:p>
    <w:p w:rsidR="007E715F" w:rsidRDefault="00D52D88">
      <w:pPr>
        <w:jc w:val="center"/>
      </w:pPr>
      <w:r>
        <w:rPr>
          <w:i/>
          <w:color w:val="6B7280"/>
          <w:sz w:val="23"/>
        </w:rPr>
        <w:t>A complete guide to the platform, from the public website to payroll</w:t>
      </w:r>
    </w:p>
    <w:p w:rsidR="007E715F" w:rsidRDefault="007E715F"/>
    <w:p w:rsidR="007E715F" w:rsidRDefault="007E715F"/>
    <w:p w:rsidR="007E715F" w:rsidRDefault="007E715F"/>
    <w:p w:rsidR="007E715F" w:rsidRDefault="007E715F"/>
    <w:p w:rsidR="007E715F" w:rsidRDefault="007E715F"/>
    <w:tbl>
      <w:tblPr>
        <w:tblW w:w="0" w:type="auto"/>
        <w:jc w:val="center"/>
        <w:tblLook w:val="04A0" w:firstRow="1" w:lastRow="0" w:firstColumn="1" w:lastColumn="0" w:noHBand="0" w:noVBand="1"/>
      </w:tblPr>
      <w:tblGrid>
        <w:gridCol w:w="2448"/>
        <w:gridCol w:w="5760"/>
      </w:tblGrid>
      <w:tr w:rsidR="007E715F">
        <w:trPr>
          <w:jc w:val="center"/>
        </w:trPr>
        <w:tc>
          <w:tcPr>
            <w:tcW w:w="2448" w:type="dxa"/>
          </w:tcPr>
          <w:p w:rsidR="007E715F" w:rsidRDefault="00D52D88">
            <w:r>
              <w:rPr>
                <w:b/>
                <w:color w:val="6B7280"/>
                <w:sz w:val="19"/>
              </w:rPr>
              <w:t>Document</w:t>
            </w:r>
          </w:p>
        </w:tc>
        <w:tc>
          <w:tcPr>
            <w:tcW w:w="5760" w:type="dxa"/>
          </w:tcPr>
          <w:p w:rsidR="007E715F" w:rsidRDefault="00D52D88">
            <w:r>
              <w:rPr>
                <w:sz w:val="19"/>
              </w:rPr>
              <w:t>Weaf HR System Documentation</w:t>
            </w:r>
          </w:p>
        </w:tc>
      </w:tr>
      <w:tr w:rsidR="007E715F">
        <w:trPr>
          <w:jc w:val="center"/>
        </w:trPr>
        <w:tc>
          <w:tcPr>
            <w:tcW w:w="2448" w:type="dxa"/>
          </w:tcPr>
          <w:p w:rsidR="007E715F" w:rsidRDefault="00D52D88">
            <w:r>
              <w:rPr>
                <w:b/>
                <w:color w:val="6B7280"/>
                <w:sz w:val="19"/>
              </w:rPr>
              <w:t>Covers</w:t>
            </w:r>
          </w:p>
        </w:tc>
        <w:tc>
          <w:tcPr>
            <w:tcW w:w="5760" w:type="dxa"/>
          </w:tcPr>
          <w:p w:rsidR="007E715F" w:rsidRDefault="00D52D88">
            <w:r>
              <w:rPr>
                <w:sz w:val="19"/>
              </w:rPr>
              <w:t>100 screens across 16 modules</w:t>
            </w:r>
          </w:p>
        </w:tc>
      </w:tr>
      <w:tr w:rsidR="007E715F">
        <w:trPr>
          <w:jc w:val="center"/>
        </w:trPr>
        <w:tc>
          <w:tcPr>
            <w:tcW w:w="2448" w:type="dxa"/>
          </w:tcPr>
          <w:p w:rsidR="007E715F" w:rsidRDefault="00D52D88">
            <w:r>
              <w:rPr>
                <w:b/>
                <w:color w:val="6B7280"/>
                <w:sz w:val="19"/>
              </w:rPr>
              <w:t>Application</w:t>
            </w:r>
          </w:p>
        </w:tc>
        <w:tc>
          <w:tcPr>
            <w:tcW w:w="5760" w:type="dxa"/>
          </w:tcPr>
          <w:p w:rsidR="007E715F" w:rsidRDefault="00D52D88">
            <w:r>
              <w:rPr>
                <w:sz w:val="19"/>
              </w:rPr>
              <w:t xml:space="preserve">Weaf HR (Weaf </w:t>
            </w:r>
            <w:r>
              <w:rPr>
                <w:sz w:val="19"/>
              </w:rPr>
              <w:t>Payroll System)</w:t>
            </w:r>
          </w:p>
        </w:tc>
      </w:tr>
      <w:tr w:rsidR="007E715F">
        <w:trPr>
          <w:jc w:val="center"/>
        </w:trPr>
        <w:tc>
          <w:tcPr>
            <w:tcW w:w="2448" w:type="dxa"/>
          </w:tcPr>
          <w:p w:rsidR="007E715F" w:rsidRDefault="00D52D88">
            <w:r>
              <w:rPr>
                <w:b/>
                <w:color w:val="6B7280"/>
                <w:sz w:val="19"/>
              </w:rPr>
              <w:t>Environment</w:t>
            </w:r>
          </w:p>
        </w:tc>
        <w:tc>
          <w:tcPr>
            <w:tcW w:w="5760" w:type="dxa"/>
          </w:tcPr>
          <w:p w:rsidR="007E715F" w:rsidRDefault="00D52D88">
            <w:r>
              <w:rPr>
                <w:sz w:val="19"/>
              </w:rPr>
              <w:t>https://weafpayroll.weafcompany.com</w:t>
            </w:r>
          </w:p>
        </w:tc>
      </w:tr>
      <w:tr w:rsidR="007E715F">
        <w:trPr>
          <w:jc w:val="center"/>
        </w:trPr>
        <w:tc>
          <w:tcPr>
            <w:tcW w:w="2448" w:type="dxa"/>
          </w:tcPr>
          <w:p w:rsidR="007E715F" w:rsidRDefault="00D52D88">
            <w:r>
              <w:rPr>
                <w:b/>
                <w:color w:val="6B7280"/>
                <w:sz w:val="19"/>
              </w:rPr>
              <w:t>Version</w:t>
            </w:r>
          </w:p>
        </w:tc>
        <w:tc>
          <w:tcPr>
            <w:tcW w:w="5760" w:type="dxa"/>
          </w:tcPr>
          <w:p w:rsidR="007E715F" w:rsidRDefault="00D52D88">
            <w:r>
              <w:rPr>
                <w:sz w:val="19"/>
              </w:rPr>
              <w:t>3.3</w:t>
            </w:r>
          </w:p>
        </w:tc>
      </w:tr>
      <w:tr w:rsidR="007E715F">
        <w:trPr>
          <w:jc w:val="center"/>
        </w:trPr>
        <w:tc>
          <w:tcPr>
            <w:tcW w:w="2448" w:type="dxa"/>
          </w:tcPr>
          <w:p w:rsidR="007E715F" w:rsidRDefault="00D52D88">
            <w:r>
              <w:rPr>
                <w:b/>
                <w:color w:val="6B7280"/>
                <w:sz w:val="19"/>
              </w:rPr>
              <w:t>Date</w:t>
            </w:r>
          </w:p>
        </w:tc>
        <w:tc>
          <w:tcPr>
            <w:tcW w:w="5760" w:type="dxa"/>
          </w:tcPr>
          <w:p w:rsidR="007E715F" w:rsidRDefault="00D52D88">
            <w:r>
              <w:rPr>
                <w:sz w:val="19"/>
              </w:rPr>
              <w:t>12 August 2026</w:t>
            </w:r>
          </w:p>
        </w:tc>
      </w:tr>
      <w:tr w:rsidR="007E715F">
        <w:trPr>
          <w:jc w:val="center"/>
        </w:trPr>
        <w:tc>
          <w:tcPr>
            <w:tcW w:w="2448" w:type="dxa"/>
          </w:tcPr>
          <w:p w:rsidR="007E715F" w:rsidRDefault="00D52D88">
            <w:r>
              <w:rPr>
                <w:b/>
                <w:color w:val="6B7280"/>
                <w:sz w:val="19"/>
              </w:rPr>
              <w:t>Prepared by</w:t>
            </w:r>
          </w:p>
        </w:tc>
        <w:tc>
          <w:tcPr>
            <w:tcW w:w="5760" w:type="dxa"/>
          </w:tcPr>
          <w:p w:rsidR="007E715F" w:rsidRDefault="00D52D88">
            <w:r>
              <w:rPr>
                <w:sz w:val="19"/>
              </w:rPr>
              <w:t>Weaf Company Uganda Ltd.</w:t>
            </w:r>
          </w:p>
        </w:tc>
      </w:tr>
      <w:tr w:rsidR="007E715F">
        <w:trPr>
          <w:jc w:val="center"/>
        </w:trPr>
        <w:tc>
          <w:tcPr>
            <w:tcW w:w="2448" w:type="dxa"/>
          </w:tcPr>
          <w:p w:rsidR="007E715F" w:rsidRDefault="00D52D88">
            <w:r>
              <w:rPr>
                <w:b/>
                <w:color w:val="6B7280"/>
                <w:sz w:val="19"/>
              </w:rPr>
              <w:t>Status</w:t>
            </w:r>
          </w:p>
        </w:tc>
        <w:tc>
          <w:tcPr>
            <w:tcW w:w="5760" w:type="dxa"/>
          </w:tcPr>
          <w:p w:rsidR="007E715F" w:rsidRDefault="00D52D88">
            <w:r>
              <w:rPr>
                <w:sz w:val="19"/>
              </w:rPr>
              <w:t>Draft for review</w:t>
            </w:r>
          </w:p>
        </w:tc>
      </w:tr>
    </w:tbl>
    <w:p w:rsidR="007E715F" w:rsidRDefault="007E715F"/>
    <w:p w:rsidR="007E715F" w:rsidRDefault="007E715F"/>
    <w:p w:rsidR="007E715F" w:rsidRDefault="007E715F"/>
    <w:p w:rsidR="007E715F" w:rsidRDefault="00D52D88">
      <w:pPr>
        <w:jc w:val="center"/>
      </w:pPr>
      <w:r>
        <w:rPr>
          <w:color w:val="6B7280"/>
          <w:sz w:val="16"/>
        </w:rPr>
        <w:t>© 2026 Weaf Company Uganda Ltd. All rights reserved.</w:t>
      </w:r>
    </w:p>
    <w:p w:rsidR="007E715F" w:rsidRDefault="007E715F">
      <w:pPr>
        <w:sectPr w:rsidR="007E715F">
          <w:pgSz w:w="11906" w:h="16838"/>
          <w:pgMar w:top="1134" w:right="1417" w:bottom="1134" w:left="1417" w:header="720" w:footer="720" w:gutter="0"/>
          <w:cols w:space="720"/>
          <w:docGrid w:linePitch="360"/>
        </w:sectPr>
      </w:pPr>
    </w:p>
    <w:p w:rsidR="007E715F" w:rsidRDefault="00D52D88">
      <w:pPr>
        <w:keepNext/>
        <w:spacing w:before="280" w:after="200"/>
      </w:pPr>
      <w:r>
        <w:rPr>
          <w:b/>
          <w:color w:val="0E9F6E"/>
          <w:sz w:val="40"/>
        </w:rPr>
        <w:lastRenderedPageBreak/>
        <w:t>Table of Contents</w:t>
      </w:r>
    </w:p>
    <w:p w:rsidR="00D52D88" w:rsidRDefault="00D52D88">
      <w:pPr>
        <w:pStyle w:val="TOC1"/>
        <w:tabs>
          <w:tab w:val="right" w:leader="dot" w:pos="9062"/>
        </w:tabs>
        <w:rPr>
          <w:rFonts w:asciiTheme="minorHAnsi" w:hAnsiTheme="minorHAnsi"/>
          <w:noProof/>
          <w:color w:val="auto"/>
          <w:sz w:val="22"/>
        </w:rPr>
      </w:pPr>
      <w:r>
        <w:fldChar w:fldCharType="begin"/>
      </w:r>
      <w:r>
        <w:instrText xml:space="preserve"> TOC \o "1-3" \h \z \u </w:instrText>
      </w:r>
      <w:r>
        <w:fldChar w:fldCharType="separate"/>
      </w:r>
      <w:hyperlink w:anchor="_Toc237419879" w:history="1">
        <w:r w:rsidRPr="00EB67B1">
          <w:rPr>
            <w:rStyle w:val="Hyperlink"/>
            <w:noProof/>
          </w:rPr>
          <w:t>Part I — Introduction</w:t>
        </w:r>
        <w:r>
          <w:rPr>
            <w:noProof/>
            <w:webHidden/>
          </w:rPr>
          <w:tab/>
        </w:r>
        <w:r>
          <w:rPr>
            <w:noProof/>
            <w:webHidden/>
          </w:rPr>
          <w:fldChar w:fldCharType="begin"/>
        </w:r>
        <w:r>
          <w:rPr>
            <w:noProof/>
            <w:webHidden/>
          </w:rPr>
          <w:instrText xml:space="preserve"> PAGEREF _Toc237419879 \h </w:instrText>
        </w:r>
        <w:r>
          <w:rPr>
            <w:noProof/>
            <w:webHidden/>
          </w:rPr>
        </w:r>
        <w:r>
          <w:rPr>
            <w:noProof/>
            <w:webHidden/>
          </w:rPr>
          <w:fldChar w:fldCharType="separate"/>
        </w:r>
        <w:r>
          <w:rPr>
            <w:noProof/>
            <w:webHidden/>
          </w:rPr>
          <w:t>1</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880" w:history="1">
        <w:r w:rsidRPr="00EB67B1">
          <w:rPr>
            <w:rStyle w:val="Hyperlink"/>
            <w:noProof/>
          </w:rPr>
          <w:t>1. About This Document</w:t>
        </w:r>
        <w:r>
          <w:rPr>
            <w:noProof/>
            <w:webHidden/>
          </w:rPr>
          <w:tab/>
        </w:r>
        <w:r>
          <w:rPr>
            <w:noProof/>
            <w:webHidden/>
          </w:rPr>
          <w:fldChar w:fldCharType="begin"/>
        </w:r>
        <w:r>
          <w:rPr>
            <w:noProof/>
            <w:webHidden/>
          </w:rPr>
          <w:instrText xml:space="preserve"> PAGEREF _Toc237419880 \h </w:instrText>
        </w:r>
        <w:r>
          <w:rPr>
            <w:noProof/>
            <w:webHidden/>
          </w:rPr>
        </w:r>
        <w:r>
          <w:rPr>
            <w:noProof/>
            <w:webHidden/>
          </w:rPr>
          <w:fldChar w:fldCharType="separate"/>
        </w:r>
        <w:r>
          <w:rPr>
            <w:noProof/>
            <w:webHidden/>
          </w:rPr>
          <w:t>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1" w:history="1">
        <w:r w:rsidRPr="00EB67B1">
          <w:rPr>
            <w:rStyle w:val="Hyperlink"/>
            <w:noProof/>
          </w:rPr>
          <w:t>1.1 Who this is for</w:t>
        </w:r>
        <w:r>
          <w:rPr>
            <w:noProof/>
            <w:webHidden/>
          </w:rPr>
          <w:tab/>
        </w:r>
        <w:r>
          <w:rPr>
            <w:noProof/>
            <w:webHidden/>
          </w:rPr>
          <w:fldChar w:fldCharType="begin"/>
        </w:r>
        <w:r>
          <w:rPr>
            <w:noProof/>
            <w:webHidden/>
          </w:rPr>
          <w:instrText xml:space="preserve"> PAGEREF _Toc237419881 \h </w:instrText>
        </w:r>
        <w:r>
          <w:rPr>
            <w:noProof/>
            <w:webHidden/>
          </w:rPr>
        </w:r>
        <w:r>
          <w:rPr>
            <w:noProof/>
            <w:webHidden/>
          </w:rPr>
          <w:fldChar w:fldCharType="separate"/>
        </w:r>
        <w:r>
          <w:rPr>
            <w:noProof/>
            <w:webHidden/>
          </w:rPr>
          <w:t>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2" w:history="1">
        <w:r w:rsidRPr="00EB67B1">
          <w:rPr>
            <w:rStyle w:val="Hyperlink"/>
            <w:noProof/>
          </w:rPr>
          <w:t>1.2 How this document was produced</w:t>
        </w:r>
        <w:r>
          <w:rPr>
            <w:noProof/>
            <w:webHidden/>
          </w:rPr>
          <w:tab/>
        </w:r>
        <w:r>
          <w:rPr>
            <w:noProof/>
            <w:webHidden/>
          </w:rPr>
          <w:fldChar w:fldCharType="begin"/>
        </w:r>
        <w:r>
          <w:rPr>
            <w:noProof/>
            <w:webHidden/>
          </w:rPr>
          <w:instrText xml:space="preserve"> PAGEREF _Toc237419882 \h </w:instrText>
        </w:r>
        <w:r>
          <w:rPr>
            <w:noProof/>
            <w:webHidden/>
          </w:rPr>
        </w:r>
        <w:r>
          <w:rPr>
            <w:noProof/>
            <w:webHidden/>
          </w:rPr>
          <w:fldChar w:fldCharType="separate"/>
        </w:r>
        <w:r>
          <w:rPr>
            <w:noProof/>
            <w:webHidden/>
          </w:rPr>
          <w:t>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3" w:history="1">
        <w:r w:rsidRPr="00EB67B1">
          <w:rPr>
            <w:rStyle w:val="Hyperlink"/>
            <w:noProof/>
          </w:rPr>
          <w:t>1.3 How to read the figures</w:t>
        </w:r>
        <w:r>
          <w:rPr>
            <w:noProof/>
            <w:webHidden/>
          </w:rPr>
          <w:tab/>
        </w:r>
        <w:r>
          <w:rPr>
            <w:noProof/>
            <w:webHidden/>
          </w:rPr>
          <w:fldChar w:fldCharType="begin"/>
        </w:r>
        <w:r>
          <w:rPr>
            <w:noProof/>
            <w:webHidden/>
          </w:rPr>
          <w:instrText xml:space="preserve"> PAGEREF _Toc237419883 \h </w:instrText>
        </w:r>
        <w:r>
          <w:rPr>
            <w:noProof/>
            <w:webHidden/>
          </w:rPr>
        </w:r>
        <w:r>
          <w:rPr>
            <w:noProof/>
            <w:webHidden/>
          </w:rPr>
          <w:fldChar w:fldCharType="separate"/>
        </w:r>
        <w:r>
          <w:rPr>
            <w:noProof/>
            <w:webHidden/>
          </w:rPr>
          <w:t>2</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884" w:history="1">
        <w:r w:rsidRPr="00EB67B1">
          <w:rPr>
            <w:rStyle w:val="Hyperlink"/>
            <w:noProof/>
          </w:rPr>
          <w:t>2. What Weaf HR Is</w:t>
        </w:r>
        <w:r>
          <w:rPr>
            <w:noProof/>
            <w:webHidden/>
          </w:rPr>
          <w:tab/>
        </w:r>
        <w:r>
          <w:rPr>
            <w:noProof/>
            <w:webHidden/>
          </w:rPr>
          <w:fldChar w:fldCharType="begin"/>
        </w:r>
        <w:r>
          <w:rPr>
            <w:noProof/>
            <w:webHidden/>
          </w:rPr>
          <w:instrText xml:space="preserve"> PAGEREF _Toc237419884 \h </w:instrText>
        </w:r>
        <w:r>
          <w:rPr>
            <w:noProof/>
            <w:webHidden/>
          </w:rPr>
        </w:r>
        <w:r>
          <w:rPr>
            <w:noProof/>
            <w:webHidden/>
          </w:rPr>
          <w:fldChar w:fldCharType="separate"/>
        </w:r>
        <w:r>
          <w:rPr>
            <w:noProof/>
            <w:webHidden/>
          </w:rPr>
          <w:t>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5" w:history="1">
        <w:r w:rsidRPr="00EB67B1">
          <w:rPr>
            <w:rStyle w:val="Hyperlink"/>
            <w:noProof/>
          </w:rPr>
          <w:t>2.1 The modules</w:t>
        </w:r>
        <w:r>
          <w:rPr>
            <w:noProof/>
            <w:webHidden/>
          </w:rPr>
          <w:tab/>
        </w:r>
        <w:r>
          <w:rPr>
            <w:noProof/>
            <w:webHidden/>
          </w:rPr>
          <w:fldChar w:fldCharType="begin"/>
        </w:r>
        <w:r>
          <w:rPr>
            <w:noProof/>
            <w:webHidden/>
          </w:rPr>
          <w:instrText xml:space="preserve"> PAGEREF _Toc237419885 \h </w:instrText>
        </w:r>
        <w:r>
          <w:rPr>
            <w:noProof/>
            <w:webHidden/>
          </w:rPr>
        </w:r>
        <w:r>
          <w:rPr>
            <w:noProof/>
            <w:webHidden/>
          </w:rPr>
          <w:fldChar w:fldCharType="separate"/>
        </w:r>
        <w:r>
          <w:rPr>
            <w:noProof/>
            <w:webHidden/>
          </w:rPr>
          <w:t>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6" w:history="1">
        <w:r w:rsidRPr="00EB67B1">
          <w:rPr>
            <w:rStyle w:val="Hyperlink"/>
            <w:noProof/>
          </w:rPr>
          <w:t>2.2 Users, employees, and the difference</w:t>
        </w:r>
        <w:r>
          <w:rPr>
            <w:noProof/>
            <w:webHidden/>
          </w:rPr>
          <w:tab/>
        </w:r>
        <w:r>
          <w:rPr>
            <w:noProof/>
            <w:webHidden/>
          </w:rPr>
          <w:fldChar w:fldCharType="begin"/>
        </w:r>
        <w:r>
          <w:rPr>
            <w:noProof/>
            <w:webHidden/>
          </w:rPr>
          <w:instrText xml:space="preserve"> PAGEREF _Toc237419886 \h </w:instrText>
        </w:r>
        <w:r>
          <w:rPr>
            <w:noProof/>
            <w:webHidden/>
          </w:rPr>
        </w:r>
        <w:r>
          <w:rPr>
            <w:noProof/>
            <w:webHidden/>
          </w:rPr>
          <w:fldChar w:fldCharType="separate"/>
        </w:r>
        <w:r>
          <w:rPr>
            <w:noProof/>
            <w:webHidden/>
          </w:rPr>
          <w:t>3</w:t>
        </w:r>
        <w:r>
          <w:rPr>
            <w:noProof/>
            <w:webHidden/>
          </w:rPr>
          <w:fldChar w:fldCharType="end"/>
        </w:r>
      </w:hyperlink>
    </w:p>
    <w:p w:rsidR="00D52D88" w:rsidRDefault="00D52D88">
      <w:pPr>
        <w:pStyle w:val="TOC1"/>
        <w:tabs>
          <w:tab w:val="right" w:leader="dot" w:pos="9062"/>
        </w:tabs>
        <w:rPr>
          <w:rFonts w:asciiTheme="minorHAnsi" w:hAnsiTheme="minorHAnsi"/>
          <w:noProof/>
          <w:color w:val="auto"/>
          <w:sz w:val="22"/>
        </w:rPr>
      </w:pPr>
      <w:hyperlink w:anchor="_Toc237419887" w:history="1">
        <w:r w:rsidRPr="00EB67B1">
          <w:rPr>
            <w:rStyle w:val="Hyperlink"/>
            <w:noProof/>
          </w:rPr>
          <w:t>Part II — Getting Started</w:t>
        </w:r>
        <w:r>
          <w:rPr>
            <w:noProof/>
            <w:webHidden/>
          </w:rPr>
          <w:tab/>
        </w:r>
        <w:r>
          <w:rPr>
            <w:noProof/>
            <w:webHidden/>
          </w:rPr>
          <w:fldChar w:fldCharType="begin"/>
        </w:r>
        <w:r>
          <w:rPr>
            <w:noProof/>
            <w:webHidden/>
          </w:rPr>
          <w:instrText xml:space="preserve"> PAGEREF _Toc237419887 \h </w:instrText>
        </w:r>
        <w:r>
          <w:rPr>
            <w:noProof/>
            <w:webHidden/>
          </w:rPr>
        </w:r>
        <w:r>
          <w:rPr>
            <w:noProof/>
            <w:webHidden/>
          </w:rPr>
          <w:fldChar w:fldCharType="separate"/>
        </w:r>
        <w:r>
          <w:rPr>
            <w:noProof/>
            <w:webHidden/>
          </w:rPr>
          <w:t>4</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888" w:history="1">
        <w:r w:rsidRPr="00EB67B1">
          <w:rPr>
            <w:rStyle w:val="Hyperlink"/>
            <w:noProof/>
          </w:rPr>
          <w:t>3. The Public Website</w:t>
        </w:r>
        <w:r>
          <w:rPr>
            <w:noProof/>
            <w:webHidden/>
          </w:rPr>
          <w:tab/>
        </w:r>
        <w:r>
          <w:rPr>
            <w:noProof/>
            <w:webHidden/>
          </w:rPr>
          <w:fldChar w:fldCharType="begin"/>
        </w:r>
        <w:r>
          <w:rPr>
            <w:noProof/>
            <w:webHidden/>
          </w:rPr>
          <w:instrText xml:space="preserve"> PAGEREF _Toc237419888 \h </w:instrText>
        </w:r>
        <w:r>
          <w:rPr>
            <w:noProof/>
            <w:webHidden/>
          </w:rPr>
        </w:r>
        <w:r>
          <w:rPr>
            <w:noProof/>
            <w:webHidden/>
          </w:rPr>
          <w:fldChar w:fldCharType="separate"/>
        </w:r>
        <w:r>
          <w:rPr>
            <w:noProof/>
            <w:webHidden/>
          </w:rPr>
          <w:t>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89" w:history="1">
        <w:r w:rsidRPr="00EB67B1">
          <w:rPr>
            <w:rStyle w:val="Hyperlink"/>
            <w:noProof/>
          </w:rPr>
          <w:t>3.1 The page at a glance</w:t>
        </w:r>
        <w:r>
          <w:rPr>
            <w:noProof/>
            <w:webHidden/>
          </w:rPr>
          <w:tab/>
        </w:r>
        <w:r>
          <w:rPr>
            <w:noProof/>
            <w:webHidden/>
          </w:rPr>
          <w:fldChar w:fldCharType="begin"/>
        </w:r>
        <w:r>
          <w:rPr>
            <w:noProof/>
            <w:webHidden/>
          </w:rPr>
          <w:instrText xml:space="preserve"> PAGEREF _Toc237419889 \h </w:instrText>
        </w:r>
        <w:r>
          <w:rPr>
            <w:noProof/>
            <w:webHidden/>
          </w:rPr>
        </w:r>
        <w:r>
          <w:rPr>
            <w:noProof/>
            <w:webHidden/>
          </w:rPr>
          <w:fldChar w:fldCharType="separate"/>
        </w:r>
        <w:r>
          <w:rPr>
            <w:noProof/>
            <w:webHidden/>
          </w:rPr>
          <w:t>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0" w:history="1">
        <w:r w:rsidRPr="00EB67B1">
          <w:rPr>
            <w:rStyle w:val="Hyperlink"/>
            <w:noProof/>
          </w:rPr>
          <w:t>3.2 Header and navigation</w:t>
        </w:r>
        <w:r>
          <w:rPr>
            <w:noProof/>
            <w:webHidden/>
          </w:rPr>
          <w:tab/>
        </w:r>
        <w:r>
          <w:rPr>
            <w:noProof/>
            <w:webHidden/>
          </w:rPr>
          <w:fldChar w:fldCharType="begin"/>
        </w:r>
        <w:r>
          <w:rPr>
            <w:noProof/>
            <w:webHidden/>
          </w:rPr>
          <w:instrText xml:space="preserve"> PAGEREF _Toc237419890 \h </w:instrText>
        </w:r>
        <w:r>
          <w:rPr>
            <w:noProof/>
            <w:webHidden/>
          </w:rPr>
        </w:r>
        <w:r>
          <w:rPr>
            <w:noProof/>
            <w:webHidden/>
          </w:rPr>
          <w:fldChar w:fldCharType="separate"/>
        </w:r>
        <w:r>
          <w:rPr>
            <w:noProof/>
            <w:webHidden/>
          </w:rPr>
          <w:t>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1" w:history="1">
        <w:r w:rsidRPr="00EB67B1">
          <w:rPr>
            <w:rStyle w:val="Hyperlink"/>
            <w:noProof/>
          </w:rPr>
          <w:t>3.3 Hero</w:t>
        </w:r>
        <w:r>
          <w:rPr>
            <w:noProof/>
            <w:webHidden/>
          </w:rPr>
          <w:tab/>
        </w:r>
        <w:r>
          <w:rPr>
            <w:noProof/>
            <w:webHidden/>
          </w:rPr>
          <w:fldChar w:fldCharType="begin"/>
        </w:r>
        <w:r>
          <w:rPr>
            <w:noProof/>
            <w:webHidden/>
          </w:rPr>
          <w:instrText xml:space="preserve"> PAGEREF _Toc237419891 \h </w:instrText>
        </w:r>
        <w:r>
          <w:rPr>
            <w:noProof/>
            <w:webHidden/>
          </w:rPr>
        </w:r>
        <w:r>
          <w:rPr>
            <w:noProof/>
            <w:webHidden/>
          </w:rPr>
          <w:fldChar w:fldCharType="separate"/>
        </w:r>
        <w:r>
          <w:rPr>
            <w:noProof/>
            <w:webHidden/>
          </w:rPr>
          <w:t>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2" w:history="1">
        <w:r w:rsidRPr="00EB67B1">
          <w:rPr>
            <w:rStyle w:val="Hyperlink"/>
            <w:noProof/>
          </w:rPr>
          <w:t>3.4 Features</w:t>
        </w:r>
        <w:r>
          <w:rPr>
            <w:noProof/>
            <w:webHidden/>
          </w:rPr>
          <w:tab/>
        </w:r>
        <w:r>
          <w:rPr>
            <w:noProof/>
            <w:webHidden/>
          </w:rPr>
          <w:fldChar w:fldCharType="begin"/>
        </w:r>
        <w:r>
          <w:rPr>
            <w:noProof/>
            <w:webHidden/>
          </w:rPr>
          <w:instrText xml:space="preserve"> PAGEREF _Toc237419892 \h </w:instrText>
        </w:r>
        <w:r>
          <w:rPr>
            <w:noProof/>
            <w:webHidden/>
          </w:rPr>
        </w:r>
        <w:r>
          <w:rPr>
            <w:noProof/>
            <w:webHidden/>
          </w:rPr>
          <w:fldChar w:fldCharType="separate"/>
        </w:r>
        <w:r>
          <w:rPr>
            <w:noProof/>
            <w:webHidden/>
          </w:rPr>
          <w:t>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3" w:history="1">
        <w:r w:rsidRPr="00EB67B1">
          <w:rPr>
            <w:rStyle w:val="Hyperlink"/>
            <w:noProof/>
          </w:rPr>
          <w:t>3.5 Product tour</w:t>
        </w:r>
        <w:r>
          <w:rPr>
            <w:noProof/>
            <w:webHidden/>
          </w:rPr>
          <w:tab/>
        </w:r>
        <w:r>
          <w:rPr>
            <w:noProof/>
            <w:webHidden/>
          </w:rPr>
          <w:fldChar w:fldCharType="begin"/>
        </w:r>
        <w:r>
          <w:rPr>
            <w:noProof/>
            <w:webHidden/>
          </w:rPr>
          <w:instrText xml:space="preserve"> PAGEREF _Toc237419893 \h </w:instrText>
        </w:r>
        <w:r>
          <w:rPr>
            <w:noProof/>
            <w:webHidden/>
          </w:rPr>
        </w:r>
        <w:r>
          <w:rPr>
            <w:noProof/>
            <w:webHidden/>
          </w:rPr>
          <w:fldChar w:fldCharType="separate"/>
        </w:r>
        <w:r>
          <w:rPr>
            <w:noProof/>
            <w:webHidden/>
          </w:rPr>
          <w:t>10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4" w:history="1">
        <w:r w:rsidRPr="00EB67B1">
          <w:rPr>
            <w:rStyle w:val="Hyperlink"/>
            <w:noProof/>
          </w:rPr>
          <w:t>3.6 Why choose us</w:t>
        </w:r>
        <w:r>
          <w:rPr>
            <w:noProof/>
            <w:webHidden/>
          </w:rPr>
          <w:tab/>
        </w:r>
        <w:r>
          <w:rPr>
            <w:noProof/>
            <w:webHidden/>
          </w:rPr>
          <w:fldChar w:fldCharType="begin"/>
        </w:r>
        <w:r>
          <w:rPr>
            <w:noProof/>
            <w:webHidden/>
          </w:rPr>
          <w:instrText xml:space="preserve"> PAGEREF _Toc237419894 \h </w:instrText>
        </w:r>
        <w:r>
          <w:rPr>
            <w:noProof/>
            <w:webHidden/>
          </w:rPr>
        </w:r>
        <w:r>
          <w:rPr>
            <w:noProof/>
            <w:webHidden/>
          </w:rPr>
          <w:fldChar w:fldCharType="separate"/>
        </w:r>
        <w:r>
          <w:rPr>
            <w:noProof/>
            <w:webHidden/>
          </w:rPr>
          <w:t>11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5" w:history="1">
        <w:r w:rsidRPr="00EB67B1">
          <w:rPr>
            <w:rStyle w:val="Hyperlink"/>
            <w:noProof/>
          </w:rPr>
          <w:t>3.7 About</w:t>
        </w:r>
        <w:r>
          <w:rPr>
            <w:noProof/>
            <w:webHidden/>
          </w:rPr>
          <w:tab/>
        </w:r>
        <w:r>
          <w:rPr>
            <w:noProof/>
            <w:webHidden/>
          </w:rPr>
          <w:fldChar w:fldCharType="begin"/>
        </w:r>
        <w:r>
          <w:rPr>
            <w:noProof/>
            <w:webHidden/>
          </w:rPr>
          <w:instrText xml:space="preserve"> PAGEREF _Toc237419895 \h </w:instrText>
        </w:r>
        <w:r>
          <w:rPr>
            <w:noProof/>
            <w:webHidden/>
          </w:rPr>
        </w:r>
        <w:r>
          <w:rPr>
            <w:noProof/>
            <w:webHidden/>
          </w:rPr>
          <w:fldChar w:fldCharType="separate"/>
        </w:r>
        <w:r>
          <w:rPr>
            <w:noProof/>
            <w:webHidden/>
          </w:rPr>
          <w:t>12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6" w:history="1">
        <w:r w:rsidRPr="00EB67B1">
          <w:rPr>
            <w:rStyle w:val="Hyperlink"/>
            <w:noProof/>
          </w:rPr>
          <w:t>3.8 Team</w:t>
        </w:r>
        <w:r>
          <w:rPr>
            <w:noProof/>
            <w:webHidden/>
          </w:rPr>
          <w:tab/>
        </w:r>
        <w:r>
          <w:rPr>
            <w:noProof/>
            <w:webHidden/>
          </w:rPr>
          <w:fldChar w:fldCharType="begin"/>
        </w:r>
        <w:r>
          <w:rPr>
            <w:noProof/>
            <w:webHidden/>
          </w:rPr>
          <w:instrText xml:space="preserve"> PAGEREF _Toc237419896 \h </w:instrText>
        </w:r>
        <w:r>
          <w:rPr>
            <w:noProof/>
            <w:webHidden/>
          </w:rPr>
        </w:r>
        <w:r>
          <w:rPr>
            <w:noProof/>
            <w:webHidden/>
          </w:rPr>
          <w:fldChar w:fldCharType="separate"/>
        </w:r>
        <w:r>
          <w:rPr>
            <w:noProof/>
            <w:webHidden/>
          </w:rPr>
          <w:t>13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7" w:history="1">
        <w:r w:rsidRPr="00EB67B1">
          <w:rPr>
            <w:rStyle w:val="Hyperlink"/>
            <w:noProof/>
          </w:rPr>
          <w:t>3.9 Testimonials</w:t>
        </w:r>
        <w:r>
          <w:rPr>
            <w:noProof/>
            <w:webHidden/>
          </w:rPr>
          <w:tab/>
        </w:r>
        <w:r>
          <w:rPr>
            <w:noProof/>
            <w:webHidden/>
          </w:rPr>
          <w:fldChar w:fldCharType="begin"/>
        </w:r>
        <w:r>
          <w:rPr>
            <w:noProof/>
            <w:webHidden/>
          </w:rPr>
          <w:instrText xml:space="preserve"> PAGEREF _Toc237419897 \h </w:instrText>
        </w:r>
        <w:r>
          <w:rPr>
            <w:noProof/>
            <w:webHidden/>
          </w:rPr>
        </w:r>
        <w:r>
          <w:rPr>
            <w:noProof/>
            <w:webHidden/>
          </w:rPr>
          <w:fldChar w:fldCharType="separate"/>
        </w:r>
        <w:r>
          <w:rPr>
            <w:noProof/>
            <w:webHidden/>
          </w:rPr>
          <w:t>14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8" w:history="1">
        <w:r w:rsidRPr="00EB67B1">
          <w:rPr>
            <w:rStyle w:val="Hyperlink"/>
            <w:noProof/>
          </w:rPr>
          <w:t>3.10 Pricing plans</w:t>
        </w:r>
        <w:r>
          <w:rPr>
            <w:noProof/>
            <w:webHidden/>
          </w:rPr>
          <w:tab/>
        </w:r>
        <w:r>
          <w:rPr>
            <w:noProof/>
            <w:webHidden/>
          </w:rPr>
          <w:fldChar w:fldCharType="begin"/>
        </w:r>
        <w:r>
          <w:rPr>
            <w:noProof/>
            <w:webHidden/>
          </w:rPr>
          <w:instrText xml:space="preserve"> PAGEREF _Toc237419898 \h </w:instrText>
        </w:r>
        <w:r>
          <w:rPr>
            <w:noProof/>
            <w:webHidden/>
          </w:rPr>
        </w:r>
        <w:r>
          <w:rPr>
            <w:noProof/>
            <w:webHidden/>
          </w:rPr>
          <w:fldChar w:fldCharType="separate"/>
        </w:r>
        <w:r>
          <w:rPr>
            <w:noProof/>
            <w:webHidden/>
          </w:rPr>
          <w:t>15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899" w:history="1">
        <w:r w:rsidRPr="00EB67B1">
          <w:rPr>
            <w:rStyle w:val="Hyperlink"/>
            <w:noProof/>
          </w:rPr>
          <w:t>3.11 Frequently asked questions</w:t>
        </w:r>
        <w:r>
          <w:rPr>
            <w:noProof/>
            <w:webHidden/>
          </w:rPr>
          <w:tab/>
        </w:r>
        <w:r>
          <w:rPr>
            <w:noProof/>
            <w:webHidden/>
          </w:rPr>
          <w:fldChar w:fldCharType="begin"/>
        </w:r>
        <w:r>
          <w:rPr>
            <w:noProof/>
            <w:webHidden/>
          </w:rPr>
          <w:instrText xml:space="preserve"> PAGEREF _Toc237419899 \h </w:instrText>
        </w:r>
        <w:r>
          <w:rPr>
            <w:noProof/>
            <w:webHidden/>
          </w:rPr>
        </w:r>
        <w:r>
          <w:rPr>
            <w:noProof/>
            <w:webHidden/>
          </w:rPr>
          <w:fldChar w:fldCharType="separate"/>
        </w:r>
        <w:r>
          <w:rPr>
            <w:noProof/>
            <w:webHidden/>
          </w:rPr>
          <w:t>16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0" w:history="1">
        <w:r w:rsidRPr="00EB67B1">
          <w:rPr>
            <w:rStyle w:val="Hyperlink"/>
            <w:noProof/>
          </w:rPr>
          <w:t>3.12 Newsletter</w:t>
        </w:r>
        <w:r>
          <w:rPr>
            <w:noProof/>
            <w:webHidden/>
          </w:rPr>
          <w:tab/>
        </w:r>
        <w:r>
          <w:rPr>
            <w:noProof/>
            <w:webHidden/>
          </w:rPr>
          <w:fldChar w:fldCharType="begin"/>
        </w:r>
        <w:r>
          <w:rPr>
            <w:noProof/>
            <w:webHidden/>
          </w:rPr>
          <w:instrText xml:space="preserve"> PAGEREF _Toc237419900 \h </w:instrText>
        </w:r>
        <w:r>
          <w:rPr>
            <w:noProof/>
            <w:webHidden/>
          </w:rPr>
        </w:r>
        <w:r>
          <w:rPr>
            <w:noProof/>
            <w:webHidden/>
          </w:rPr>
          <w:fldChar w:fldCharType="separate"/>
        </w:r>
        <w:r>
          <w:rPr>
            <w:noProof/>
            <w:webHidden/>
          </w:rPr>
          <w:t>17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1" w:history="1">
        <w:r w:rsidRPr="00EB67B1">
          <w:rPr>
            <w:rStyle w:val="Hyperlink"/>
            <w:noProof/>
          </w:rPr>
          <w:t>3.13 Contact</w:t>
        </w:r>
        <w:r>
          <w:rPr>
            <w:noProof/>
            <w:webHidden/>
          </w:rPr>
          <w:tab/>
        </w:r>
        <w:r>
          <w:rPr>
            <w:noProof/>
            <w:webHidden/>
          </w:rPr>
          <w:fldChar w:fldCharType="begin"/>
        </w:r>
        <w:r>
          <w:rPr>
            <w:noProof/>
            <w:webHidden/>
          </w:rPr>
          <w:instrText xml:space="preserve"> PAGEREF _Toc237419901 \h </w:instrText>
        </w:r>
        <w:r>
          <w:rPr>
            <w:noProof/>
            <w:webHidden/>
          </w:rPr>
        </w:r>
        <w:r>
          <w:rPr>
            <w:noProof/>
            <w:webHidden/>
          </w:rPr>
          <w:fldChar w:fldCharType="separate"/>
        </w:r>
        <w:r>
          <w:rPr>
            <w:noProof/>
            <w:webHidden/>
          </w:rPr>
          <w:t>18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2" w:history="1">
        <w:r w:rsidRPr="00EB67B1">
          <w:rPr>
            <w:rStyle w:val="Hyperlink"/>
            <w:noProof/>
          </w:rPr>
          <w:t>3.14 Footer</w:t>
        </w:r>
        <w:r>
          <w:rPr>
            <w:noProof/>
            <w:webHidden/>
          </w:rPr>
          <w:tab/>
        </w:r>
        <w:r>
          <w:rPr>
            <w:noProof/>
            <w:webHidden/>
          </w:rPr>
          <w:fldChar w:fldCharType="begin"/>
        </w:r>
        <w:r>
          <w:rPr>
            <w:noProof/>
            <w:webHidden/>
          </w:rPr>
          <w:instrText xml:space="preserve"> PAGEREF _Toc237419902 \h </w:instrText>
        </w:r>
        <w:r>
          <w:rPr>
            <w:noProof/>
            <w:webHidden/>
          </w:rPr>
        </w:r>
        <w:r>
          <w:rPr>
            <w:noProof/>
            <w:webHidden/>
          </w:rPr>
          <w:fldChar w:fldCharType="separate"/>
        </w:r>
        <w:r>
          <w:rPr>
            <w:noProof/>
            <w:webHidden/>
          </w:rPr>
          <w:t>19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3" w:history="1">
        <w:r w:rsidRPr="00EB67B1">
          <w:rPr>
            <w:rStyle w:val="Hyperlink"/>
            <w:noProof/>
          </w:rPr>
          <w:t>3.15 Where the navigation leads</w:t>
        </w:r>
        <w:r>
          <w:rPr>
            <w:noProof/>
            <w:webHidden/>
          </w:rPr>
          <w:tab/>
        </w:r>
        <w:r>
          <w:rPr>
            <w:noProof/>
            <w:webHidden/>
          </w:rPr>
          <w:fldChar w:fldCharType="begin"/>
        </w:r>
        <w:r>
          <w:rPr>
            <w:noProof/>
            <w:webHidden/>
          </w:rPr>
          <w:instrText xml:space="preserve"> PAGEREF _Toc237419903 \h </w:instrText>
        </w:r>
        <w:r>
          <w:rPr>
            <w:noProof/>
            <w:webHidden/>
          </w:rPr>
        </w:r>
        <w:r>
          <w:rPr>
            <w:noProof/>
            <w:webHidden/>
          </w:rPr>
          <w:fldChar w:fldCharType="separate"/>
        </w:r>
        <w:r>
          <w:rPr>
            <w:noProof/>
            <w:webHidden/>
          </w:rPr>
          <w:t>20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4" w:history="1">
        <w:r w:rsidRPr="00EB67B1">
          <w:rPr>
            <w:rStyle w:val="Hyperlink"/>
            <w:noProof/>
          </w:rPr>
          <w:t>3.16 The pricing page</w:t>
        </w:r>
        <w:r>
          <w:rPr>
            <w:noProof/>
            <w:webHidden/>
          </w:rPr>
          <w:tab/>
        </w:r>
        <w:r>
          <w:rPr>
            <w:noProof/>
            <w:webHidden/>
          </w:rPr>
          <w:fldChar w:fldCharType="begin"/>
        </w:r>
        <w:r>
          <w:rPr>
            <w:noProof/>
            <w:webHidden/>
          </w:rPr>
          <w:instrText xml:space="preserve"> PAGEREF _Toc237419904 \h </w:instrText>
        </w:r>
        <w:r>
          <w:rPr>
            <w:noProof/>
            <w:webHidden/>
          </w:rPr>
        </w:r>
        <w:r>
          <w:rPr>
            <w:noProof/>
            <w:webHidden/>
          </w:rPr>
          <w:fldChar w:fldCharType="separate"/>
        </w:r>
        <w:r>
          <w:rPr>
            <w:noProof/>
            <w:webHidden/>
          </w:rPr>
          <w:t>21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5" w:history="1">
        <w:r w:rsidRPr="00EB67B1">
          <w:rPr>
            <w:rStyle w:val="Hyperlink"/>
            <w:noProof/>
          </w:rPr>
          <w:t>3.17 The developer documentation</w:t>
        </w:r>
        <w:r>
          <w:rPr>
            <w:noProof/>
            <w:webHidden/>
          </w:rPr>
          <w:tab/>
        </w:r>
        <w:r>
          <w:rPr>
            <w:noProof/>
            <w:webHidden/>
          </w:rPr>
          <w:fldChar w:fldCharType="begin"/>
        </w:r>
        <w:r>
          <w:rPr>
            <w:noProof/>
            <w:webHidden/>
          </w:rPr>
          <w:instrText xml:space="preserve"> PAGEREF _Toc237419905 \h </w:instrText>
        </w:r>
        <w:r>
          <w:rPr>
            <w:noProof/>
            <w:webHidden/>
          </w:rPr>
        </w:r>
        <w:r>
          <w:rPr>
            <w:noProof/>
            <w:webHidden/>
          </w:rPr>
          <w:fldChar w:fldCharType="separate"/>
        </w:r>
        <w:r>
          <w:rPr>
            <w:noProof/>
            <w:webHidden/>
          </w:rPr>
          <w:t>22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6" w:history="1">
        <w:r w:rsidRPr="00EB67B1">
          <w:rPr>
            <w:rStyle w:val="Hyperlink"/>
            <w:noProof/>
          </w:rPr>
          <w:t>3.18 How the public site is maintained</w:t>
        </w:r>
        <w:r>
          <w:rPr>
            <w:noProof/>
            <w:webHidden/>
          </w:rPr>
          <w:tab/>
        </w:r>
        <w:r>
          <w:rPr>
            <w:noProof/>
            <w:webHidden/>
          </w:rPr>
          <w:fldChar w:fldCharType="begin"/>
        </w:r>
        <w:r>
          <w:rPr>
            <w:noProof/>
            <w:webHidden/>
          </w:rPr>
          <w:instrText xml:space="preserve"> PAGEREF _Toc237419906 \h </w:instrText>
        </w:r>
        <w:r>
          <w:rPr>
            <w:noProof/>
            <w:webHidden/>
          </w:rPr>
        </w:r>
        <w:r>
          <w:rPr>
            <w:noProof/>
            <w:webHidden/>
          </w:rPr>
          <w:fldChar w:fldCharType="separate"/>
        </w:r>
        <w:r>
          <w:rPr>
            <w:noProof/>
            <w:webHidden/>
          </w:rPr>
          <w:t>23</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07" w:history="1">
        <w:r w:rsidRPr="00EB67B1">
          <w:rPr>
            <w:rStyle w:val="Hyperlink"/>
            <w:noProof/>
          </w:rPr>
          <w:t>4. Creating Your Company Account</w:t>
        </w:r>
        <w:r>
          <w:rPr>
            <w:noProof/>
            <w:webHidden/>
          </w:rPr>
          <w:tab/>
        </w:r>
        <w:r>
          <w:rPr>
            <w:noProof/>
            <w:webHidden/>
          </w:rPr>
          <w:fldChar w:fldCharType="begin"/>
        </w:r>
        <w:r>
          <w:rPr>
            <w:noProof/>
            <w:webHidden/>
          </w:rPr>
          <w:instrText xml:space="preserve"> PAGEREF _Toc237419907 \h </w:instrText>
        </w:r>
        <w:r>
          <w:rPr>
            <w:noProof/>
            <w:webHidden/>
          </w:rPr>
        </w:r>
        <w:r>
          <w:rPr>
            <w:noProof/>
            <w:webHidden/>
          </w:rPr>
          <w:fldChar w:fldCharType="separate"/>
        </w:r>
        <w:r>
          <w:rPr>
            <w:noProof/>
            <w:webHidden/>
          </w:rPr>
          <w:t>24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08" w:history="1">
        <w:r w:rsidRPr="00EB67B1">
          <w:rPr>
            <w:rStyle w:val="Hyperlink"/>
            <w:noProof/>
          </w:rPr>
          <w:t>4.1 Signing up</w:t>
        </w:r>
        <w:r>
          <w:rPr>
            <w:noProof/>
            <w:webHidden/>
          </w:rPr>
          <w:tab/>
        </w:r>
        <w:r>
          <w:rPr>
            <w:noProof/>
            <w:webHidden/>
          </w:rPr>
          <w:fldChar w:fldCharType="begin"/>
        </w:r>
        <w:r>
          <w:rPr>
            <w:noProof/>
            <w:webHidden/>
          </w:rPr>
          <w:instrText xml:space="preserve"> PAGEREF _Toc237419908 \h </w:instrText>
        </w:r>
        <w:r>
          <w:rPr>
            <w:noProof/>
            <w:webHidden/>
          </w:rPr>
        </w:r>
        <w:r>
          <w:rPr>
            <w:noProof/>
            <w:webHidden/>
          </w:rPr>
          <w:fldChar w:fldCharType="separate"/>
        </w:r>
        <w:r>
          <w:rPr>
            <w:noProof/>
            <w:webHidden/>
          </w:rPr>
          <w:t>24</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09" w:history="1">
        <w:r w:rsidRPr="00EB67B1">
          <w:rPr>
            <w:rStyle w:val="Hyperlink"/>
            <w:noProof/>
          </w:rPr>
          <w:t>5. Signing In</w:t>
        </w:r>
        <w:r>
          <w:rPr>
            <w:noProof/>
            <w:webHidden/>
          </w:rPr>
          <w:tab/>
        </w:r>
        <w:r>
          <w:rPr>
            <w:noProof/>
            <w:webHidden/>
          </w:rPr>
          <w:fldChar w:fldCharType="begin"/>
        </w:r>
        <w:r>
          <w:rPr>
            <w:noProof/>
            <w:webHidden/>
          </w:rPr>
          <w:instrText xml:space="preserve"> PAGEREF _Toc237419909 \h </w:instrText>
        </w:r>
        <w:r>
          <w:rPr>
            <w:noProof/>
            <w:webHidden/>
          </w:rPr>
        </w:r>
        <w:r>
          <w:rPr>
            <w:noProof/>
            <w:webHidden/>
          </w:rPr>
          <w:fldChar w:fldCharType="separate"/>
        </w:r>
        <w:r>
          <w:rPr>
            <w:noProof/>
            <w:webHidden/>
          </w:rPr>
          <w:t>25</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10" w:history="1">
        <w:r w:rsidRPr="00EB67B1">
          <w:rPr>
            <w:rStyle w:val="Hyperlink"/>
            <w:noProof/>
          </w:rPr>
          <w:t>6. Finding Your Way Around</w:t>
        </w:r>
        <w:r>
          <w:rPr>
            <w:noProof/>
            <w:webHidden/>
          </w:rPr>
          <w:tab/>
        </w:r>
        <w:r>
          <w:rPr>
            <w:noProof/>
            <w:webHidden/>
          </w:rPr>
          <w:fldChar w:fldCharType="begin"/>
        </w:r>
        <w:r>
          <w:rPr>
            <w:noProof/>
            <w:webHidden/>
          </w:rPr>
          <w:instrText xml:space="preserve"> PAGEREF _Toc237419910 \h </w:instrText>
        </w:r>
        <w:r>
          <w:rPr>
            <w:noProof/>
            <w:webHidden/>
          </w:rPr>
        </w:r>
        <w:r>
          <w:rPr>
            <w:noProof/>
            <w:webHidden/>
          </w:rPr>
          <w:fldChar w:fldCharType="separate"/>
        </w:r>
        <w:r>
          <w:rPr>
            <w:noProof/>
            <w:webHidden/>
          </w:rPr>
          <w:t>26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1" w:history="1">
        <w:r w:rsidRPr="00EB67B1">
          <w:rPr>
            <w:rStyle w:val="Hyperlink"/>
            <w:noProof/>
          </w:rPr>
          <w:t>6.1 The workspace</w:t>
        </w:r>
        <w:r>
          <w:rPr>
            <w:noProof/>
            <w:webHidden/>
          </w:rPr>
          <w:tab/>
        </w:r>
        <w:r>
          <w:rPr>
            <w:noProof/>
            <w:webHidden/>
          </w:rPr>
          <w:fldChar w:fldCharType="begin"/>
        </w:r>
        <w:r>
          <w:rPr>
            <w:noProof/>
            <w:webHidden/>
          </w:rPr>
          <w:instrText xml:space="preserve"> PAGEREF _Toc237419911 \h </w:instrText>
        </w:r>
        <w:r>
          <w:rPr>
            <w:noProof/>
            <w:webHidden/>
          </w:rPr>
        </w:r>
        <w:r>
          <w:rPr>
            <w:noProof/>
            <w:webHidden/>
          </w:rPr>
          <w:fldChar w:fldCharType="separate"/>
        </w:r>
        <w:r>
          <w:rPr>
            <w:noProof/>
            <w:webHidden/>
          </w:rPr>
          <w:t>26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2" w:history="1">
        <w:r w:rsidRPr="00EB67B1">
          <w:rPr>
            <w:rStyle w:val="Hyperlink"/>
            <w:noProof/>
          </w:rPr>
          <w:t>6.2 The dashboard</w:t>
        </w:r>
        <w:r>
          <w:rPr>
            <w:noProof/>
            <w:webHidden/>
          </w:rPr>
          <w:tab/>
        </w:r>
        <w:r>
          <w:rPr>
            <w:noProof/>
            <w:webHidden/>
          </w:rPr>
          <w:fldChar w:fldCharType="begin"/>
        </w:r>
        <w:r>
          <w:rPr>
            <w:noProof/>
            <w:webHidden/>
          </w:rPr>
          <w:instrText xml:space="preserve"> PAGEREF _Toc237419912 \h </w:instrText>
        </w:r>
        <w:r>
          <w:rPr>
            <w:noProof/>
            <w:webHidden/>
          </w:rPr>
        </w:r>
        <w:r>
          <w:rPr>
            <w:noProof/>
            <w:webHidden/>
          </w:rPr>
          <w:fldChar w:fldCharType="separate"/>
        </w:r>
        <w:r>
          <w:rPr>
            <w:noProof/>
            <w:webHidden/>
          </w:rPr>
          <w:t>27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3" w:history="1">
        <w:r w:rsidRPr="00EB67B1">
          <w:rPr>
            <w:rStyle w:val="Hyperlink"/>
            <w:noProof/>
          </w:rPr>
          <w:t>6.3 How every list page works</w:t>
        </w:r>
        <w:r>
          <w:rPr>
            <w:noProof/>
            <w:webHidden/>
          </w:rPr>
          <w:tab/>
        </w:r>
        <w:r>
          <w:rPr>
            <w:noProof/>
            <w:webHidden/>
          </w:rPr>
          <w:fldChar w:fldCharType="begin"/>
        </w:r>
        <w:r>
          <w:rPr>
            <w:noProof/>
            <w:webHidden/>
          </w:rPr>
          <w:instrText xml:space="preserve"> PAGEREF _Toc237419913 \h </w:instrText>
        </w:r>
        <w:r>
          <w:rPr>
            <w:noProof/>
            <w:webHidden/>
          </w:rPr>
        </w:r>
        <w:r>
          <w:rPr>
            <w:noProof/>
            <w:webHidden/>
          </w:rPr>
          <w:fldChar w:fldCharType="separate"/>
        </w:r>
        <w:r>
          <w:rPr>
            <w:noProof/>
            <w:webHidden/>
          </w:rPr>
          <w:t>28</w:t>
        </w:r>
        <w:r>
          <w:rPr>
            <w:noProof/>
            <w:webHidden/>
          </w:rPr>
          <w:fldChar w:fldCharType="end"/>
        </w:r>
      </w:hyperlink>
    </w:p>
    <w:p w:rsidR="00D52D88" w:rsidRDefault="00D52D88">
      <w:pPr>
        <w:pStyle w:val="TOC1"/>
        <w:tabs>
          <w:tab w:val="right" w:leader="dot" w:pos="9062"/>
        </w:tabs>
        <w:rPr>
          <w:rFonts w:asciiTheme="minorHAnsi" w:hAnsiTheme="minorHAnsi"/>
          <w:noProof/>
          <w:color w:val="auto"/>
          <w:sz w:val="22"/>
        </w:rPr>
      </w:pPr>
      <w:hyperlink w:anchor="_Toc237419914" w:history="1">
        <w:r w:rsidRPr="00EB67B1">
          <w:rPr>
            <w:rStyle w:val="Hyperlink"/>
            <w:noProof/>
          </w:rPr>
          <w:t>Part III — Setting Up Your Organisation</w:t>
        </w:r>
        <w:r>
          <w:rPr>
            <w:noProof/>
            <w:webHidden/>
          </w:rPr>
          <w:tab/>
        </w:r>
        <w:r>
          <w:rPr>
            <w:noProof/>
            <w:webHidden/>
          </w:rPr>
          <w:fldChar w:fldCharType="begin"/>
        </w:r>
        <w:r>
          <w:rPr>
            <w:noProof/>
            <w:webHidden/>
          </w:rPr>
          <w:instrText xml:space="preserve"> PAGEREF _Toc237419914 \h </w:instrText>
        </w:r>
        <w:r>
          <w:rPr>
            <w:noProof/>
            <w:webHidden/>
          </w:rPr>
        </w:r>
        <w:r>
          <w:rPr>
            <w:noProof/>
            <w:webHidden/>
          </w:rPr>
          <w:fldChar w:fldCharType="separate"/>
        </w:r>
        <w:r>
          <w:rPr>
            <w:noProof/>
            <w:webHidden/>
          </w:rPr>
          <w:t>29</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15" w:history="1">
        <w:r w:rsidRPr="00EB67B1">
          <w:rPr>
            <w:rStyle w:val="Hyperlink"/>
            <w:noProof/>
          </w:rPr>
          <w:t>7. Users, Roles and Access</w:t>
        </w:r>
        <w:r>
          <w:rPr>
            <w:noProof/>
            <w:webHidden/>
          </w:rPr>
          <w:tab/>
        </w:r>
        <w:r>
          <w:rPr>
            <w:noProof/>
            <w:webHidden/>
          </w:rPr>
          <w:fldChar w:fldCharType="begin"/>
        </w:r>
        <w:r>
          <w:rPr>
            <w:noProof/>
            <w:webHidden/>
          </w:rPr>
          <w:instrText xml:space="preserve"> PAGEREF _Toc237419915 \h </w:instrText>
        </w:r>
        <w:r>
          <w:rPr>
            <w:noProof/>
            <w:webHidden/>
          </w:rPr>
        </w:r>
        <w:r>
          <w:rPr>
            <w:noProof/>
            <w:webHidden/>
          </w:rPr>
          <w:fldChar w:fldCharType="separate"/>
        </w:r>
        <w:r>
          <w:rPr>
            <w:noProof/>
            <w:webHidden/>
          </w:rPr>
          <w:t>30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6" w:history="1">
        <w:r w:rsidRPr="00EB67B1">
          <w:rPr>
            <w:rStyle w:val="Hyperlink"/>
            <w:noProof/>
          </w:rPr>
          <w:t>7.1 Users</w:t>
        </w:r>
        <w:r>
          <w:rPr>
            <w:noProof/>
            <w:webHidden/>
          </w:rPr>
          <w:tab/>
        </w:r>
        <w:r>
          <w:rPr>
            <w:noProof/>
            <w:webHidden/>
          </w:rPr>
          <w:fldChar w:fldCharType="begin"/>
        </w:r>
        <w:r>
          <w:rPr>
            <w:noProof/>
            <w:webHidden/>
          </w:rPr>
          <w:instrText xml:space="preserve"> PAGEREF _Toc237419916 \h </w:instrText>
        </w:r>
        <w:r>
          <w:rPr>
            <w:noProof/>
            <w:webHidden/>
          </w:rPr>
        </w:r>
        <w:r>
          <w:rPr>
            <w:noProof/>
            <w:webHidden/>
          </w:rPr>
          <w:fldChar w:fldCharType="separate"/>
        </w:r>
        <w:r>
          <w:rPr>
            <w:noProof/>
            <w:webHidden/>
          </w:rPr>
          <w:t>31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7" w:history="1">
        <w:r w:rsidRPr="00EB67B1">
          <w:rPr>
            <w:rStyle w:val="Hyperlink"/>
            <w:noProof/>
          </w:rPr>
          <w:t>7.2 Roles</w:t>
        </w:r>
        <w:r>
          <w:rPr>
            <w:noProof/>
            <w:webHidden/>
          </w:rPr>
          <w:tab/>
        </w:r>
        <w:r>
          <w:rPr>
            <w:noProof/>
            <w:webHidden/>
          </w:rPr>
          <w:fldChar w:fldCharType="begin"/>
        </w:r>
        <w:r>
          <w:rPr>
            <w:noProof/>
            <w:webHidden/>
          </w:rPr>
          <w:instrText xml:space="preserve"> PAGEREF _Toc237419917 \h </w:instrText>
        </w:r>
        <w:r>
          <w:rPr>
            <w:noProof/>
            <w:webHidden/>
          </w:rPr>
        </w:r>
        <w:r>
          <w:rPr>
            <w:noProof/>
            <w:webHidden/>
          </w:rPr>
          <w:fldChar w:fldCharType="separate"/>
        </w:r>
        <w:r>
          <w:rPr>
            <w:noProof/>
            <w:webHidden/>
          </w:rPr>
          <w:t>33</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18" w:history="1">
        <w:r w:rsidRPr="00EB67B1">
          <w:rPr>
            <w:rStyle w:val="Hyperlink"/>
            <w:noProof/>
          </w:rPr>
          <w:t>8. Company Structure</w:t>
        </w:r>
        <w:r>
          <w:rPr>
            <w:noProof/>
            <w:webHidden/>
          </w:rPr>
          <w:tab/>
        </w:r>
        <w:r>
          <w:rPr>
            <w:noProof/>
            <w:webHidden/>
          </w:rPr>
          <w:fldChar w:fldCharType="begin"/>
        </w:r>
        <w:r>
          <w:rPr>
            <w:noProof/>
            <w:webHidden/>
          </w:rPr>
          <w:instrText xml:space="preserve"> PAGEREF _Toc237419918 \h </w:instrText>
        </w:r>
        <w:r>
          <w:rPr>
            <w:noProof/>
            <w:webHidden/>
          </w:rPr>
        </w:r>
        <w:r>
          <w:rPr>
            <w:noProof/>
            <w:webHidden/>
          </w:rPr>
          <w:fldChar w:fldCharType="separate"/>
        </w:r>
        <w:r>
          <w:rPr>
            <w:noProof/>
            <w:webHidden/>
          </w:rPr>
          <w:t>35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19" w:history="1">
        <w:r w:rsidRPr="00EB67B1">
          <w:rPr>
            <w:rStyle w:val="Hyperlink"/>
            <w:noProof/>
          </w:rPr>
          <w:t>8.1 Branches</w:t>
        </w:r>
        <w:r>
          <w:rPr>
            <w:noProof/>
            <w:webHidden/>
          </w:rPr>
          <w:tab/>
        </w:r>
        <w:r>
          <w:rPr>
            <w:noProof/>
            <w:webHidden/>
          </w:rPr>
          <w:fldChar w:fldCharType="begin"/>
        </w:r>
        <w:r>
          <w:rPr>
            <w:noProof/>
            <w:webHidden/>
          </w:rPr>
          <w:instrText xml:space="preserve"> PAGEREF _Toc237419919 \h </w:instrText>
        </w:r>
        <w:r>
          <w:rPr>
            <w:noProof/>
            <w:webHidden/>
          </w:rPr>
        </w:r>
        <w:r>
          <w:rPr>
            <w:noProof/>
            <w:webHidden/>
          </w:rPr>
          <w:fldChar w:fldCharType="separate"/>
        </w:r>
        <w:r>
          <w:rPr>
            <w:noProof/>
            <w:webHidden/>
          </w:rPr>
          <w:t>36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0" w:history="1">
        <w:r w:rsidRPr="00EB67B1">
          <w:rPr>
            <w:rStyle w:val="Hyperlink"/>
            <w:noProof/>
          </w:rPr>
          <w:t>8.2 Departments</w:t>
        </w:r>
        <w:r>
          <w:rPr>
            <w:noProof/>
            <w:webHidden/>
          </w:rPr>
          <w:tab/>
        </w:r>
        <w:r>
          <w:rPr>
            <w:noProof/>
            <w:webHidden/>
          </w:rPr>
          <w:fldChar w:fldCharType="begin"/>
        </w:r>
        <w:r>
          <w:rPr>
            <w:noProof/>
            <w:webHidden/>
          </w:rPr>
          <w:instrText xml:space="preserve"> PAGEREF _Toc237419920 \h </w:instrText>
        </w:r>
        <w:r>
          <w:rPr>
            <w:noProof/>
            <w:webHidden/>
          </w:rPr>
        </w:r>
        <w:r>
          <w:rPr>
            <w:noProof/>
            <w:webHidden/>
          </w:rPr>
          <w:fldChar w:fldCharType="separate"/>
        </w:r>
        <w:r>
          <w:rPr>
            <w:noProof/>
            <w:webHidden/>
          </w:rPr>
          <w:t>38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1" w:history="1">
        <w:r w:rsidRPr="00EB67B1">
          <w:rPr>
            <w:rStyle w:val="Hyperlink"/>
            <w:noProof/>
          </w:rPr>
          <w:t>8.3 Designations</w:t>
        </w:r>
        <w:r>
          <w:rPr>
            <w:noProof/>
            <w:webHidden/>
          </w:rPr>
          <w:tab/>
        </w:r>
        <w:r>
          <w:rPr>
            <w:noProof/>
            <w:webHidden/>
          </w:rPr>
          <w:fldChar w:fldCharType="begin"/>
        </w:r>
        <w:r>
          <w:rPr>
            <w:noProof/>
            <w:webHidden/>
          </w:rPr>
          <w:instrText xml:space="preserve"> PAGEREF _Toc237419921 \h </w:instrText>
        </w:r>
        <w:r>
          <w:rPr>
            <w:noProof/>
            <w:webHidden/>
          </w:rPr>
        </w:r>
        <w:r>
          <w:rPr>
            <w:noProof/>
            <w:webHidden/>
          </w:rPr>
          <w:fldChar w:fldCharType="separate"/>
        </w:r>
        <w:r>
          <w:rPr>
            <w:noProof/>
            <w:webHidden/>
          </w:rPr>
          <w:t>40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2" w:history="1">
        <w:r w:rsidRPr="00EB67B1">
          <w:rPr>
            <w:rStyle w:val="Hyperlink"/>
            <w:noProof/>
          </w:rPr>
          <w:t>8.4 Document Types</w:t>
        </w:r>
        <w:r>
          <w:rPr>
            <w:noProof/>
            <w:webHidden/>
          </w:rPr>
          <w:tab/>
        </w:r>
        <w:r>
          <w:rPr>
            <w:noProof/>
            <w:webHidden/>
          </w:rPr>
          <w:fldChar w:fldCharType="begin"/>
        </w:r>
        <w:r>
          <w:rPr>
            <w:noProof/>
            <w:webHidden/>
          </w:rPr>
          <w:instrText xml:space="preserve"> PAGEREF _Toc237419922 \h </w:instrText>
        </w:r>
        <w:r>
          <w:rPr>
            <w:noProof/>
            <w:webHidden/>
          </w:rPr>
        </w:r>
        <w:r>
          <w:rPr>
            <w:noProof/>
            <w:webHidden/>
          </w:rPr>
          <w:fldChar w:fldCharType="separate"/>
        </w:r>
        <w:r>
          <w:rPr>
            <w:noProof/>
            <w:webHidden/>
          </w:rPr>
          <w:t>42</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23" w:history="1">
        <w:r w:rsidRPr="00EB67B1">
          <w:rPr>
            <w:rStyle w:val="Hyperlink"/>
            <w:noProof/>
          </w:rPr>
          <w:t>9. Employees</w:t>
        </w:r>
        <w:r>
          <w:rPr>
            <w:noProof/>
            <w:webHidden/>
          </w:rPr>
          <w:tab/>
        </w:r>
        <w:r>
          <w:rPr>
            <w:noProof/>
            <w:webHidden/>
          </w:rPr>
          <w:fldChar w:fldCharType="begin"/>
        </w:r>
        <w:r>
          <w:rPr>
            <w:noProof/>
            <w:webHidden/>
          </w:rPr>
          <w:instrText xml:space="preserve"> PAGEREF _Toc237419923 \h </w:instrText>
        </w:r>
        <w:r>
          <w:rPr>
            <w:noProof/>
            <w:webHidden/>
          </w:rPr>
        </w:r>
        <w:r>
          <w:rPr>
            <w:noProof/>
            <w:webHidden/>
          </w:rPr>
          <w:fldChar w:fldCharType="separate"/>
        </w:r>
        <w:r>
          <w:rPr>
            <w:noProof/>
            <w:webHidden/>
          </w:rPr>
          <w:t>44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4" w:history="1">
        <w:r w:rsidRPr="00EB67B1">
          <w:rPr>
            <w:rStyle w:val="Hyperlink"/>
            <w:noProof/>
          </w:rPr>
          <w:t>9.1 Employees</w:t>
        </w:r>
        <w:r>
          <w:rPr>
            <w:noProof/>
            <w:webHidden/>
          </w:rPr>
          <w:tab/>
        </w:r>
        <w:r>
          <w:rPr>
            <w:noProof/>
            <w:webHidden/>
          </w:rPr>
          <w:fldChar w:fldCharType="begin"/>
        </w:r>
        <w:r>
          <w:rPr>
            <w:noProof/>
            <w:webHidden/>
          </w:rPr>
          <w:instrText xml:space="preserve"> PAGEREF _Toc237419924 \h </w:instrText>
        </w:r>
        <w:r>
          <w:rPr>
            <w:noProof/>
            <w:webHidden/>
          </w:rPr>
        </w:r>
        <w:r>
          <w:rPr>
            <w:noProof/>
            <w:webHidden/>
          </w:rPr>
          <w:fldChar w:fldCharType="separate"/>
        </w:r>
        <w:r>
          <w:rPr>
            <w:noProof/>
            <w:webHidden/>
          </w:rPr>
          <w:t>45</w:t>
        </w:r>
        <w:r>
          <w:rPr>
            <w:noProof/>
            <w:webHidden/>
          </w:rPr>
          <w:fldChar w:fldCharType="end"/>
        </w:r>
      </w:hyperlink>
    </w:p>
    <w:p w:rsidR="00D52D88" w:rsidRDefault="00D52D88">
      <w:pPr>
        <w:pStyle w:val="TOC1"/>
        <w:tabs>
          <w:tab w:val="right" w:leader="dot" w:pos="9062"/>
        </w:tabs>
        <w:rPr>
          <w:rFonts w:asciiTheme="minorHAnsi" w:hAnsiTheme="minorHAnsi"/>
          <w:noProof/>
          <w:color w:val="auto"/>
          <w:sz w:val="22"/>
        </w:rPr>
      </w:pPr>
      <w:hyperlink w:anchor="_Toc237419925" w:history="1">
        <w:r w:rsidRPr="00EB67B1">
          <w:rPr>
            <w:rStyle w:val="Hyperlink"/>
            <w:noProof/>
          </w:rPr>
          <w:t>Part IV — Running HR Day to Day</w:t>
        </w:r>
        <w:r>
          <w:rPr>
            <w:noProof/>
            <w:webHidden/>
          </w:rPr>
          <w:tab/>
        </w:r>
        <w:r>
          <w:rPr>
            <w:noProof/>
            <w:webHidden/>
          </w:rPr>
          <w:fldChar w:fldCharType="begin"/>
        </w:r>
        <w:r>
          <w:rPr>
            <w:noProof/>
            <w:webHidden/>
          </w:rPr>
          <w:instrText xml:space="preserve"> PAGEREF _Toc237419925 \h </w:instrText>
        </w:r>
        <w:r>
          <w:rPr>
            <w:noProof/>
            <w:webHidden/>
          </w:rPr>
        </w:r>
        <w:r>
          <w:rPr>
            <w:noProof/>
            <w:webHidden/>
          </w:rPr>
          <w:fldChar w:fldCharType="separate"/>
        </w:r>
        <w:r>
          <w:rPr>
            <w:noProof/>
            <w:webHidden/>
          </w:rPr>
          <w:t>47</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26" w:history="1">
        <w:r w:rsidRPr="00EB67B1">
          <w:rPr>
            <w:rStyle w:val="Hyperlink"/>
            <w:noProof/>
          </w:rPr>
          <w:t>10. Leave Management</w:t>
        </w:r>
        <w:r>
          <w:rPr>
            <w:noProof/>
            <w:webHidden/>
          </w:rPr>
          <w:tab/>
        </w:r>
        <w:r>
          <w:rPr>
            <w:noProof/>
            <w:webHidden/>
          </w:rPr>
          <w:fldChar w:fldCharType="begin"/>
        </w:r>
        <w:r>
          <w:rPr>
            <w:noProof/>
            <w:webHidden/>
          </w:rPr>
          <w:instrText xml:space="preserve"> PAGEREF _Toc237419926 \h </w:instrText>
        </w:r>
        <w:r>
          <w:rPr>
            <w:noProof/>
            <w:webHidden/>
          </w:rPr>
        </w:r>
        <w:r>
          <w:rPr>
            <w:noProof/>
            <w:webHidden/>
          </w:rPr>
          <w:fldChar w:fldCharType="separate"/>
        </w:r>
        <w:r>
          <w:rPr>
            <w:noProof/>
            <w:webHidden/>
          </w:rPr>
          <w:t>48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7" w:history="1">
        <w:r w:rsidRPr="00EB67B1">
          <w:rPr>
            <w:rStyle w:val="Hyperlink"/>
            <w:noProof/>
          </w:rPr>
          <w:t>10.1 Leave Types</w:t>
        </w:r>
        <w:r>
          <w:rPr>
            <w:noProof/>
            <w:webHidden/>
          </w:rPr>
          <w:tab/>
        </w:r>
        <w:r>
          <w:rPr>
            <w:noProof/>
            <w:webHidden/>
          </w:rPr>
          <w:fldChar w:fldCharType="begin"/>
        </w:r>
        <w:r>
          <w:rPr>
            <w:noProof/>
            <w:webHidden/>
          </w:rPr>
          <w:instrText xml:space="preserve"> PAGEREF _Toc237419927 \h </w:instrText>
        </w:r>
        <w:r>
          <w:rPr>
            <w:noProof/>
            <w:webHidden/>
          </w:rPr>
        </w:r>
        <w:r>
          <w:rPr>
            <w:noProof/>
            <w:webHidden/>
          </w:rPr>
          <w:fldChar w:fldCharType="separate"/>
        </w:r>
        <w:r>
          <w:rPr>
            <w:noProof/>
            <w:webHidden/>
          </w:rPr>
          <w:t>49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8" w:history="1">
        <w:r w:rsidRPr="00EB67B1">
          <w:rPr>
            <w:rStyle w:val="Hyperlink"/>
            <w:noProof/>
          </w:rPr>
          <w:t>10.2 Leave Policies</w:t>
        </w:r>
        <w:r>
          <w:rPr>
            <w:noProof/>
            <w:webHidden/>
          </w:rPr>
          <w:tab/>
        </w:r>
        <w:r>
          <w:rPr>
            <w:noProof/>
            <w:webHidden/>
          </w:rPr>
          <w:fldChar w:fldCharType="begin"/>
        </w:r>
        <w:r>
          <w:rPr>
            <w:noProof/>
            <w:webHidden/>
          </w:rPr>
          <w:instrText xml:space="preserve"> PAGEREF _Toc237419928 \h </w:instrText>
        </w:r>
        <w:r>
          <w:rPr>
            <w:noProof/>
            <w:webHidden/>
          </w:rPr>
        </w:r>
        <w:r>
          <w:rPr>
            <w:noProof/>
            <w:webHidden/>
          </w:rPr>
          <w:fldChar w:fldCharType="separate"/>
        </w:r>
        <w:r>
          <w:rPr>
            <w:noProof/>
            <w:webHidden/>
          </w:rPr>
          <w:t>51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29" w:history="1">
        <w:r w:rsidRPr="00EB67B1">
          <w:rPr>
            <w:rStyle w:val="Hyperlink"/>
            <w:noProof/>
          </w:rPr>
          <w:t>10.3 Leave Applications</w:t>
        </w:r>
        <w:r>
          <w:rPr>
            <w:noProof/>
            <w:webHidden/>
          </w:rPr>
          <w:tab/>
        </w:r>
        <w:r>
          <w:rPr>
            <w:noProof/>
            <w:webHidden/>
          </w:rPr>
          <w:fldChar w:fldCharType="begin"/>
        </w:r>
        <w:r>
          <w:rPr>
            <w:noProof/>
            <w:webHidden/>
          </w:rPr>
          <w:instrText xml:space="preserve"> PAGEREF _Toc237419929 \h </w:instrText>
        </w:r>
        <w:r>
          <w:rPr>
            <w:noProof/>
            <w:webHidden/>
          </w:rPr>
        </w:r>
        <w:r>
          <w:rPr>
            <w:noProof/>
            <w:webHidden/>
          </w:rPr>
          <w:fldChar w:fldCharType="separate"/>
        </w:r>
        <w:r>
          <w:rPr>
            <w:noProof/>
            <w:webHidden/>
          </w:rPr>
          <w:t>53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0" w:history="1">
        <w:r w:rsidRPr="00EB67B1">
          <w:rPr>
            <w:rStyle w:val="Hyperlink"/>
            <w:noProof/>
          </w:rPr>
          <w:t>10.4 Leave Balances</w:t>
        </w:r>
        <w:r>
          <w:rPr>
            <w:noProof/>
            <w:webHidden/>
          </w:rPr>
          <w:tab/>
        </w:r>
        <w:r>
          <w:rPr>
            <w:noProof/>
            <w:webHidden/>
          </w:rPr>
          <w:fldChar w:fldCharType="begin"/>
        </w:r>
        <w:r>
          <w:rPr>
            <w:noProof/>
            <w:webHidden/>
          </w:rPr>
          <w:instrText xml:space="preserve"> PAGEREF _Toc237419930 \h </w:instrText>
        </w:r>
        <w:r>
          <w:rPr>
            <w:noProof/>
            <w:webHidden/>
          </w:rPr>
        </w:r>
        <w:r>
          <w:rPr>
            <w:noProof/>
            <w:webHidden/>
          </w:rPr>
          <w:fldChar w:fldCharType="separate"/>
        </w:r>
        <w:r>
          <w:rPr>
            <w:noProof/>
            <w:webHidden/>
          </w:rPr>
          <w:t>55</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31" w:history="1">
        <w:r w:rsidRPr="00EB67B1">
          <w:rPr>
            <w:rStyle w:val="Hyperlink"/>
            <w:noProof/>
          </w:rPr>
          <w:t>11. Attendance and Time</w:t>
        </w:r>
        <w:r>
          <w:rPr>
            <w:noProof/>
            <w:webHidden/>
          </w:rPr>
          <w:tab/>
        </w:r>
        <w:r>
          <w:rPr>
            <w:noProof/>
            <w:webHidden/>
          </w:rPr>
          <w:fldChar w:fldCharType="begin"/>
        </w:r>
        <w:r>
          <w:rPr>
            <w:noProof/>
            <w:webHidden/>
          </w:rPr>
          <w:instrText xml:space="preserve"> PAGEREF _Toc237419931 \h </w:instrText>
        </w:r>
        <w:r>
          <w:rPr>
            <w:noProof/>
            <w:webHidden/>
          </w:rPr>
        </w:r>
        <w:r>
          <w:rPr>
            <w:noProof/>
            <w:webHidden/>
          </w:rPr>
          <w:fldChar w:fldCharType="separate"/>
        </w:r>
        <w:r>
          <w:rPr>
            <w:noProof/>
            <w:webHidden/>
          </w:rPr>
          <w:t>57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2" w:history="1">
        <w:r w:rsidRPr="00EB67B1">
          <w:rPr>
            <w:rStyle w:val="Hyperlink"/>
            <w:noProof/>
          </w:rPr>
          <w:t>11.1 Shifts</w:t>
        </w:r>
        <w:r>
          <w:rPr>
            <w:noProof/>
            <w:webHidden/>
          </w:rPr>
          <w:tab/>
        </w:r>
        <w:r>
          <w:rPr>
            <w:noProof/>
            <w:webHidden/>
          </w:rPr>
          <w:fldChar w:fldCharType="begin"/>
        </w:r>
        <w:r>
          <w:rPr>
            <w:noProof/>
            <w:webHidden/>
          </w:rPr>
          <w:instrText xml:space="preserve"> PAGEREF _Toc237419932 \h </w:instrText>
        </w:r>
        <w:r>
          <w:rPr>
            <w:noProof/>
            <w:webHidden/>
          </w:rPr>
        </w:r>
        <w:r>
          <w:rPr>
            <w:noProof/>
            <w:webHidden/>
          </w:rPr>
          <w:fldChar w:fldCharType="separate"/>
        </w:r>
        <w:r>
          <w:rPr>
            <w:noProof/>
            <w:webHidden/>
          </w:rPr>
          <w:t>58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3" w:history="1">
        <w:r w:rsidRPr="00EB67B1">
          <w:rPr>
            <w:rStyle w:val="Hyperlink"/>
            <w:noProof/>
          </w:rPr>
          <w:t>11.2 Attendance Policies</w:t>
        </w:r>
        <w:r>
          <w:rPr>
            <w:noProof/>
            <w:webHidden/>
          </w:rPr>
          <w:tab/>
        </w:r>
        <w:r>
          <w:rPr>
            <w:noProof/>
            <w:webHidden/>
          </w:rPr>
          <w:fldChar w:fldCharType="begin"/>
        </w:r>
        <w:r>
          <w:rPr>
            <w:noProof/>
            <w:webHidden/>
          </w:rPr>
          <w:instrText xml:space="preserve"> PAGEREF _Toc237419933 \h </w:instrText>
        </w:r>
        <w:r>
          <w:rPr>
            <w:noProof/>
            <w:webHidden/>
          </w:rPr>
        </w:r>
        <w:r>
          <w:rPr>
            <w:noProof/>
            <w:webHidden/>
          </w:rPr>
          <w:fldChar w:fldCharType="separate"/>
        </w:r>
        <w:r>
          <w:rPr>
            <w:noProof/>
            <w:webHidden/>
          </w:rPr>
          <w:t>60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4" w:history="1">
        <w:r w:rsidRPr="00EB67B1">
          <w:rPr>
            <w:rStyle w:val="Hyperlink"/>
            <w:noProof/>
          </w:rPr>
          <w:t>11.3 Attendance Records</w:t>
        </w:r>
        <w:r>
          <w:rPr>
            <w:noProof/>
            <w:webHidden/>
          </w:rPr>
          <w:tab/>
        </w:r>
        <w:r>
          <w:rPr>
            <w:noProof/>
            <w:webHidden/>
          </w:rPr>
          <w:fldChar w:fldCharType="begin"/>
        </w:r>
        <w:r>
          <w:rPr>
            <w:noProof/>
            <w:webHidden/>
          </w:rPr>
          <w:instrText xml:space="preserve"> PAGEREF _Toc237419934 \h </w:instrText>
        </w:r>
        <w:r>
          <w:rPr>
            <w:noProof/>
            <w:webHidden/>
          </w:rPr>
        </w:r>
        <w:r>
          <w:rPr>
            <w:noProof/>
            <w:webHidden/>
          </w:rPr>
          <w:fldChar w:fldCharType="separate"/>
        </w:r>
        <w:r>
          <w:rPr>
            <w:noProof/>
            <w:webHidden/>
          </w:rPr>
          <w:t>62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5" w:history="1">
        <w:r w:rsidRPr="00EB67B1">
          <w:rPr>
            <w:rStyle w:val="Hyperlink"/>
            <w:noProof/>
          </w:rPr>
          <w:t>11.4 Attendance Regularizations</w:t>
        </w:r>
        <w:r>
          <w:rPr>
            <w:noProof/>
            <w:webHidden/>
          </w:rPr>
          <w:tab/>
        </w:r>
        <w:r>
          <w:rPr>
            <w:noProof/>
            <w:webHidden/>
          </w:rPr>
          <w:fldChar w:fldCharType="begin"/>
        </w:r>
        <w:r>
          <w:rPr>
            <w:noProof/>
            <w:webHidden/>
          </w:rPr>
          <w:instrText xml:space="preserve"> PAGEREF _Toc237419935 \h </w:instrText>
        </w:r>
        <w:r>
          <w:rPr>
            <w:noProof/>
            <w:webHidden/>
          </w:rPr>
        </w:r>
        <w:r>
          <w:rPr>
            <w:noProof/>
            <w:webHidden/>
          </w:rPr>
          <w:fldChar w:fldCharType="separate"/>
        </w:r>
        <w:r>
          <w:rPr>
            <w:noProof/>
            <w:webHidden/>
          </w:rPr>
          <w:t>64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6" w:history="1">
        <w:r w:rsidRPr="00EB67B1">
          <w:rPr>
            <w:rStyle w:val="Hyperlink"/>
            <w:noProof/>
          </w:rPr>
          <w:t>11.5 Biometric Attendance</w:t>
        </w:r>
        <w:r>
          <w:rPr>
            <w:noProof/>
            <w:webHidden/>
          </w:rPr>
          <w:tab/>
        </w:r>
        <w:r>
          <w:rPr>
            <w:noProof/>
            <w:webHidden/>
          </w:rPr>
          <w:fldChar w:fldCharType="begin"/>
        </w:r>
        <w:r>
          <w:rPr>
            <w:noProof/>
            <w:webHidden/>
          </w:rPr>
          <w:instrText xml:space="preserve"> PAGEREF _Toc237419936 \h </w:instrText>
        </w:r>
        <w:r>
          <w:rPr>
            <w:noProof/>
            <w:webHidden/>
          </w:rPr>
        </w:r>
        <w:r>
          <w:rPr>
            <w:noProof/>
            <w:webHidden/>
          </w:rPr>
          <w:fldChar w:fldCharType="separate"/>
        </w:r>
        <w:r>
          <w:rPr>
            <w:noProof/>
            <w:webHidden/>
          </w:rPr>
          <w:t>66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7" w:history="1">
        <w:r w:rsidRPr="00EB67B1">
          <w:rPr>
            <w:rStyle w:val="Hyperlink"/>
            <w:noProof/>
          </w:rPr>
          <w:t>11.6 Time Entries</w:t>
        </w:r>
        <w:r>
          <w:rPr>
            <w:noProof/>
            <w:webHidden/>
          </w:rPr>
          <w:tab/>
        </w:r>
        <w:r>
          <w:rPr>
            <w:noProof/>
            <w:webHidden/>
          </w:rPr>
          <w:fldChar w:fldCharType="begin"/>
        </w:r>
        <w:r>
          <w:rPr>
            <w:noProof/>
            <w:webHidden/>
          </w:rPr>
          <w:instrText xml:space="preserve"> PAGEREF _Toc237419937 \h </w:instrText>
        </w:r>
        <w:r>
          <w:rPr>
            <w:noProof/>
            <w:webHidden/>
          </w:rPr>
        </w:r>
        <w:r>
          <w:rPr>
            <w:noProof/>
            <w:webHidden/>
          </w:rPr>
          <w:fldChar w:fldCharType="separate"/>
        </w:r>
        <w:r>
          <w:rPr>
            <w:noProof/>
            <w:webHidden/>
          </w:rPr>
          <w:t>67</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38" w:history="1">
        <w:r w:rsidRPr="00EB67B1">
          <w:rPr>
            <w:rStyle w:val="Hyperlink"/>
            <w:noProof/>
          </w:rPr>
          <w:t>12. Payroll</w:t>
        </w:r>
        <w:r>
          <w:rPr>
            <w:noProof/>
            <w:webHidden/>
          </w:rPr>
          <w:tab/>
        </w:r>
        <w:r>
          <w:rPr>
            <w:noProof/>
            <w:webHidden/>
          </w:rPr>
          <w:fldChar w:fldCharType="begin"/>
        </w:r>
        <w:r>
          <w:rPr>
            <w:noProof/>
            <w:webHidden/>
          </w:rPr>
          <w:instrText xml:space="preserve"> PAGEREF _Toc237419938 \h </w:instrText>
        </w:r>
        <w:r>
          <w:rPr>
            <w:noProof/>
            <w:webHidden/>
          </w:rPr>
        </w:r>
        <w:r>
          <w:rPr>
            <w:noProof/>
            <w:webHidden/>
          </w:rPr>
          <w:fldChar w:fldCharType="separate"/>
        </w:r>
        <w:r>
          <w:rPr>
            <w:noProof/>
            <w:webHidden/>
          </w:rPr>
          <w:t>69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39" w:history="1">
        <w:r w:rsidRPr="00EB67B1">
          <w:rPr>
            <w:rStyle w:val="Hyperlink"/>
            <w:noProof/>
          </w:rPr>
          <w:t>12.1 Salary Components</w:t>
        </w:r>
        <w:r>
          <w:rPr>
            <w:noProof/>
            <w:webHidden/>
          </w:rPr>
          <w:tab/>
        </w:r>
        <w:r>
          <w:rPr>
            <w:noProof/>
            <w:webHidden/>
          </w:rPr>
          <w:fldChar w:fldCharType="begin"/>
        </w:r>
        <w:r>
          <w:rPr>
            <w:noProof/>
            <w:webHidden/>
          </w:rPr>
          <w:instrText xml:space="preserve"> PAGEREF _Toc237419939 \h </w:instrText>
        </w:r>
        <w:r>
          <w:rPr>
            <w:noProof/>
            <w:webHidden/>
          </w:rPr>
        </w:r>
        <w:r>
          <w:rPr>
            <w:noProof/>
            <w:webHidden/>
          </w:rPr>
          <w:fldChar w:fldCharType="separate"/>
        </w:r>
        <w:r>
          <w:rPr>
            <w:noProof/>
            <w:webHidden/>
          </w:rPr>
          <w:t>70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0" w:history="1">
        <w:r w:rsidRPr="00EB67B1">
          <w:rPr>
            <w:rStyle w:val="Hyperlink"/>
            <w:noProof/>
          </w:rPr>
          <w:t>12.2 Employee Salaries</w:t>
        </w:r>
        <w:r>
          <w:rPr>
            <w:noProof/>
            <w:webHidden/>
          </w:rPr>
          <w:tab/>
        </w:r>
        <w:r>
          <w:rPr>
            <w:noProof/>
            <w:webHidden/>
          </w:rPr>
          <w:fldChar w:fldCharType="begin"/>
        </w:r>
        <w:r>
          <w:rPr>
            <w:noProof/>
            <w:webHidden/>
          </w:rPr>
          <w:instrText xml:space="preserve"> PAGEREF _Toc237419940 \h </w:instrText>
        </w:r>
        <w:r>
          <w:rPr>
            <w:noProof/>
            <w:webHidden/>
          </w:rPr>
        </w:r>
        <w:r>
          <w:rPr>
            <w:noProof/>
            <w:webHidden/>
          </w:rPr>
          <w:fldChar w:fldCharType="separate"/>
        </w:r>
        <w:r>
          <w:rPr>
            <w:noProof/>
            <w:webHidden/>
          </w:rPr>
          <w:t>72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1" w:history="1">
        <w:r w:rsidRPr="00EB67B1">
          <w:rPr>
            <w:rStyle w:val="Hyperlink"/>
            <w:noProof/>
          </w:rPr>
          <w:t>12.3 Payroll Runs</w:t>
        </w:r>
        <w:r>
          <w:rPr>
            <w:noProof/>
            <w:webHidden/>
          </w:rPr>
          <w:tab/>
        </w:r>
        <w:r>
          <w:rPr>
            <w:noProof/>
            <w:webHidden/>
          </w:rPr>
          <w:fldChar w:fldCharType="begin"/>
        </w:r>
        <w:r>
          <w:rPr>
            <w:noProof/>
            <w:webHidden/>
          </w:rPr>
          <w:instrText xml:space="preserve"> PAGEREF _Toc237419941 \h </w:instrText>
        </w:r>
        <w:r>
          <w:rPr>
            <w:noProof/>
            <w:webHidden/>
          </w:rPr>
        </w:r>
        <w:r>
          <w:rPr>
            <w:noProof/>
            <w:webHidden/>
          </w:rPr>
          <w:fldChar w:fldCharType="separate"/>
        </w:r>
        <w:r>
          <w:rPr>
            <w:noProof/>
            <w:webHidden/>
          </w:rPr>
          <w:t>73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2" w:history="1">
        <w:r w:rsidRPr="00EB67B1">
          <w:rPr>
            <w:rStyle w:val="Hyperlink"/>
            <w:noProof/>
          </w:rPr>
          <w:t>12.4 Payslips</w:t>
        </w:r>
        <w:r>
          <w:rPr>
            <w:noProof/>
            <w:webHidden/>
          </w:rPr>
          <w:tab/>
        </w:r>
        <w:r>
          <w:rPr>
            <w:noProof/>
            <w:webHidden/>
          </w:rPr>
          <w:fldChar w:fldCharType="begin"/>
        </w:r>
        <w:r>
          <w:rPr>
            <w:noProof/>
            <w:webHidden/>
          </w:rPr>
          <w:instrText xml:space="preserve"> PAGEREF _Toc237419942 \h </w:instrText>
        </w:r>
        <w:r>
          <w:rPr>
            <w:noProof/>
            <w:webHidden/>
          </w:rPr>
        </w:r>
        <w:r>
          <w:rPr>
            <w:noProof/>
            <w:webHidden/>
          </w:rPr>
          <w:fldChar w:fldCharType="separate"/>
        </w:r>
        <w:r>
          <w:rPr>
            <w:noProof/>
            <w:webHidden/>
          </w:rPr>
          <w:t>75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3" w:history="1">
        <w:r w:rsidRPr="00EB67B1">
          <w:rPr>
            <w:rStyle w:val="Hyperlink"/>
            <w:noProof/>
          </w:rPr>
          <w:t>12.5 Salary Advances</w:t>
        </w:r>
        <w:r>
          <w:rPr>
            <w:noProof/>
            <w:webHidden/>
          </w:rPr>
          <w:tab/>
        </w:r>
        <w:r>
          <w:rPr>
            <w:noProof/>
            <w:webHidden/>
          </w:rPr>
          <w:fldChar w:fldCharType="begin"/>
        </w:r>
        <w:r>
          <w:rPr>
            <w:noProof/>
            <w:webHidden/>
          </w:rPr>
          <w:instrText xml:space="preserve"> PAGEREF _Toc237419943 \h </w:instrText>
        </w:r>
        <w:r>
          <w:rPr>
            <w:noProof/>
            <w:webHidden/>
          </w:rPr>
        </w:r>
        <w:r>
          <w:rPr>
            <w:noProof/>
            <w:webHidden/>
          </w:rPr>
          <w:fldChar w:fldCharType="separate"/>
        </w:r>
        <w:r>
          <w:rPr>
            <w:noProof/>
            <w:webHidden/>
          </w:rPr>
          <w:t>76</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44" w:history="1">
        <w:r w:rsidRPr="00EB67B1">
          <w:rPr>
            <w:rStyle w:val="Hyperlink"/>
            <w:noProof/>
          </w:rPr>
          <w:t>13. Recruitment and Onboarding</w:t>
        </w:r>
        <w:r>
          <w:rPr>
            <w:noProof/>
            <w:webHidden/>
          </w:rPr>
          <w:tab/>
        </w:r>
        <w:r>
          <w:rPr>
            <w:noProof/>
            <w:webHidden/>
          </w:rPr>
          <w:fldChar w:fldCharType="begin"/>
        </w:r>
        <w:r>
          <w:rPr>
            <w:noProof/>
            <w:webHidden/>
          </w:rPr>
          <w:instrText xml:space="preserve"> PAGEREF _Toc237419944 \h </w:instrText>
        </w:r>
        <w:r>
          <w:rPr>
            <w:noProof/>
            <w:webHidden/>
          </w:rPr>
        </w:r>
        <w:r>
          <w:rPr>
            <w:noProof/>
            <w:webHidden/>
          </w:rPr>
          <w:fldChar w:fldCharType="separate"/>
        </w:r>
        <w:r>
          <w:rPr>
            <w:noProof/>
            <w:webHidden/>
          </w:rPr>
          <w:t>77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5" w:history="1">
        <w:r w:rsidRPr="00EB67B1">
          <w:rPr>
            <w:rStyle w:val="Hyperlink"/>
            <w:noProof/>
          </w:rPr>
          <w:t>13.1 Job Categories</w:t>
        </w:r>
        <w:r>
          <w:rPr>
            <w:noProof/>
            <w:webHidden/>
          </w:rPr>
          <w:tab/>
        </w:r>
        <w:r>
          <w:rPr>
            <w:noProof/>
            <w:webHidden/>
          </w:rPr>
          <w:fldChar w:fldCharType="begin"/>
        </w:r>
        <w:r>
          <w:rPr>
            <w:noProof/>
            <w:webHidden/>
          </w:rPr>
          <w:instrText xml:space="preserve"> PAGEREF _Toc237419945 \h </w:instrText>
        </w:r>
        <w:r>
          <w:rPr>
            <w:noProof/>
            <w:webHidden/>
          </w:rPr>
        </w:r>
        <w:r>
          <w:rPr>
            <w:noProof/>
            <w:webHidden/>
          </w:rPr>
          <w:fldChar w:fldCharType="separate"/>
        </w:r>
        <w:r>
          <w:rPr>
            <w:noProof/>
            <w:webHidden/>
          </w:rPr>
          <w:t>78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6" w:history="1">
        <w:r w:rsidRPr="00EB67B1">
          <w:rPr>
            <w:rStyle w:val="Hyperlink"/>
            <w:noProof/>
          </w:rPr>
          <w:t>13.2 Job Types</w:t>
        </w:r>
        <w:r>
          <w:rPr>
            <w:noProof/>
            <w:webHidden/>
          </w:rPr>
          <w:tab/>
        </w:r>
        <w:r>
          <w:rPr>
            <w:noProof/>
            <w:webHidden/>
          </w:rPr>
          <w:fldChar w:fldCharType="begin"/>
        </w:r>
        <w:r>
          <w:rPr>
            <w:noProof/>
            <w:webHidden/>
          </w:rPr>
          <w:instrText xml:space="preserve"> PAGEREF _Toc237419946 \h </w:instrText>
        </w:r>
        <w:r>
          <w:rPr>
            <w:noProof/>
            <w:webHidden/>
          </w:rPr>
        </w:r>
        <w:r>
          <w:rPr>
            <w:noProof/>
            <w:webHidden/>
          </w:rPr>
          <w:fldChar w:fldCharType="separate"/>
        </w:r>
        <w:r>
          <w:rPr>
            <w:noProof/>
            <w:webHidden/>
          </w:rPr>
          <w:t>80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7" w:history="1">
        <w:r w:rsidRPr="00EB67B1">
          <w:rPr>
            <w:rStyle w:val="Hyperlink"/>
            <w:noProof/>
          </w:rPr>
          <w:t>13.3 Job Locations</w:t>
        </w:r>
        <w:r>
          <w:rPr>
            <w:noProof/>
            <w:webHidden/>
          </w:rPr>
          <w:tab/>
        </w:r>
        <w:r>
          <w:rPr>
            <w:noProof/>
            <w:webHidden/>
          </w:rPr>
          <w:fldChar w:fldCharType="begin"/>
        </w:r>
        <w:r>
          <w:rPr>
            <w:noProof/>
            <w:webHidden/>
          </w:rPr>
          <w:instrText xml:space="preserve"> PAGEREF _Toc237419947 \h </w:instrText>
        </w:r>
        <w:r>
          <w:rPr>
            <w:noProof/>
            <w:webHidden/>
          </w:rPr>
        </w:r>
        <w:r>
          <w:rPr>
            <w:noProof/>
            <w:webHidden/>
          </w:rPr>
          <w:fldChar w:fldCharType="separate"/>
        </w:r>
        <w:r>
          <w:rPr>
            <w:noProof/>
            <w:webHidden/>
          </w:rPr>
          <w:t>82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8" w:history="1">
        <w:r w:rsidRPr="00EB67B1">
          <w:rPr>
            <w:rStyle w:val="Hyperlink"/>
            <w:noProof/>
          </w:rPr>
          <w:t>13.4 Custom Questions</w:t>
        </w:r>
        <w:r>
          <w:rPr>
            <w:noProof/>
            <w:webHidden/>
          </w:rPr>
          <w:tab/>
        </w:r>
        <w:r>
          <w:rPr>
            <w:noProof/>
            <w:webHidden/>
          </w:rPr>
          <w:fldChar w:fldCharType="begin"/>
        </w:r>
        <w:r>
          <w:rPr>
            <w:noProof/>
            <w:webHidden/>
          </w:rPr>
          <w:instrText xml:space="preserve"> PAGEREF _Toc237419948 \h </w:instrText>
        </w:r>
        <w:r>
          <w:rPr>
            <w:noProof/>
            <w:webHidden/>
          </w:rPr>
        </w:r>
        <w:r>
          <w:rPr>
            <w:noProof/>
            <w:webHidden/>
          </w:rPr>
          <w:fldChar w:fldCharType="separate"/>
        </w:r>
        <w:r>
          <w:rPr>
            <w:noProof/>
            <w:webHidden/>
          </w:rPr>
          <w:t>84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49" w:history="1">
        <w:r w:rsidRPr="00EB67B1">
          <w:rPr>
            <w:rStyle w:val="Hyperlink"/>
            <w:noProof/>
          </w:rPr>
          <w:t>13.5 Job Postings</w:t>
        </w:r>
        <w:r>
          <w:rPr>
            <w:noProof/>
            <w:webHidden/>
          </w:rPr>
          <w:tab/>
        </w:r>
        <w:r>
          <w:rPr>
            <w:noProof/>
            <w:webHidden/>
          </w:rPr>
          <w:fldChar w:fldCharType="begin"/>
        </w:r>
        <w:r>
          <w:rPr>
            <w:noProof/>
            <w:webHidden/>
          </w:rPr>
          <w:instrText xml:space="preserve"> PAGEREF _Toc237419949 \h </w:instrText>
        </w:r>
        <w:r>
          <w:rPr>
            <w:noProof/>
            <w:webHidden/>
          </w:rPr>
        </w:r>
        <w:r>
          <w:rPr>
            <w:noProof/>
            <w:webHidden/>
          </w:rPr>
          <w:fldChar w:fldCharType="separate"/>
        </w:r>
        <w:r>
          <w:rPr>
            <w:noProof/>
            <w:webHidden/>
          </w:rPr>
          <w:t>86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0" w:history="1">
        <w:r w:rsidRPr="00EB67B1">
          <w:rPr>
            <w:rStyle w:val="Hyperlink"/>
            <w:noProof/>
          </w:rPr>
          <w:t>13.6 careers</w:t>
        </w:r>
        <w:r>
          <w:rPr>
            <w:noProof/>
            <w:webHidden/>
          </w:rPr>
          <w:tab/>
        </w:r>
        <w:r>
          <w:rPr>
            <w:noProof/>
            <w:webHidden/>
          </w:rPr>
          <w:fldChar w:fldCharType="begin"/>
        </w:r>
        <w:r>
          <w:rPr>
            <w:noProof/>
            <w:webHidden/>
          </w:rPr>
          <w:instrText xml:space="preserve"> PAGEREF _Toc237419950 \h </w:instrText>
        </w:r>
        <w:r>
          <w:rPr>
            <w:noProof/>
            <w:webHidden/>
          </w:rPr>
        </w:r>
        <w:r>
          <w:rPr>
            <w:noProof/>
            <w:webHidden/>
          </w:rPr>
          <w:fldChar w:fldCharType="separate"/>
        </w:r>
        <w:r>
          <w:rPr>
            <w:noProof/>
            <w:webHidden/>
          </w:rPr>
          <w:t>88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1" w:history="1">
        <w:r w:rsidRPr="00EB67B1">
          <w:rPr>
            <w:rStyle w:val="Hyperlink"/>
            <w:noProof/>
          </w:rPr>
          <w:t>13.7 Candidate Sources</w:t>
        </w:r>
        <w:r>
          <w:rPr>
            <w:noProof/>
            <w:webHidden/>
          </w:rPr>
          <w:tab/>
        </w:r>
        <w:r>
          <w:rPr>
            <w:noProof/>
            <w:webHidden/>
          </w:rPr>
          <w:fldChar w:fldCharType="begin"/>
        </w:r>
        <w:r>
          <w:rPr>
            <w:noProof/>
            <w:webHidden/>
          </w:rPr>
          <w:instrText xml:space="preserve"> PAGEREF _Toc237419951 \h </w:instrText>
        </w:r>
        <w:r>
          <w:rPr>
            <w:noProof/>
            <w:webHidden/>
          </w:rPr>
        </w:r>
        <w:r>
          <w:rPr>
            <w:noProof/>
            <w:webHidden/>
          </w:rPr>
          <w:fldChar w:fldCharType="separate"/>
        </w:r>
        <w:r>
          <w:rPr>
            <w:noProof/>
            <w:webHidden/>
          </w:rPr>
          <w:t>89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2" w:history="1">
        <w:r w:rsidRPr="00EB67B1">
          <w:rPr>
            <w:rStyle w:val="Hyperlink"/>
            <w:noProof/>
          </w:rPr>
          <w:t>13.8 Candidates</w:t>
        </w:r>
        <w:r>
          <w:rPr>
            <w:noProof/>
            <w:webHidden/>
          </w:rPr>
          <w:tab/>
        </w:r>
        <w:r>
          <w:rPr>
            <w:noProof/>
            <w:webHidden/>
          </w:rPr>
          <w:fldChar w:fldCharType="begin"/>
        </w:r>
        <w:r>
          <w:rPr>
            <w:noProof/>
            <w:webHidden/>
          </w:rPr>
          <w:instrText xml:space="preserve"> PAGEREF _Toc237419952 \h </w:instrText>
        </w:r>
        <w:r>
          <w:rPr>
            <w:noProof/>
            <w:webHidden/>
          </w:rPr>
        </w:r>
        <w:r>
          <w:rPr>
            <w:noProof/>
            <w:webHidden/>
          </w:rPr>
          <w:fldChar w:fldCharType="separate"/>
        </w:r>
        <w:r>
          <w:rPr>
            <w:noProof/>
            <w:webHidden/>
          </w:rPr>
          <w:t>91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3" w:history="1">
        <w:r w:rsidRPr="00EB67B1">
          <w:rPr>
            <w:rStyle w:val="Hyperlink"/>
            <w:noProof/>
          </w:rPr>
          <w:t>13.9 Interview Types</w:t>
        </w:r>
        <w:r>
          <w:rPr>
            <w:noProof/>
            <w:webHidden/>
          </w:rPr>
          <w:tab/>
        </w:r>
        <w:r>
          <w:rPr>
            <w:noProof/>
            <w:webHidden/>
          </w:rPr>
          <w:fldChar w:fldCharType="begin"/>
        </w:r>
        <w:r>
          <w:rPr>
            <w:noProof/>
            <w:webHidden/>
          </w:rPr>
          <w:instrText xml:space="preserve"> PAGEREF _Toc237419953 \h </w:instrText>
        </w:r>
        <w:r>
          <w:rPr>
            <w:noProof/>
            <w:webHidden/>
          </w:rPr>
        </w:r>
        <w:r>
          <w:rPr>
            <w:noProof/>
            <w:webHidden/>
          </w:rPr>
          <w:fldChar w:fldCharType="separate"/>
        </w:r>
        <w:r>
          <w:rPr>
            <w:noProof/>
            <w:webHidden/>
          </w:rPr>
          <w:t>92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4" w:history="1">
        <w:r w:rsidRPr="00EB67B1">
          <w:rPr>
            <w:rStyle w:val="Hyperlink"/>
            <w:noProof/>
          </w:rPr>
          <w:t>13.10 Interview Rounds</w:t>
        </w:r>
        <w:r>
          <w:rPr>
            <w:noProof/>
            <w:webHidden/>
          </w:rPr>
          <w:tab/>
        </w:r>
        <w:r>
          <w:rPr>
            <w:noProof/>
            <w:webHidden/>
          </w:rPr>
          <w:fldChar w:fldCharType="begin"/>
        </w:r>
        <w:r>
          <w:rPr>
            <w:noProof/>
            <w:webHidden/>
          </w:rPr>
          <w:instrText xml:space="preserve"> PAGEREF _Toc237419954 \h </w:instrText>
        </w:r>
        <w:r>
          <w:rPr>
            <w:noProof/>
            <w:webHidden/>
          </w:rPr>
        </w:r>
        <w:r>
          <w:rPr>
            <w:noProof/>
            <w:webHidden/>
          </w:rPr>
          <w:fldChar w:fldCharType="separate"/>
        </w:r>
        <w:r>
          <w:rPr>
            <w:noProof/>
            <w:webHidden/>
          </w:rPr>
          <w:t>94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5" w:history="1">
        <w:r w:rsidRPr="00EB67B1">
          <w:rPr>
            <w:rStyle w:val="Hyperlink"/>
            <w:noProof/>
          </w:rPr>
          <w:t>13.11 Interviews</w:t>
        </w:r>
        <w:r>
          <w:rPr>
            <w:noProof/>
            <w:webHidden/>
          </w:rPr>
          <w:tab/>
        </w:r>
        <w:r>
          <w:rPr>
            <w:noProof/>
            <w:webHidden/>
          </w:rPr>
          <w:fldChar w:fldCharType="begin"/>
        </w:r>
        <w:r>
          <w:rPr>
            <w:noProof/>
            <w:webHidden/>
          </w:rPr>
          <w:instrText xml:space="preserve"> PAGEREF _Toc237419955 \h </w:instrText>
        </w:r>
        <w:r>
          <w:rPr>
            <w:noProof/>
            <w:webHidden/>
          </w:rPr>
        </w:r>
        <w:r>
          <w:rPr>
            <w:noProof/>
            <w:webHidden/>
          </w:rPr>
          <w:fldChar w:fldCharType="separate"/>
        </w:r>
        <w:r>
          <w:rPr>
            <w:noProof/>
            <w:webHidden/>
          </w:rPr>
          <w:t>96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6" w:history="1">
        <w:r w:rsidRPr="00EB67B1">
          <w:rPr>
            <w:rStyle w:val="Hyperlink"/>
            <w:noProof/>
          </w:rPr>
          <w:t>13.12 Interview Feedback</w:t>
        </w:r>
        <w:r>
          <w:rPr>
            <w:noProof/>
            <w:webHidden/>
          </w:rPr>
          <w:tab/>
        </w:r>
        <w:r>
          <w:rPr>
            <w:noProof/>
            <w:webHidden/>
          </w:rPr>
          <w:fldChar w:fldCharType="begin"/>
        </w:r>
        <w:r>
          <w:rPr>
            <w:noProof/>
            <w:webHidden/>
          </w:rPr>
          <w:instrText xml:space="preserve"> PAGEREF _Toc237419956 \h </w:instrText>
        </w:r>
        <w:r>
          <w:rPr>
            <w:noProof/>
            <w:webHidden/>
          </w:rPr>
        </w:r>
        <w:r>
          <w:rPr>
            <w:noProof/>
            <w:webHidden/>
          </w:rPr>
          <w:fldChar w:fldCharType="separate"/>
        </w:r>
        <w:r>
          <w:rPr>
            <w:noProof/>
            <w:webHidden/>
          </w:rPr>
          <w:t>97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7" w:history="1">
        <w:r w:rsidRPr="00EB67B1">
          <w:rPr>
            <w:rStyle w:val="Hyperlink"/>
            <w:noProof/>
          </w:rPr>
          <w:t>13.13 Candidate Assessments</w:t>
        </w:r>
        <w:r>
          <w:rPr>
            <w:noProof/>
            <w:webHidden/>
          </w:rPr>
          <w:tab/>
        </w:r>
        <w:r>
          <w:rPr>
            <w:noProof/>
            <w:webHidden/>
          </w:rPr>
          <w:fldChar w:fldCharType="begin"/>
        </w:r>
        <w:r>
          <w:rPr>
            <w:noProof/>
            <w:webHidden/>
          </w:rPr>
          <w:instrText xml:space="preserve"> PAGEREF _Toc237419957 \h </w:instrText>
        </w:r>
        <w:r>
          <w:rPr>
            <w:noProof/>
            <w:webHidden/>
          </w:rPr>
        </w:r>
        <w:r>
          <w:rPr>
            <w:noProof/>
            <w:webHidden/>
          </w:rPr>
          <w:fldChar w:fldCharType="separate"/>
        </w:r>
        <w:r>
          <w:rPr>
            <w:noProof/>
            <w:webHidden/>
          </w:rPr>
          <w:t>99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8" w:history="1">
        <w:r w:rsidRPr="00EB67B1">
          <w:rPr>
            <w:rStyle w:val="Hyperlink"/>
            <w:noProof/>
          </w:rPr>
          <w:t>13.14 Offer Templates</w:t>
        </w:r>
        <w:r>
          <w:rPr>
            <w:noProof/>
            <w:webHidden/>
          </w:rPr>
          <w:tab/>
        </w:r>
        <w:r>
          <w:rPr>
            <w:noProof/>
            <w:webHidden/>
          </w:rPr>
          <w:fldChar w:fldCharType="begin"/>
        </w:r>
        <w:r>
          <w:rPr>
            <w:noProof/>
            <w:webHidden/>
          </w:rPr>
          <w:instrText xml:space="preserve"> PAGEREF _Toc237419958 \h </w:instrText>
        </w:r>
        <w:r>
          <w:rPr>
            <w:noProof/>
            <w:webHidden/>
          </w:rPr>
        </w:r>
        <w:r>
          <w:rPr>
            <w:noProof/>
            <w:webHidden/>
          </w:rPr>
          <w:fldChar w:fldCharType="separate"/>
        </w:r>
        <w:r>
          <w:rPr>
            <w:noProof/>
            <w:webHidden/>
          </w:rPr>
          <w:t>101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59" w:history="1">
        <w:r w:rsidRPr="00EB67B1">
          <w:rPr>
            <w:rStyle w:val="Hyperlink"/>
            <w:noProof/>
          </w:rPr>
          <w:t>13.15 Offers</w:t>
        </w:r>
        <w:r>
          <w:rPr>
            <w:noProof/>
            <w:webHidden/>
          </w:rPr>
          <w:tab/>
        </w:r>
        <w:r>
          <w:rPr>
            <w:noProof/>
            <w:webHidden/>
          </w:rPr>
          <w:fldChar w:fldCharType="begin"/>
        </w:r>
        <w:r>
          <w:rPr>
            <w:noProof/>
            <w:webHidden/>
          </w:rPr>
          <w:instrText xml:space="preserve"> PAGEREF _Toc237419959 \h </w:instrText>
        </w:r>
        <w:r>
          <w:rPr>
            <w:noProof/>
            <w:webHidden/>
          </w:rPr>
        </w:r>
        <w:r>
          <w:rPr>
            <w:noProof/>
            <w:webHidden/>
          </w:rPr>
          <w:fldChar w:fldCharType="separate"/>
        </w:r>
        <w:r>
          <w:rPr>
            <w:noProof/>
            <w:webHidden/>
          </w:rPr>
          <w:t>103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0" w:history="1">
        <w:r w:rsidRPr="00EB67B1">
          <w:rPr>
            <w:rStyle w:val="Hyperlink"/>
            <w:noProof/>
          </w:rPr>
          <w:t>13.16 Onboarding Checklists</w:t>
        </w:r>
        <w:r>
          <w:rPr>
            <w:noProof/>
            <w:webHidden/>
          </w:rPr>
          <w:tab/>
        </w:r>
        <w:r>
          <w:rPr>
            <w:noProof/>
            <w:webHidden/>
          </w:rPr>
          <w:fldChar w:fldCharType="begin"/>
        </w:r>
        <w:r>
          <w:rPr>
            <w:noProof/>
            <w:webHidden/>
          </w:rPr>
          <w:instrText xml:space="preserve"> PAGEREF _Toc237419960 \h </w:instrText>
        </w:r>
        <w:r>
          <w:rPr>
            <w:noProof/>
            <w:webHidden/>
          </w:rPr>
        </w:r>
        <w:r>
          <w:rPr>
            <w:noProof/>
            <w:webHidden/>
          </w:rPr>
          <w:fldChar w:fldCharType="separate"/>
        </w:r>
        <w:r>
          <w:rPr>
            <w:noProof/>
            <w:webHidden/>
          </w:rPr>
          <w:t>105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1" w:history="1">
        <w:r w:rsidRPr="00EB67B1">
          <w:rPr>
            <w:rStyle w:val="Hyperlink"/>
            <w:noProof/>
          </w:rPr>
          <w:t>13.17 Checklist Items</w:t>
        </w:r>
        <w:r>
          <w:rPr>
            <w:noProof/>
            <w:webHidden/>
          </w:rPr>
          <w:tab/>
        </w:r>
        <w:r>
          <w:rPr>
            <w:noProof/>
            <w:webHidden/>
          </w:rPr>
          <w:fldChar w:fldCharType="begin"/>
        </w:r>
        <w:r>
          <w:rPr>
            <w:noProof/>
            <w:webHidden/>
          </w:rPr>
          <w:instrText xml:space="preserve"> PAGEREF _Toc237419961 \h </w:instrText>
        </w:r>
        <w:r>
          <w:rPr>
            <w:noProof/>
            <w:webHidden/>
          </w:rPr>
        </w:r>
        <w:r>
          <w:rPr>
            <w:noProof/>
            <w:webHidden/>
          </w:rPr>
          <w:fldChar w:fldCharType="separate"/>
        </w:r>
        <w:r>
          <w:rPr>
            <w:noProof/>
            <w:webHidden/>
          </w:rPr>
          <w:t>107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2" w:history="1">
        <w:r w:rsidRPr="00EB67B1">
          <w:rPr>
            <w:rStyle w:val="Hyperlink"/>
            <w:noProof/>
          </w:rPr>
          <w:t>13.18 Candidate Onboarding</w:t>
        </w:r>
        <w:r>
          <w:rPr>
            <w:noProof/>
            <w:webHidden/>
          </w:rPr>
          <w:tab/>
        </w:r>
        <w:r>
          <w:rPr>
            <w:noProof/>
            <w:webHidden/>
          </w:rPr>
          <w:fldChar w:fldCharType="begin"/>
        </w:r>
        <w:r>
          <w:rPr>
            <w:noProof/>
            <w:webHidden/>
          </w:rPr>
          <w:instrText xml:space="preserve"> PAGEREF _Toc237419962 \h </w:instrText>
        </w:r>
        <w:r>
          <w:rPr>
            <w:noProof/>
            <w:webHidden/>
          </w:rPr>
        </w:r>
        <w:r>
          <w:rPr>
            <w:noProof/>
            <w:webHidden/>
          </w:rPr>
          <w:fldChar w:fldCharType="separate"/>
        </w:r>
        <w:r>
          <w:rPr>
            <w:noProof/>
            <w:webHidden/>
          </w:rPr>
          <w:t>109</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63" w:history="1">
        <w:r w:rsidRPr="00EB67B1">
          <w:rPr>
            <w:rStyle w:val="Hyperlink"/>
            <w:noProof/>
          </w:rPr>
          <w:t>14. Performance</w:t>
        </w:r>
        <w:r>
          <w:rPr>
            <w:noProof/>
            <w:webHidden/>
          </w:rPr>
          <w:tab/>
        </w:r>
        <w:r>
          <w:rPr>
            <w:noProof/>
            <w:webHidden/>
          </w:rPr>
          <w:fldChar w:fldCharType="begin"/>
        </w:r>
        <w:r>
          <w:rPr>
            <w:noProof/>
            <w:webHidden/>
          </w:rPr>
          <w:instrText xml:space="preserve"> PAGEREF _Toc237419963 \h </w:instrText>
        </w:r>
        <w:r>
          <w:rPr>
            <w:noProof/>
            <w:webHidden/>
          </w:rPr>
        </w:r>
        <w:r>
          <w:rPr>
            <w:noProof/>
            <w:webHidden/>
          </w:rPr>
          <w:fldChar w:fldCharType="separate"/>
        </w:r>
        <w:r>
          <w:rPr>
            <w:noProof/>
            <w:webHidden/>
          </w:rPr>
          <w:t>110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4" w:history="1">
        <w:r w:rsidRPr="00EB67B1">
          <w:rPr>
            <w:rStyle w:val="Hyperlink"/>
            <w:noProof/>
          </w:rPr>
          <w:t>14.1 Indicator Categories</w:t>
        </w:r>
        <w:r>
          <w:rPr>
            <w:noProof/>
            <w:webHidden/>
          </w:rPr>
          <w:tab/>
        </w:r>
        <w:r>
          <w:rPr>
            <w:noProof/>
            <w:webHidden/>
          </w:rPr>
          <w:fldChar w:fldCharType="begin"/>
        </w:r>
        <w:r>
          <w:rPr>
            <w:noProof/>
            <w:webHidden/>
          </w:rPr>
          <w:instrText xml:space="preserve"> PAGEREF _Toc237419964 \h </w:instrText>
        </w:r>
        <w:r>
          <w:rPr>
            <w:noProof/>
            <w:webHidden/>
          </w:rPr>
        </w:r>
        <w:r>
          <w:rPr>
            <w:noProof/>
            <w:webHidden/>
          </w:rPr>
          <w:fldChar w:fldCharType="separate"/>
        </w:r>
        <w:r>
          <w:rPr>
            <w:noProof/>
            <w:webHidden/>
          </w:rPr>
          <w:t>111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5" w:history="1">
        <w:r w:rsidRPr="00EB67B1">
          <w:rPr>
            <w:rStyle w:val="Hyperlink"/>
            <w:noProof/>
          </w:rPr>
          <w:t>14.2 Indicators</w:t>
        </w:r>
        <w:r>
          <w:rPr>
            <w:noProof/>
            <w:webHidden/>
          </w:rPr>
          <w:tab/>
        </w:r>
        <w:r>
          <w:rPr>
            <w:noProof/>
            <w:webHidden/>
          </w:rPr>
          <w:fldChar w:fldCharType="begin"/>
        </w:r>
        <w:r>
          <w:rPr>
            <w:noProof/>
            <w:webHidden/>
          </w:rPr>
          <w:instrText xml:space="preserve"> PAGEREF _Toc237419965 \h </w:instrText>
        </w:r>
        <w:r>
          <w:rPr>
            <w:noProof/>
            <w:webHidden/>
          </w:rPr>
        </w:r>
        <w:r>
          <w:rPr>
            <w:noProof/>
            <w:webHidden/>
          </w:rPr>
          <w:fldChar w:fldCharType="separate"/>
        </w:r>
        <w:r>
          <w:rPr>
            <w:noProof/>
            <w:webHidden/>
          </w:rPr>
          <w:t>113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6" w:history="1">
        <w:r w:rsidRPr="00EB67B1">
          <w:rPr>
            <w:rStyle w:val="Hyperlink"/>
            <w:noProof/>
          </w:rPr>
          <w:t>14.3 Goal Types</w:t>
        </w:r>
        <w:r>
          <w:rPr>
            <w:noProof/>
            <w:webHidden/>
          </w:rPr>
          <w:tab/>
        </w:r>
        <w:r>
          <w:rPr>
            <w:noProof/>
            <w:webHidden/>
          </w:rPr>
          <w:fldChar w:fldCharType="begin"/>
        </w:r>
        <w:r>
          <w:rPr>
            <w:noProof/>
            <w:webHidden/>
          </w:rPr>
          <w:instrText xml:space="preserve"> PAGEREF _Toc237419966 \h </w:instrText>
        </w:r>
        <w:r>
          <w:rPr>
            <w:noProof/>
            <w:webHidden/>
          </w:rPr>
        </w:r>
        <w:r>
          <w:rPr>
            <w:noProof/>
            <w:webHidden/>
          </w:rPr>
          <w:fldChar w:fldCharType="separate"/>
        </w:r>
        <w:r>
          <w:rPr>
            <w:noProof/>
            <w:webHidden/>
          </w:rPr>
          <w:t>115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7" w:history="1">
        <w:r w:rsidRPr="00EB67B1">
          <w:rPr>
            <w:rStyle w:val="Hyperlink"/>
            <w:noProof/>
          </w:rPr>
          <w:t>14.4 Employee Goals</w:t>
        </w:r>
        <w:r>
          <w:rPr>
            <w:noProof/>
            <w:webHidden/>
          </w:rPr>
          <w:tab/>
        </w:r>
        <w:r>
          <w:rPr>
            <w:noProof/>
            <w:webHidden/>
          </w:rPr>
          <w:fldChar w:fldCharType="begin"/>
        </w:r>
        <w:r>
          <w:rPr>
            <w:noProof/>
            <w:webHidden/>
          </w:rPr>
          <w:instrText xml:space="preserve"> PAGEREF _Toc237419967 \h </w:instrText>
        </w:r>
        <w:r>
          <w:rPr>
            <w:noProof/>
            <w:webHidden/>
          </w:rPr>
        </w:r>
        <w:r>
          <w:rPr>
            <w:noProof/>
            <w:webHidden/>
          </w:rPr>
          <w:fldChar w:fldCharType="separate"/>
        </w:r>
        <w:r>
          <w:rPr>
            <w:noProof/>
            <w:webHidden/>
          </w:rPr>
          <w:t>117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8" w:history="1">
        <w:r w:rsidRPr="00EB67B1">
          <w:rPr>
            <w:rStyle w:val="Hyperlink"/>
            <w:noProof/>
          </w:rPr>
          <w:t>14.5 Review Cycles</w:t>
        </w:r>
        <w:r>
          <w:rPr>
            <w:noProof/>
            <w:webHidden/>
          </w:rPr>
          <w:tab/>
        </w:r>
        <w:r>
          <w:rPr>
            <w:noProof/>
            <w:webHidden/>
          </w:rPr>
          <w:fldChar w:fldCharType="begin"/>
        </w:r>
        <w:r>
          <w:rPr>
            <w:noProof/>
            <w:webHidden/>
          </w:rPr>
          <w:instrText xml:space="preserve"> PAGEREF _Toc237419968 \h </w:instrText>
        </w:r>
        <w:r>
          <w:rPr>
            <w:noProof/>
            <w:webHidden/>
          </w:rPr>
        </w:r>
        <w:r>
          <w:rPr>
            <w:noProof/>
            <w:webHidden/>
          </w:rPr>
          <w:fldChar w:fldCharType="separate"/>
        </w:r>
        <w:r>
          <w:rPr>
            <w:noProof/>
            <w:webHidden/>
          </w:rPr>
          <w:t>119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69" w:history="1">
        <w:r w:rsidRPr="00EB67B1">
          <w:rPr>
            <w:rStyle w:val="Hyperlink"/>
            <w:noProof/>
          </w:rPr>
          <w:t>14.6 Employee Reviews</w:t>
        </w:r>
        <w:r>
          <w:rPr>
            <w:noProof/>
            <w:webHidden/>
          </w:rPr>
          <w:tab/>
        </w:r>
        <w:r>
          <w:rPr>
            <w:noProof/>
            <w:webHidden/>
          </w:rPr>
          <w:fldChar w:fldCharType="begin"/>
        </w:r>
        <w:r>
          <w:rPr>
            <w:noProof/>
            <w:webHidden/>
          </w:rPr>
          <w:instrText xml:space="preserve"> PAGEREF _Toc237419969 \h </w:instrText>
        </w:r>
        <w:r>
          <w:rPr>
            <w:noProof/>
            <w:webHidden/>
          </w:rPr>
        </w:r>
        <w:r>
          <w:rPr>
            <w:noProof/>
            <w:webHidden/>
          </w:rPr>
          <w:fldChar w:fldCharType="separate"/>
        </w:r>
        <w:r>
          <w:rPr>
            <w:noProof/>
            <w:webHidden/>
          </w:rPr>
          <w:t>121</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70" w:history="1">
        <w:r w:rsidRPr="00EB67B1">
          <w:rPr>
            <w:rStyle w:val="Hyperlink"/>
            <w:noProof/>
          </w:rPr>
          <w:t>15. Training</w:t>
        </w:r>
        <w:r>
          <w:rPr>
            <w:noProof/>
            <w:webHidden/>
          </w:rPr>
          <w:tab/>
        </w:r>
        <w:r>
          <w:rPr>
            <w:noProof/>
            <w:webHidden/>
          </w:rPr>
          <w:fldChar w:fldCharType="begin"/>
        </w:r>
        <w:r>
          <w:rPr>
            <w:noProof/>
            <w:webHidden/>
          </w:rPr>
          <w:instrText xml:space="preserve"> PAGEREF _Toc237419970 \h </w:instrText>
        </w:r>
        <w:r>
          <w:rPr>
            <w:noProof/>
            <w:webHidden/>
          </w:rPr>
        </w:r>
        <w:r>
          <w:rPr>
            <w:noProof/>
            <w:webHidden/>
          </w:rPr>
          <w:fldChar w:fldCharType="separate"/>
        </w:r>
        <w:r>
          <w:rPr>
            <w:noProof/>
            <w:webHidden/>
          </w:rPr>
          <w:t>122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1" w:history="1">
        <w:r w:rsidRPr="00EB67B1">
          <w:rPr>
            <w:rStyle w:val="Hyperlink"/>
            <w:noProof/>
          </w:rPr>
          <w:t>15.1 Training Types</w:t>
        </w:r>
        <w:r>
          <w:rPr>
            <w:noProof/>
            <w:webHidden/>
          </w:rPr>
          <w:tab/>
        </w:r>
        <w:r>
          <w:rPr>
            <w:noProof/>
            <w:webHidden/>
          </w:rPr>
          <w:fldChar w:fldCharType="begin"/>
        </w:r>
        <w:r>
          <w:rPr>
            <w:noProof/>
            <w:webHidden/>
          </w:rPr>
          <w:instrText xml:space="preserve"> PAGEREF _Toc237419971 \h </w:instrText>
        </w:r>
        <w:r>
          <w:rPr>
            <w:noProof/>
            <w:webHidden/>
          </w:rPr>
        </w:r>
        <w:r>
          <w:rPr>
            <w:noProof/>
            <w:webHidden/>
          </w:rPr>
          <w:fldChar w:fldCharType="separate"/>
        </w:r>
        <w:r>
          <w:rPr>
            <w:noProof/>
            <w:webHidden/>
          </w:rPr>
          <w:t>123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2" w:history="1">
        <w:r w:rsidRPr="00EB67B1">
          <w:rPr>
            <w:rStyle w:val="Hyperlink"/>
            <w:noProof/>
          </w:rPr>
          <w:t>15.2 Training Programs</w:t>
        </w:r>
        <w:r>
          <w:rPr>
            <w:noProof/>
            <w:webHidden/>
          </w:rPr>
          <w:tab/>
        </w:r>
        <w:r>
          <w:rPr>
            <w:noProof/>
            <w:webHidden/>
          </w:rPr>
          <w:fldChar w:fldCharType="begin"/>
        </w:r>
        <w:r>
          <w:rPr>
            <w:noProof/>
            <w:webHidden/>
          </w:rPr>
          <w:instrText xml:space="preserve"> PAGEREF _Toc237419972 \h </w:instrText>
        </w:r>
        <w:r>
          <w:rPr>
            <w:noProof/>
            <w:webHidden/>
          </w:rPr>
        </w:r>
        <w:r>
          <w:rPr>
            <w:noProof/>
            <w:webHidden/>
          </w:rPr>
          <w:fldChar w:fldCharType="separate"/>
        </w:r>
        <w:r>
          <w:rPr>
            <w:noProof/>
            <w:webHidden/>
          </w:rPr>
          <w:t>125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3" w:history="1">
        <w:r w:rsidRPr="00EB67B1">
          <w:rPr>
            <w:rStyle w:val="Hyperlink"/>
            <w:noProof/>
          </w:rPr>
          <w:t>15.3 Training Sessions</w:t>
        </w:r>
        <w:r>
          <w:rPr>
            <w:noProof/>
            <w:webHidden/>
          </w:rPr>
          <w:tab/>
        </w:r>
        <w:r>
          <w:rPr>
            <w:noProof/>
            <w:webHidden/>
          </w:rPr>
          <w:fldChar w:fldCharType="begin"/>
        </w:r>
        <w:r>
          <w:rPr>
            <w:noProof/>
            <w:webHidden/>
          </w:rPr>
          <w:instrText xml:space="preserve"> PAGEREF _Toc237419973 \h </w:instrText>
        </w:r>
        <w:r>
          <w:rPr>
            <w:noProof/>
            <w:webHidden/>
          </w:rPr>
        </w:r>
        <w:r>
          <w:rPr>
            <w:noProof/>
            <w:webHidden/>
          </w:rPr>
          <w:fldChar w:fldCharType="separate"/>
        </w:r>
        <w:r>
          <w:rPr>
            <w:noProof/>
            <w:webHidden/>
          </w:rPr>
          <w:t>127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4" w:history="1">
        <w:r w:rsidRPr="00EB67B1">
          <w:rPr>
            <w:rStyle w:val="Hyperlink"/>
            <w:noProof/>
          </w:rPr>
          <w:t>15.4 Employee Trainings</w:t>
        </w:r>
        <w:r>
          <w:rPr>
            <w:noProof/>
            <w:webHidden/>
          </w:rPr>
          <w:tab/>
        </w:r>
        <w:r>
          <w:rPr>
            <w:noProof/>
            <w:webHidden/>
          </w:rPr>
          <w:fldChar w:fldCharType="begin"/>
        </w:r>
        <w:r>
          <w:rPr>
            <w:noProof/>
            <w:webHidden/>
          </w:rPr>
          <w:instrText xml:space="preserve"> PAGEREF _Toc237419974 \h </w:instrText>
        </w:r>
        <w:r>
          <w:rPr>
            <w:noProof/>
            <w:webHidden/>
          </w:rPr>
        </w:r>
        <w:r>
          <w:rPr>
            <w:noProof/>
            <w:webHidden/>
          </w:rPr>
          <w:fldChar w:fldCharType="separate"/>
        </w:r>
        <w:r>
          <w:rPr>
            <w:noProof/>
            <w:webHidden/>
          </w:rPr>
          <w:t>129</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75" w:history="1">
        <w:r w:rsidRPr="00EB67B1">
          <w:rPr>
            <w:rStyle w:val="Hyperlink"/>
            <w:noProof/>
          </w:rPr>
          <w:t>16. Asset Management</w:t>
        </w:r>
        <w:r>
          <w:rPr>
            <w:noProof/>
            <w:webHidden/>
          </w:rPr>
          <w:tab/>
        </w:r>
        <w:r>
          <w:rPr>
            <w:noProof/>
            <w:webHidden/>
          </w:rPr>
          <w:fldChar w:fldCharType="begin"/>
        </w:r>
        <w:r>
          <w:rPr>
            <w:noProof/>
            <w:webHidden/>
          </w:rPr>
          <w:instrText xml:space="preserve"> PAGEREF _Toc237419975 \h </w:instrText>
        </w:r>
        <w:r>
          <w:rPr>
            <w:noProof/>
            <w:webHidden/>
          </w:rPr>
        </w:r>
        <w:r>
          <w:rPr>
            <w:noProof/>
            <w:webHidden/>
          </w:rPr>
          <w:fldChar w:fldCharType="separate"/>
        </w:r>
        <w:r>
          <w:rPr>
            <w:noProof/>
            <w:webHidden/>
          </w:rPr>
          <w:t>130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6" w:history="1">
        <w:r w:rsidRPr="00EB67B1">
          <w:rPr>
            <w:rStyle w:val="Hyperlink"/>
            <w:noProof/>
          </w:rPr>
          <w:t>16.1 Asset Types</w:t>
        </w:r>
        <w:r>
          <w:rPr>
            <w:noProof/>
            <w:webHidden/>
          </w:rPr>
          <w:tab/>
        </w:r>
        <w:r>
          <w:rPr>
            <w:noProof/>
            <w:webHidden/>
          </w:rPr>
          <w:fldChar w:fldCharType="begin"/>
        </w:r>
        <w:r>
          <w:rPr>
            <w:noProof/>
            <w:webHidden/>
          </w:rPr>
          <w:instrText xml:space="preserve"> PAGEREF _Toc237419976 \h </w:instrText>
        </w:r>
        <w:r>
          <w:rPr>
            <w:noProof/>
            <w:webHidden/>
          </w:rPr>
        </w:r>
        <w:r>
          <w:rPr>
            <w:noProof/>
            <w:webHidden/>
          </w:rPr>
          <w:fldChar w:fldCharType="separate"/>
        </w:r>
        <w:r>
          <w:rPr>
            <w:noProof/>
            <w:webHidden/>
          </w:rPr>
          <w:t>131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7" w:history="1">
        <w:r w:rsidRPr="00EB67B1">
          <w:rPr>
            <w:rStyle w:val="Hyperlink"/>
            <w:noProof/>
          </w:rPr>
          <w:t>16.2 Assets</w:t>
        </w:r>
        <w:r>
          <w:rPr>
            <w:noProof/>
            <w:webHidden/>
          </w:rPr>
          <w:tab/>
        </w:r>
        <w:r>
          <w:rPr>
            <w:noProof/>
            <w:webHidden/>
          </w:rPr>
          <w:fldChar w:fldCharType="begin"/>
        </w:r>
        <w:r>
          <w:rPr>
            <w:noProof/>
            <w:webHidden/>
          </w:rPr>
          <w:instrText xml:space="preserve"> PAGEREF _Toc237419977 \h </w:instrText>
        </w:r>
        <w:r>
          <w:rPr>
            <w:noProof/>
            <w:webHidden/>
          </w:rPr>
        </w:r>
        <w:r>
          <w:rPr>
            <w:noProof/>
            <w:webHidden/>
          </w:rPr>
          <w:fldChar w:fldCharType="separate"/>
        </w:r>
        <w:r>
          <w:rPr>
            <w:noProof/>
            <w:webHidden/>
          </w:rPr>
          <w:t>133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8" w:history="1">
        <w:r w:rsidRPr="00EB67B1">
          <w:rPr>
            <w:rStyle w:val="Hyperlink"/>
            <w:noProof/>
          </w:rPr>
          <w:t>16.3 Dashboard</w:t>
        </w:r>
        <w:r>
          <w:rPr>
            <w:noProof/>
            <w:webHidden/>
          </w:rPr>
          <w:tab/>
        </w:r>
        <w:r>
          <w:rPr>
            <w:noProof/>
            <w:webHidden/>
          </w:rPr>
          <w:fldChar w:fldCharType="begin"/>
        </w:r>
        <w:r>
          <w:rPr>
            <w:noProof/>
            <w:webHidden/>
          </w:rPr>
          <w:instrText xml:space="preserve"> PAGEREF _Toc237419978 \h </w:instrText>
        </w:r>
        <w:r>
          <w:rPr>
            <w:noProof/>
            <w:webHidden/>
          </w:rPr>
        </w:r>
        <w:r>
          <w:rPr>
            <w:noProof/>
            <w:webHidden/>
          </w:rPr>
          <w:fldChar w:fldCharType="separate"/>
        </w:r>
        <w:r>
          <w:rPr>
            <w:noProof/>
            <w:webHidden/>
          </w:rPr>
          <w:t>135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79" w:history="1">
        <w:r w:rsidRPr="00EB67B1">
          <w:rPr>
            <w:rStyle w:val="Hyperlink"/>
            <w:noProof/>
          </w:rPr>
          <w:t>16.4 Depreciation</w:t>
        </w:r>
        <w:r>
          <w:rPr>
            <w:noProof/>
            <w:webHidden/>
          </w:rPr>
          <w:tab/>
        </w:r>
        <w:r>
          <w:rPr>
            <w:noProof/>
            <w:webHidden/>
          </w:rPr>
          <w:fldChar w:fldCharType="begin"/>
        </w:r>
        <w:r>
          <w:rPr>
            <w:noProof/>
            <w:webHidden/>
          </w:rPr>
          <w:instrText xml:space="preserve"> PAGEREF _Toc237419979 \h </w:instrText>
        </w:r>
        <w:r>
          <w:rPr>
            <w:noProof/>
            <w:webHidden/>
          </w:rPr>
        </w:r>
        <w:r>
          <w:rPr>
            <w:noProof/>
            <w:webHidden/>
          </w:rPr>
          <w:fldChar w:fldCharType="separate"/>
        </w:r>
        <w:r>
          <w:rPr>
            <w:noProof/>
            <w:webHidden/>
          </w:rPr>
          <w:t>136</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80" w:history="1">
        <w:r w:rsidRPr="00EB67B1">
          <w:rPr>
            <w:rStyle w:val="Hyperlink"/>
            <w:noProof/>
          </w:rPr>
          <w:t>17. Contracts</w:t>
        </w:r>
        <w:r>
          <w:rPr>
            <w:noProof/>
            <w:webHidden/>
          </w:rPr>
          <w:tab/>
        </w:r>
        <w:r>
          <w:rPr>
            <w:noProof/>
            <w:webHidden/>
          </w:rPr>
          <w:fldChar w:fldCharType="begin"/>
        </w:r>
        <w:r>
          <w:rPr>
            <w:noProof/>
            <w:webHidden/>
          </w:rPr>
          <w:instrText xml:space="preserve"> PAGEREF _Toc237419980 \h </w:instrText>
        </w:r>
        <w:r>
          <w:rPr>
            <w:noProof/>
            <w:webHidden/>
          </w:rPr>
        </w:r>
        <w:r>
          <w:rPr>
            <w:noProof/>
            <w:webHidden/>
          </w:rPr>
          <w:fldChar w:fldCharType="separate"/>
        </w:r>
        <w:r>
          <w:rPr>
            <w:noProof/>
            <w:webHidden/>
          </w:rPr>
          <w:t>137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1" w:history="1">
        <w:r w:rsidRPr="00EB67B1">
          <w:rPr>
            <w:rStyle w:val="Hyperlink"/>
            <w:noProof/>
          </w:rPr>
          <w:t>17.1 Contract Types</w:t>
        </w:r>
        <w:r>
          <w:rPr>
            <w:noProof/>
            <w:webHidden/>
          </w:rPr>
          <w:tab/>
        </w:r>
        <w:r>
          <w:rPr>
            <w:noProof/>
            <w:webHidden/>
          </w:rPr>
          <w:fldChar w:fldCharType="begin"/>
        </w:r>
        <w:r>
          <w:rPr>
            <w:noProof/>
            <w:webHidden/>
          </w:rPr>
          <w:instrText xml:space="preserve"> PAGEREF _Toc237419981 \h </w:instrText>
        </w:r>
        <w:r>
          <w:rPr>
            <w:noProof/>
            <w:webHidden/>
          </w:rPr>
        </w:r>
        <w:r>
          <w:rPr>
            <w:noProof/>
            <w:webHidden/>
          </w:rPr>
          <w:fldChar w:fldCharType="separate"/>
        </w:r>
        <w:r>
          <w:rPr>
            <w:noProof/>
            <w:webHidden/>
          </w:rPr>
          <w:t>138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2" w:history="1">
        <w:r w:rsidRPr="00EB67B1">
          <w:rPr>
            <w:rStyle w:val="Hyperlink"/>
            <w:noProof/>
          </w:rPr>
          <w:t>17.2 Employee Contracts</w:t>
        </w:r>
        <w:r>
          <w:rPr>
            <w:noProof/>
            <w:webHidden/>
          </w:rPr>
          <w:tab/>
        </w:r>
        <w:r>
          <w:rPr>
            <w:noProof/>
            <w:webHidden/>
          </w:rPr>
          <w:fldChar w:fldCharType="begin"/>
        </w:r>
        <w:r>
          <w:rPr>
            <w:noProof/>
            <w:webHidden/>
          </w:rPr>
          <w:instrText xml:space="preserve"> PAGEREF _Toc237419982 \h </w:instrText>
        </w:r>
        <w:r>
          <w:rPr>
            <w:noProof/>
            <w:webHidden/>
          </w:rPr>
        </w:r>
        <w:r>
          <w:rPr>
            <w:noProof/>
            <w:webHidden/>
          </w:rPr>
          <w:fldChar w:fldCharType="separate"/>
        </w:r>
        <w:r>
          <w:rPr>
            <w:noProof/>
            <w:webHidden/>
          </w:rPr>
          <w:t>140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3" w:history="1">
        <w:r w:rsidRPr="00EB67B1">
          <w:rPr>
            <w:rStyle w:val="Hyperlink"/>
            <w:noProof/>
          </w:rPr>
          <w:t>17.3 Contract Templates</w:t>
        </w:r>
        <w:r>
          <w:rPr>
            <w:noProof/>
            <w:webHidden/>
          </w:rPr>
          <w:tab/>
        </w:r>
        <w:r>
          <w:rPr>
            <w:noProof/>
            <w:webHidden/>
          </w:rPr>
          <w:fldChar w:fldCharType="begin"/>
        </w:r>
        <w:r>
          <w:rPr>
            <w:noProof/>
            <w:webHidden/>
          </w:rPr>
          <w:instrText xml:space="preserve"> PAGEREF _Toc237419983 \h </w:instrText>
        </w:r>
        <w:r>
          <w:rPr>
            <w:noProof/>
            <w:webHidden/>
          </w:rPr>
        </w:r>
        <w:r>
          <w:rPr>
            <w:noProof/>
            <w:webHidden/>
          </w:rPr>
          <w:fldChar w:fldCharType="separate"/>
        </w:r>
        <w:r>
          <w:rPr>
            <w:noProof/>
            <w:webHidden/>
          </w:rPr>
          <w:t>142</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84" w:history="1">
        <w:r w:rsidRPr="00EB67B1">
          <w:rPr>
            <w:rStyle w:val="Hyperlink"/>
            <w:noProof/>
          </w:rPr>
          <w:t>18. Documents</w:t>
        </w:r>
        <w:r>
          <w:rPr>
            <w:noProof/>
            <w:webHidden/>
          </w:rPr>
          <w:tab/>
        </w:r>
        <w:r>
          <w:rPr>
            <w:noProof/>
            <w:webHidden/>
          </w:rPr>
          <w:fldChar w:fldCharType="begin"/>
        </w:r>
        <w:r>
          <w:rPr>
            <w:noProof/>
            <w:webHidden/>
          </w:rPr>
          <w:instrText xml:space="preserve"> PAGEREF _Toc237419984 \h </w:instrText>
        </w:r>
        <w:r>
          <w:rPr>
            <w:noProof/>
            <w:webHidden/>
          </w:rPr>
        </w:r>
        <w:r>
          <w:rPr>
            <w:noProof/>
            <w:webHidden/>
          </w:rPr>
          <w:fldChar w:fldCharType="separate"/>
        </w:r>
        <w:r>
          <w:rPr>
            <w:noProof/>
            <w:webHidden/>
          </w:rPr>
          <w:t>144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5" w:history="1">
        <w:r w:rsidRPr="00EB67B1">
          <w:rPr>
            <w:rStyle w:val="Hyperlink"/>
            <w:noProof/>
          </w:rPr>
          <w:t>18.1 Document Categories</w:t>
        </w:r>
        <w:r>
          <w:rPr>
            <w:noProof/>
            <w:webHidden/>
          </w:rPr>
          <w:tab/>
        </w:r>
        <w:r>
          <w:rPr>
            <w:noProof/>
            <w:webHidden/>
          </w:rPr>
          <w:fldChar w:fldCharType="begin"/>
        </w:r>
        <w:r>
          <w:rPr>
            <w:noProof/>
            <w:webHidden/>
          </w:rPr>
          <w:instrText xml:space="preserve"> PAGEREF _Toc237419985 \h </w:instrText>
        </w:r>
        <w:r>
          <w:rPr>
            <w:noProof/>
            <w:webHidden/>
          </w:rPr>
        </w:r>
        <w:r>
          <w:rPr>
            <w:noProof/>
            <w:webHidden/>
          </w:rPr>
          <w:fldChar w:fldCharType="separate"/>
        </w:r>
        <w:r>
          <w:rPr>
            <w:noProof/>
            <w:webHidden/>
          </w:rPr>
          <w:t>145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6" w:history="1">
        <w:r w:rsidRPr="00EB67B1">
          <w:rPr>
            <w:rStyle w:val="Hyperlink"/>
            <w:noProof/>
          </w:rPr>
          <w:t>18.2 HR Documents</w:t>
        </w:r>
        <w:r>
          <w:rPr>
            <w:noProof/>
            <w:webHidden/>
          </w:rPr>
          <w:tab/>
        </w:r>
        <w:r>
          <w:rPr>
            <w:noProof/>
            <w:webHidden/>
          </w:rPr>
          <w:fldChar w:fldCharType="begin"/>
        </w:r>
        <w:r>
          <w:rPr>
            <w:noProof/>
            <w:webHidden/>
          </w:rPr>
          <w:instrText xml:space="preserve"> PAGEREF _Toc237419986 \h </w:instrText>
        </w:r>
        <w:r>
          <w:rPr>
            <w:noProof/>
            <w:webHidden/>
          </w:rPr>
        </w:r>
        <w:r>
          <w:rPr>
            <w:noProof/>
            <w:webHidden/>
          </w:rPr>
          <w:fldChar w:fldCharType="separate"/>
        </w:r>
        <w:r>
          <w:rPr>
            <w:noProof/>
            <w:webHidden/>
          </w:rPr>
          <w:t>147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7" w:history="1">
        <w:r w:rsidRPr="00EB67B1">
          <w:rPr>
            <w:rStyle w:val="Hyperlink"/>
            <w:noProof/>
          </w:rPr>
          <w:t>18.3 Acknowledgments</w:t>
        </w:r>
        <w:r>
          <w:rPr>
            <w:noProof/>
            <w:webHidden/>
          </w:rPr>
          <w:tab/>
        </w:r>
        <w:r>
          <w:rPr>
            <w:noProof/>
            <w:webHidden/>
          </w:rPr>
          <w:fldChar w:fldCharType="begin"/>
        </w:r>
        <w:r>
          <w:rPr>
            <w:noProof/>
            <w:webHidden/>
          </w:rPr>
          <w:instrText xml:space="preserve"> PAGEREF _Toc237419987 \h </w:instrText>
        </w:r>
        <w:r>
          <w:rPr>
            <w:noProof/>
            <w:webHidden/>
          </w:rPr>
        </w:r>
        <w:r>
          <w:rPr>
            <w:noProof/>
            <w:webHidden/>
          </w:rPr>
          <w:fldChar w:fldCharType="separate"/>
        </w:r>
        <w:r>
          <w:rPr>
            <w:noProof/>
            <w:webHidden/>
          </w:rPr>
          <w:t>148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88" w:history="1">
        <w:r w:rsidRPr="00EB67B1">
          <w:rPr>
            <w:rStyle w:val="Hyperlink"/>
            <w:noProof/>
          </w:rPr>
          <w:t>18.4 Document Templates</w:t>
        </w:r>
        <w:r>
          <w:rPr>
            <w:noProof/>
            <w:webHidden/>
          </w:rPr>
          <w:tab/>
        </w:r>
        <w:r>
          <w:rPr>
            <w:noProof/>
            <w:webHidden/>
          </w:rPr>
          <w:fldChar w:fldCharType="begin"/>
        </w:r>
        <w:r>
          <w:rPr>
            <w:noProof/>
            <w:webHidden/>
          </w:rPr>
          <w:instrText xml:space="preserve"> PAGEREF _Toc237419988 \h </w:instrText>
        </w:r>
        <w:r>
          <w:rPr>
            <w:noProof/>
            <w:webHidden/>
          </w:rPr>
        </w:r>
        <w:r>
          <w:rPr>
            <w:noProof/>
            <w:webHidden/>
          </w:rPr>
          <w:fldChar w:fldCharType="separate"/>
        </w:r>
        <w:r>
          <w:rPr>
            <w:noProof/>
            <w:webHidden/>
          </w:rPr>
          <w:t>149</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89" w:history="1">
        <w:r w:rsidRPr="00EB67B1">
          <w:rPr>
            <w:rStyle w:val="Hyperlink"/>
            <w:noProof/>
          </w:rPr>
          <w:t>19. Meetings and Calendar</w:t>
        </w:r>
        <w:r>
          <w:rPr>
            <w:noProof/>
            <w:webHidden/>
          </w:rPr>
          <w:tab/>
        </w:r>
        <w:r>
          <w:rPr>
            <w:noProof/>
            <w:webHidden/>
          </w:rPr>
          <w:fldChar w:fldCharType="begin"/>
        </w:r>
        <w:r>
          <w:rPr>
            <w:noProof/>
            <w:webHidden/>
          </w:rPr>
          <w:instrText xml:space="preserve"> PAGEREF _Toc237419989 \h </w:instrText>
        </w:r>
        <w:r>
          <w:rPr>
            <w:noProof/>
            <w:webHidden/>
          </w:rPr>
        </w:r>
        <w:r>
          <w:rPr>
            <w:noProof/>
            <w:webHidden/>
          </w:rPr>
          <w:fldChar w:fldCharType="separate"/>
        </w:r>
        <w:r>
          <w:rPr>
            <w:noProof/>
            <w:webHidden/>
          </w:rPr>
          <w:t>151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0" w:history="1">
        <w:r w:rsidRPr="00EB67B1">
          <w:rPr>
            <w:rStyle w:val="Hyperlink"/>
            <w:noProof/>
          </w:rPr>
          <w:t>19.1 Meeting Types</w:t>
        </w:r>
        <w:r>
          <w:rPr>
            <w:noProof/>
            <w:webHidden/>
          </w:rPr>
          <w:tab/>
        </w:r>
        <w:r>
          <w:rPr>
            <w:noProof/>
            <w:webHidden/>
          </w:rPr>
          <w:fldChar w:fldCharType="begin"/>
        </w:r>
        <w:r>
          <w:rPr>
            <w:noProof/>
            <w:webHidden/>
          </w:rPr>
          <w:instrText xml:space="preserve"> PAGEREF _Toc237419990 \h </w:instrText>
        </w:r>
        <w:r>
          <w:rPr>
            <w:noProof/>
            <w:webHidden/>
          </w:rPr>
        </w:r>
        <w:r>
          <w:rPr>
            <w:noProof/>
            <w:webHidden/>
          </w:rPr>
          <w:fldChar w:fldCharType="separate"/>
        </w:r>
        <w:r>
          <w:rPr>
            <w:noProof/>
            <w:webHidden/>
          </w:rPr>
          <w:t>152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1" w:history="1">
        <w:r w:rsidRPr="00EB67B1">
          <w:rPr>
            <w:rStyle w:val="Hyperlink"/>
            <w:noProof/>
          </w:rPr>
          <w:t>19.2 Meeting Rooms</w:t>
        </w:r>
        <w:r>
          <w:rPr>
            <w:noProof/>
            <w:webHidden/>
          </w:rPr>
          <w:tab/>
        </w:r>
        <w:r>
          <w:rPr>
            <w:noProof/>
            <w:webHidden/>
          </w:rPr>
          <w:fldChar w:fldCharType="begin"/>
        </w:r>
        <w:r>
          <w:rPr>
            <w:noProof/>
            <w:webHidden/>
          </w:rPr>
          <w:instrText xml:space="preserve"> PAGEREF _Toc237419991 \h </w:instrText>
        </w:r>
        <w:r>
          <w:rPr>
            <w:noProof/>
            <w:webHidden/>
          </w:rPr>
        </w:r>
        <w:r>
          <w:rPr>
            <w:noProof/>
            <w:webHidden/>
          </w:rPr>
          <w:fldChar w:fldCharType="separate"/>
        </w:r>
        <w:r>
          <w:rPr>
            <w:noProof/>
            <w:webHidden/>
          </w:rPr>
          <w:t>154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2" w:history="1">
        <w:r w:rsidRPr="00EB67B1">
          <w:rPr>
            <w:rStyle w:val="Hyperlink"/>
            <w:noProof/>
          </w:rPr>
          <w:t>19.3 Meetings</w:t>
        </w:r>
        <w:r>
          <w:rPr>
            <w:noProof/>
            <w:webHidden/>
          </w:rPr>
          <w:tab/>
        </w:r>
        <w:r>
          <w:rPr>
            <w:noProof/>
            <w:webHidden/>
          </w:rPr>
          <w:fldChar w:fldCharType="begin"/>
        </w:r>
        <w:r>
          <w:rPr>
            <w:noProof/>
            <w:webHidden/>
          </w:rPr>
          <w:instrText xml:space="preserve"> PAGEREF _Toc237419992 \h </w:instrText>
        </w:r>
        <w:r>
          <w:rPr>
            <w:noProof/>
            <w:webHidden/>
          </w:rPr>
        </w:r>
        <w:r>
          <w:rPr>
            <w:noProof/>
            <w:webHidden/>
          </w:rPr>
          <w:fldChar w:fldCharType="separate"/>
        </w:r>
        <w:r>
          <w:rPr>
            <w:noProof/>
            <w:webHidden/>
          </w:rPr>
          <w:t>156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3" w:history="1">
        <w:r w:rsidRPr="00EB67B1">
          <w:rPr>
            <w:rStyle w:val="Hyperlink"/>
            <w:noProof/>
          </w:rPr>
          <w:t>19.4 Meeting Attendees</w:t>
        </w:r>
        <w:r>
          <w:rPr>
            <w:noProof/>
            <w:webHidden/>
          </w:rPr>
          <w:tab/>
        </w:r>
        <w:r>
          <w:rPr>
            <w:noProof/>
            <w:webHidden/>
          </w:rPr>
          <w:fldChar w:fldCharType="begin"/>
        </w:r>
        <w:r>
          <w:rPr>
            <w:noProof/>
            <w:webHidden/>
          </w:rPr>
          <w:instrText xml:space="preserve"> PAGEREF _Toc237419993 \h </w:instrText>
        </w:r>
        <w:r>
          <w:rPr>
            <w:noProof/>
            <w:webHidden/>
          </w:rPr>
        </w:r>
        <w:r>
          <w:rPr>
            <w:noProof/>
            <w:webHidden/>
          </w:rPr>
          <w:fldChar w:fldCharType="separate"/>
        </w:r>
        <w:r>
          <w:rPr>
            <w:noProof/>
            <w:webHidden/>
          </w:rPr>
          <w:t>157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4" w:history="1">
        <w:r w:rsidRPr="00EB67B1">
          <w:rPr>
            <w:rStyle w:val="Hyperlink"/>
            <w:noProof/>
          </w:rPr>
          <w:t>19.5 Meeting Minutes</w:t>
        </w:r>
        <w:r>
          <w:rPr>
            <w:noProof/>
            <w:webHidden/>
          </w:rPr>
          <w:tab/>
        </w:r>
        <w:r>
          <w:rPr>
            <w:noProof/>
            <w:webHidden/>
          </w:rPr>
          <w:fldChar w:fldCharType="begin"/>
        </w:r>
        <w:r>
          <w:rPr>
            <w:noProof/>
            <w:webHidden/>
          </w:rPr>
          <w:instrText xml:space="preserve"> PAGEREF _Toc237419994 \h </w:instrText>
        </w:r>
        <w:r>
          <w:rPr>
            <w:noProof/>
            <w:webHidden/>
          </w:rPr>
        </w:r>
        <w:r>
          <w:rPr>
            <w:noProof/>
            <w:webHidden/>
          </w:rPr>
          <w:fldChar w:fldCharType="separate"/>
        </w:r>
        <w:r>
          <w:rPr>
            <w:noProof/>
            <w:webHidden/>
          </w:rPr>
          <w:t>159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5" w:history="1">
        <w:r w:rsidRPr="00EB67B1">
          <w:rPr>
            <w:rStyle w:val="Hyperlink"/>
            <w:noProof/>
          </w:rPr>
          <w:t>19.6 Action Items</w:t>
        </w:r>
        <w:r>
          <w:rPr>
            <w:noProof/>
            <w:webHidden/>
          </w:rPr>
          <w:tab/>
        </w:r>
        <w:r>
          <w:rPr>
            <w:noProof/>
            <w:webHidden/>
          </w:rPr>
          <w:fldChar w:fldCharType="begin"/>
        </w:r>
        <w:r>
          <w:rPr>
            <w:noProof/>
            <w:webHidden/>
          </w:rPr>
          <w:instrText xml:space="preserve"> PAGEREF _Toc237419995 \h </w:instrText>
        </w:r>
        <w:r>
          <w:rPr>
            <w:noProof/>
            <w:webHidden/>
          </w:rPr>
        </w:r>
        <w:r>
          <w:rPr>
            <w:noProof/>
            <w:webHidden/>
          </w:rPr>
          <w:fldChar w:fldCharType="separate"/>
        </w:r>
        <w:r>
          <w:rPr>
            <w:noProof/>
            <w:webHidden/>
          </w:rPr>
          <w:t>161</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6" w:history="1">
        <w:r w:rsidRPr="00EB67B1">
          <w:rPr>
            <w:rStyle w:val="Hyperlink"/>
            <w:noProof/>
          </w:rPr>
          <w:t>19.7 Calendar</w:t>
        </w:r>
        <w:r>
          <w:rPr>
            <w:noProof/>
            <w:webHidden/>
          </w:rPr>
          <w:tab/>
        </w:r>
        <w:r>
          <w:rPr>
            <w:noProof/>
            <w:webHidden/>
          </w:rPr>
          <w:fldChar w:fldCharType="begin"/>
        </w:r>
        <w:r>
          <w:rPr>
            <w:noProof/>
            <w:webHidden/>
          </w:rPr>
          <w:instrText xml:space="preserve"> PAGEREF _Toc237419996 \h </w:instrText>
        </w:r>
        <w:r>
          <w:rPr>
            <w:noProof/>
            <w:webHidden/>
          </w:rPr>
        </w:r>
        <w:r>
          <w:rPr>
            <w:noProof/>
            <w:webHidden/>
          </w:rPr>
          <w:fldChar w:fldCharType="separate"/>
        </w:r>
        <w:r>
          <w:rPr>
            <w:noProof/>
            <w:webHidden/>
          </w:rPr>
          <w:t>163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7" w:history="1">
        <w:r w:rsidRPr="00EB67B1">
          <w:rPr>
            <w:rStyle w:val="Hyperlink"/>
            <w:noProof/>
          </w:rPr>
          <w:t>19.8 Media Library</w:t>
        </w:r>
        <w:r>
          <w:rPr>
            <w:noProof/>
            <w:webHidden/>
          </w:rPr>
          <w:tab/>
        </w:r>
        <w:r>
          <w:rPr>
            <w:noProof/>
            <w:webHidden/>
          </w:rPr>
          <w:fldChar w:fldCharType="begin"/>
        </w:r>
        <w:r>
          <w:rPr>
            <w:noProof/>
            <w:webHidden/>
          </w:rPr>
          <w:instrText xml:space="preserve"> PAGEREF _Toc237419997 \h </w:instrText>
        </w:r>
        <w:r>
          <w:rPr>
            <w:noProof/>
            <w:webHidden/>
          </w:rPr>
        </w:r>
        <w:r>
          <w:rPr>
            <w:noProof/>
            <w:webHidden/>
          </w:rPr>
          <w:fldChar w:fldCharType="separate"/>
        </w:r>
        <w:r>
          <w:rPr>
            <w:noProof/>
            <w:webHidden/>
          </w:rPr>
          <w:t>164</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19998" w:history="1">
        <w:r w:rsidRPr="00EB67B1">
          <w:rPr>
            <w:rStyle w:val="Hyperlink"/>
            <w:noProof/>
          </w:rPr>
          <w:t>20. The Employee Record Over Time</w:t>
        </w:r>
        <w:r>
          <w:rPr>
            <w:noProof/>
            <w:webHidden/>
          </w:rPr>
          <w:tab/>
        </w:r>
        <w:r>
          <w:rPr>
            <w:noProof/>
            <w:webHidden/>
          </w:rPr>
          <w:fldChar w:fldCharType="begin"/>
        </w:r>
        <w:r>
          <w:rPr>
            <w:noProof/>
            <w:webHidden/>
          </w:rPr>
          <w:instrText xml:space="preserve"> PAGEREF _Toc237419998 \h </w:instrText>
        </w:r>
        <w:r>
          <w:rPr>
            <w:noProof/>
            <w:webHidden/>
          </w:rPr>
        </w:r>
        <w:r>
          <w:rPr>
            <w:noProof/>
            <w:webHidden/>
          </w:rPr>
          <w:fldChar w:fldCharType="separate"/>
        </w:r>
        <w:r>
          <w:rPr>
            <w:noProof/>
            <w:webHidden/>
          </w:rPr>
          <w:t>165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19999" w:history="1">
        <w:r w:rsidRPr="00EB67B1">
          <w:rPr>
            <w:rStyle w:val="Hyperlink"/>
            <w:noProof/>
          </w:rPr>
          <w:t>20.1 Award Types</w:t>
        </w:r>
        <w:r>
          <w:rPr>
            <w:noProof/>
            <w:webHidden/>
          </w:rPr>
          <w:tab/>
        </w:r>
        <w:r>
          <w:rPr>
            <w:noProof/>
            <w:webHidden/>
          </w:rPr>
          <w:fldChar w:fldCharType="begin"/>
        </w:r>
        <w:r>
          <w:rPr>
            <w:noProof/>
            <w:webHidden/>
          </w:rPr>
          <w:instrText xml:space="preserve"> PAGEREF _Toc237419999 \h </w:instrText>
        </w:r>
        <w:r>
          <w:rPr>
            <w:noProof/>
            <w:webHidden/>
          </w:rPr>
        </w:r>
        <w:r>
          <w:rPr>
            <w:noProof/>
            <w:webHidden/>
          </w:rPr>
          <w:fldChar w:fldCharType="separate"/>
        </w:r>
        <w:r>
          <w:rPr>
            <w:noProof/>
            <w:webHidden/>
          </w:rPr>
          <w:t>166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0" w:history="1">
        <w:r w:rsidRPr="00EB67B1">
          <w:rPr>
            <w:rStyle w:val="Hyperlink"/>
            <w:noProof/>
          </w:rPr>
          <w:t>20.2 Awards</w:t>
        </w:r>
        <w:r>
          <w:rPr>
            <w:noProof/>
            <w:webHidden/>
          </w:rPr>
          <w:tab/>
        </w:r>
        <w:r>
          <w:rPr>
            <w:noProof/>
            <w:webHidden/>
          </w:rPr>
          <w:fldChar w:fldCharType="begin"/>
        </w:r>
        <w:r>
          <w:rPr>
            <w:noProof/>
            <w:webHidden/>
          </w:rPr>
          <w:instrText xml:space="preserve"> PAGEREF _Toc237420000 \h </w:instrText>
        </w:r>
        <w:r>
          <w:rPr>
            <w:noProof/>
            <w:webHidden/>
          </w:rPr>
        </w:r>
        <w:r>
          <w:rPr>
            <w:noProof/>
            <w:webHidden/>
          </w:rPr>
          <w:fldChar w:fldCharType="separate"/>
        </w:r>
        <w:r>
          <w:rPr>
            <w:noProof/>
            <w:webHidden/>
          </w:rPr>
          <w:t>168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1" w:history="1">
        <w:r w:rsidRPr="00EB67B1">
          <w:rPr>
            <w:rStyle w:val="Hyperlink"/>
            <w:noProof/>
          </w:rPr>
          <w:t>20.3 Promotions</w:t>
        </w:r>
        <w:r>
          <w:rPr>
            <w:noProof/>
            <w:webHidden/>
          </w:rPr>
          <w:tab/>
        </w:r>
        <w:r>
          <w:rPr>
            <w:noProof/>
            <w:webHidden/>
          </w:rPr>
          <w:fldChar w:fldCharType="begin"/>
        </w:r>
        <w:r>
          <w:rPr>
            <w:noProof/>
            <w:webHidden/>
          </w:rPr>
          <w:instrText xml:space="preserve"> PAGEREF _Toc237420001 \h </w:instrText>
        </w:r>
        <w:r>
          <w:rPr>
            <w:noProof/>
            <w:webHidden/>
          </w:rPr>
        </w:r>
        <w:r>
          <w:rPr>
            <w:noProof/>
            <w:webHidden/>
          </w:rPr>
          <w:fldChar w:fldCharType="separate"/>
        </w:r>
        <w:r>
          <w:rPr>
            <w:noProof/>
            <w:webHidden/>
          </w:rPr>
          <w:t>170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2" w:history="1">
        <w:r w:rsidRPr="00EB67B1">
          <w:rPr>
            <w:rStyle w:val="Hyperlink"/>
            <w:noProof/>
          </w:rPr>
          <w:t>20.4 Transfers</w:t>
        </w:r>
        <w:r>
          <w:rPr>
            <w:noProof/>
            <w:webHidden/>
          </w:rPr>
          <w:tab/>
        </w:r>
        <w:r>
          <w:rPr>
            <w:noProof/>
            <w:webHidden/>
          </w:rPr>
          <w:fldChar w:fldCharType="begin"/>
        </w:r>
        <w:r>
          <w:rPr>
            <w:noProof/>
            <w:webHidden/>
          </w:rPr>
          <w:instrText xml:space="preserve"> PAGEREF _Toc237420002 \h </w:instrText>
        </w:r>
        <w:r>
          <w:rPr>
            <w:noProof/>
            <w:webHidden/>
          </w:rPr>
        </w:r>
        <w:r>
          <w:rPr>
            <w:noProof/>
            <w:webHidden/>
          </w:rPr>
          <w:fldChar w:fldCharType="separate"/>
        </w:r>
        <w:r>
          <w:rPr>
            <w:noProof/>
            <w:webHidden/>
          </w:rPr>
          <w:t>172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3" w:history="1">
        <w:r w:rsidRPr="00EB67B1">
          <w:rPr>
            <w:rStyle w:val="Hyperlink"/>
            <w:noProof/>
          </w:rPr>
          <w:t>20.5 Trips</w:t>
        </w:r>
        <w:r>
          <w:rPr>
            <w:noProof/>
            <w:webHidden/>
          </w:rPr>
          <w:tab/>
        </w:r>
        <w:r>
          <w:rPr>
            <w:noProof/>
            <w:webHidden/>
          </w:rPr>
          <w:fldChar w:fldCharType="begin"/>
        </w:r>
        <w:r>
          <w:rPr>
            <w:noProof/>
            <w:webHidden/>
          </w:rPr>
          <w:instrText xml:space="preserve"> PAGEREF _Toc237420003 \h </w:instrText>
        </w:r>
        <w:r>
          <w:rPr>
            <w:noProof/>
            <w:webHidden/>
          </w:rPr>
        </w:r>
        <w:r>
          <w:rPr>
            <w:noProof/>
            <w:webHidden/>
          </w:rPr>
          <w:fldChar w:fldCharType="separate"/>
        </w:r>
        <w:r>
          <w:rPr>
            <w:noProof/>
            <w:webHidden/>
          </w:rPr>
          <w:t>174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4" w:history="1">
        <w:r w:rsidRPr="00EB67B1">
          <w:rPr>
            <w:rStyle w:val="Hyperlink"/>
            <w:noProof/>
          </w:rPr>
          <w:t>20.6 Warnings</w:t>
        </w:r>
        <w:r>
          <w:rPr>
            <w:noProof/>
            <w:webHidden/>
          </w:rPr>
          <w:tab/>
        </w:r>
        <w:r>
          <w:rPr>
            <w:noProof/>
            <w:webHidden/>
          </w:rPr>
          <w:fldChar w:fldCharType="begin"/>
        </w:r>
        <w:r>
          <w:rPr>
            <w:noProof/>
            <w:webHidden/>
          </w:rPr>
          <w:instrText xml:space="preserve"> PAGEREF _Toc237420004 \h </w:instrText>
        </w:r>
        <w:r>
          <w:rPr>
            <w:noProof/>
            <w:webHidden/>
          </w:rPr>
        </w:r>
        <w:r>
          <w:rPr>
            <w:noProof/>
            <w:webHidden/>
          </w:rPr>
          <w:fldChar w:fldCharType="separate"/>
        </w:r>
        <w:r>
          <w:rPr>
            <w:noProof/>
            <w:webHidden/>
          </w:rPr>
          <w:t>176</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5" w:history="1">
        <w:r w:rsidRPr="00EB67B1">
          <w:rPr>
            <w:rStyle w:val="Hyperlink"/>
            <w:noProof/>
          </w:rPr>
          <w:t>20.7 Complaints</w:t>
        </w:r>
        <w:r>
          <w:rPr>
            <w:noProof/>
            <w:webHidden/>
          </w:rPr>
          <w:tab/>
        </w:r>
        <w:r>
          <w:rPr>
            <w:noProof/>
            <w:webHidden/>
          </w:rPr>
          <w:fldChar w:fldCharType="begin"/>
        </w:r>
        <w:r>
          <w:rPr>
            <w:noProof/>
            <w:webHidden/>
          </w:rPr>
          <w:instrText xml:space="preserve"> PAGEREF _Toc237420005 \h </w:instrText>
        </w:r>
        <w:r>
          <w:rPr>
            <w:noProof/>
            <w:webHidden/>
          </w:rPr>
        </w:r>
        <w:r>
          <w:rPr>
            <w:noProof/>
            <w:webHidden/>
          </w:rPr>
          <w:fldChar w:fldCharType="separate"/>
        </w:r>
        <w:r>
          <w:rPr>
            <w:noProof/>
            <w:webHidden/>
          </w:rPr>
          <w:t>178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6" w:history="1">
        <w:r w:rsidRPr="00EB67B1">
          <w:rPr>
            <w:rStyle w:val="Hyperlink"/>
            <w:noProof/>
          </w:rPr>
          <w:t>20.8 Resignations</w:t>
        </w:r>
        <w:r>
          <w:rPr>
            <w:noProof/>
            <w:webHidden/>
          </w:rPr>
          <w:tab/>
        </w:r>
        <w:r>
          <w:rPr>
            <w:noProof/>
            <w:webHidden/>
          </w:rPr>
          <w:fldChar w:fldCharType="begin"/>
        </w:r>
        <w:r>
          <w:rPr>
            <w:noProof/>
            <w:webHidden/>
          </w:rPr>
          <w:instrText xml:space="preserve"> PAGEREF _Toc237420006 \h </w:instrText>
        </w:r>
        <w:r>
          <w:rPr>
            <w:noProof/>
            <w:webHidden/>
          </w:rPr>
        </w:r>
        <w:r>
          <w:rPr>
            <w:noProof/>
            <w:webHidden/>
          </w:rPr>
          <w:fldChar w:fldCharType="separate"/>
        </w:r>
        <w:r>
          <w:rPr>
            <w:noProof/>
            <w:webHidden/>
          </w:rPr>
          <w:t>180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7" w:history="1">
        <w:r w:rsidRPr="00EB67B1">
          <w:rPr>
            <w:rStyle w:val="Hyperlink"/>
            <w:noProof/>
          </w:rPr>
          <w:t>20.9 Terminations</w:t>
        </w:r>
        <w:r>
          <w:rPr>
            <w:noProof/>
            <w:webHidden/>
          </w:rPr>
          <w:tab/>
        </w:r>
        <w:r>
          <w:rPr>
            <w:noProof/>
            <w:webHidden/>
          </w:rPr>
          <w:fldChar w:fldCharType="begin"/>
        </w:r>
        <w:r>
          <w:rPr>
            <w:noProof/>
            <w:webHidden/>
          </w:rPr>
          <w:instrText xml:space="preserve"> PAGEREF _Toc237420007 \h </w:instrText>
        </w:r>
        <w:r>
          <w:rPr>
            <w:noProof/>
            <w:webHidden/>
          </w:rPr>
        </w:r>
        <w:r>
          <w:rPr>
            <w:noProof/>
            <w:webHidden/>
          </w:rPr>
          <w:fldChar w:fldCharType="separate"/>
        </w:r>
        <w:r>
          <w:rPr>
            <w:noProof/>
            <w:webHidden/>
          </w:rPr>
          <w:t>182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8" w:history="1">
        <w:r w:rsidRPr="00EB67B1">
          <w:rPr>
            <w:rStyle w:val="Hyperlink"/>
            <w:noProof/>
          </w:rPr>
          <w:t>20.10 Holidays</w:t>
        </w:r>
        <w:r>
          <w:rPr>
            <w:noProof/>
            <w:webHidden/>
          </w:rPr>
          <w:tab/>
        </w:r>
        <w:r>
          <w:rPr>
            <w:noProof/>
            <w:webHidden/>
          </w:rPr>
          <w:fldChar w:fldCharType="begin"/>
        </w:r>
        <w:r>
          <w:rPr>
            <w:noProof/>
            <w:webHidden/>
          </w:rPr>
          <w:instrText xml:space="preserve"> PAGEREF _Toc237420008 \h </w:instrText>
        </w:r>
        <w:r>
          <w:rPr>
            <w:noProof/>
            <w:webHidden/>
          </w:rPr>
        </w:r>
        <w:r>
          <w:rPr>
            <w:noProof/>
            <w:webHidden/>
          </w:rPr>
          <w:fldChar w:fldCharType="separate"/>
        </w:r>
        <w:r>
          <w:rPr>
            <w:noProof/>
            <w:webHidden/>
          </w:rPr>
          <w:t>184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09" w:history="1">
        <w:r w:rsidRPr="00EB67B1">
          <w:rPr>
            <w:rStyle w:val="Hyperlink"/>
            <w:noProof/>
          </w:rPr>
          <w:t>20.11 Announcements</w:t>
        </w:r>
        <w:r>
          <w:rPr>
            <w:noProof/>
            <w:webHidden/>
          </w:rPr>
          <w:tab/>
        </w:r>
        <w:r>
          <w:rPr>
            <w:noProof/>
            <w:webHidden/>
          </w:rPr>
          <w:fldChar w:fldCharType="begin"/>
        </w:r>
        <w:r>
          <w:rPr>
            <w:noProof/>
            <w:webHidden/>
          </w:rPr>
          <w:instrText xml:space="preserve"> PAGEREF _Toc237420009 \h </w:instrText>
        </w:r>
        <w:r>
          <w:rPr>
            <w:noProof/>
            <w:webHidden/>
          </w:rPr>
        </w:r>
        <w:r>
          <w:rPr>
            <w:noProof/>
            <w:webHidden/>
          </w:rPr>
          <w:fldChar w:fldCharType="separate"/>
        </w:r>
        <w:r>
          <w:rPr>
            <w:noProof/>
            <w:webHidden/>
          </w:rPr>
          <w:t>186</w:t>
        </w:r>
        <w:r>
          <w:rPr>
            <w:noProof/>
            <w:webHidden/>
          </w:rPr>
          <w:fldChar w:fldCharType="end"/>
        </w:r>
      </w:hyperlink>
    </w:p>
    <w:p w:rsidR="00D52D88" w:rsidRDefault="00D52D88">
      <w:pPr>
        <w:pStyle w:val="TOC1"/>
        <w:tabs>
          <w:tab w:val="right" w:leader="dot" w:pos="9062"/>
        </w:tabs>
        <w:rPr>
          <w:rFonts w:asciiTheme="minorHAnsi" w:hAnsiTheme="minorHAnsi"/>
          <w:noProof/>
          <w:color w:val="auto"/>
          <w:sz w:val="22"/>
        </w:rPr>
      </w:pPr>
      <w:hyperlink w:anchor="_Toc237420010" w:history="1">
        <w:r w:rsidRPr="00EB67B1">
          <w:rPr>
            <w:rStyle w:val="Hyperlink"/>
            <w:noProof/>
          </w:rPr>
          <w:t>Part V — Administration</w:t>
        </w:r>
        <w:r>
          <w:rPr>
            <w:noProof/>
            <w:webHidden/>
          </w:rPr>
          <w:tab/>
        </w:r>
        <w:r>
          <w:rPr>
            <w:noProof/>
            <w:webHidden/>
          </w:rPr>
          <w:fldChar w:fldCharType="begin"/>
        </w:r>
        <w:r>
          <w:rPr>
            <w:noProof/>
            <w:webHidden/>
          </w:rPr>
          <w:instrText xml:space="preserve"> PAGEREF _Toc237420010 \h </w:instrText>
        </w:r>
        <w:r>
          <w:rPr>
            <w:noProof/>
            <w:webHidden/>
          </w:rPr>
        </w:r>
        <w:r>
          <w:rPr>
            <w:noProof/>
            <w:webHidden/>
          </w:rPr>
          <w:fldChar w:fldCharType="separate"/>
        </w:r>
        <w:r>
          <w:rPr>
            <w:noProof/>
            <w:webHidden/>
          </w:rPr>
          <w:t>188</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20011" w:history="1">
        <w:r w:rsidRPr="00EB67B1">
          <w:rPr>
            <w:rStyle w:val="Hyperlink"/>
            <w:noProof/>
          </w:rPr>
          <w:t>21. Administration</w:t>
        </w:r>
        <w:r>
          <w:rPr>
            <w:noProof/>
            <w:webHidden/>
          </w:rPr>
          <w:tab/>
        </w:r>
        <w:r>
          <w:rPr>
            <w:noProof/>
            <w:webHidden/>
          </w:rPr>
          <w:fldChar w:fldCharType="begin"/>
        </w:r>
        <w:r>
          <w:rPr>
            <w:noProof/>
            <w:webHidden/>
          </w:rPr>
          <w:instrText xml:space="preserve"> PAGEREF _Toc237420011 \h </w:instrText>
        </w:r>
        <w:r>
          <w:rPr>
            <w:noProof/>
            <w:webHidden/>
          </w:rPr>
        </w:r>
        <w:r>
          <w:rPr>
            <w:noProof/>
            <w:webHidden/>
          </w:rPr>
          <w:fldChar w:fldCharType="separate"/>
        </w:r>
        <w:r>
          <w:rPr>
            <w:noProof/>
            <w:webHidden/>
          </w:rPr>
          <w:t>189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2" w:history="1">
        <w:r w:rsidRPr="00EB67B1">
          <w:rPr>
            <w:rStyle w:val="Hyperlink"/>
            <w:noProof/>
          </w:rPr>
          <w:t>21.1 Settings</w:t>
        </w:r>
        <w:r>
          <w:rPr>
            <w:noProof/>
            <w:webHidden/>
          </w:rPr>
          <w:tab/>
        </w:r>
        <w:r>
          <w:rPr>
            <w:noProof/>
            <w:webHidden/>
          </w:rPr>
          <w:fldChar w:fldCharType="begin"/>
        </w:r>
        <w:r>
          <w:rPr>
            <w:noProof/>
            <w:webHidden/>
          </w:rPr>
          <w:instrText xml:space="preserve"> PAGEREF _Toc237420012 \h </w:instrText>
        </w:r>
        <w:r>
          <w:rPr>
            <w:noProof/>
            <w:webHidden/>
          </w:rPr>
        </w:r>
        <w:r>
          <w:rPr>
            <w:noProof/>
            <w:webHidden/>
          </w:rPr>
          <w:fldChar w:fldCharType="separate"/>
        </w:r>
        <w:r>
          <w:rPr>
            <w:noProof/>
            <w:webHidden/>
          </w:rPr>
          <w:t>190</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3" w:history="1">
        <w:r w:rsidRPr="00EB67B1">
          <w:rPr>
            <w:rStyle w:val="Hyperlink"/>
            <w:noProof/>
          </w:rPr>
          <w:t>21.2 Plans</w:t>
        </w:r>
        <w:r>
          <w:rPr>
            <w:noProof/>
            <w:webHidden/>
          </w:rPr>
          <w:tab/>
        </w:r>
        <w:r>
          <w:rPr>
            <w:noProof/>
            <w:webHidden/>
          </w:rPr>
          <w:fldChar w:fldCharType="begin"/>
        </w:r>
        <w:r>
          <w:rPr>
            <w:noProof/>
            <w:webHidden/>
          </w:rPr>
          <w:instrText xml:space="preserve"> PAGEREF _Toc237420013 \h </w:instrText>
        </w:r>
        <w:r>
          <w:rPr>
            <w:noProof/>
            <w:webHidden/>
          </w:rPr>
        </w:r>
        <w:r>
          <w:rPr>
            <w:noProof/>
            <w:webHidden/>
          </w:rPr>
          <w:fldChar w:fldCharType="separate"/>
        </w:r>
        <w:r>
          <w:rPr>
            <w:noProof/>
            <w:webHidden/>
          </w:rPr>
          <w:t>192</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4" w:history="1">
        <w:r w:rsidRPr="00EB67B1">
          <w:rPr>
            <w:rStyle w:val="Hyperlink"/>
            <w:noProof/>
          </w:rPr>
          <w:t>21.3 Plan Requests</w:t>
        </w:r>
        <w:r>
          <w:rPr>
            <w:noProof/>
            <w:webHidden/>
          </w:rPr>
          <w:tab/>
        </w:r>
        <w:r>
          <w:rPr>
            <w:noProof/>
            <w:webHidden/>
          </w:rPr>
          <w:fldChar w:fldCharType="begin"/>
        </w:r>
        <w:r>
          <w:rPr>
            <w:noProof/>
            <w:webHidden/>
          </w:rPr>
          <w:instrText xml:space="preserve"> PAGEREF _Toc237420014 \h </w:instrText>
        </w:r>
        <w:r>
          <w:rPr>
            <w:noProof/>
            <w:webHidden/>
          </w:rPr>
        </w:r>
        <w:r>
          <w:rPr>
            <w:noProof/>
            <w:webHidden/>
          </w:rPr>
          <w:fldChar w:fldCharType="separate"/>
        </w:r>
        <w:r>
          <w:rPr>
            <w:noProof/>
            <w:webHidden/>
          </w:rPr>
          <w:t>193</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5" w:history="1">
        <w:r w:rsidRPr="00EB67B1">
          <w:rPr>
            <w:rStyle w:val="Hyperlink"/>
            <w:noProof/>
          </w:rPr>
          <w:t>21.4 Plan Orders</w:t>
        </w:r>
        <w:r>
          <w:rPr>
            <w:noProof/>
            <w:webHidden/>
          </w:rPr>
          <w:tab/>
        </w:r>
        <w:r>
          <w:rPr>
            <w:noProof/>
            <w:webHidden/>
          </w:rPr>
          <w:fldChar w:fldCharType="begin"/>
        </w:r>
        <w:r>
          <w:rPr>
            <w:noProof/>
            <w:webHidden/>
          </w:rPr>
          <w:instrText xml:space="preserve"> PAGEREF _Toc237420015 \h </w:instrText>
        </w:r>
        <w:r>
          <w:rPr>
            <w:noProof/>
            <w:webHidden/>
          </w:rPr>
        </w:r>
        <w:r>
          <w:rPr>
            <w:noProof/>
            <w:webHidden/>
          </w:rPr>
          <w:fldChar w:fldCharType="separate"/>
        </w:r>
        <w:r>
          <w:rPr>
            <w:noProof/>
            <w:webHidden/>
          </w:rPr>
          <w:t>194</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6" w:history="1">
        <w:r w:rsidRPr="00EB67B1">
          <w:rPr>
            <w:rStyle w:val="Hyperlink"/>
            <w:noProof/>
          </w:rPr>
          <w:t>21.5 Referral Program</w:t>
        </w:r>
        <w:r>
          <w:rPr>
            <w:noProof/>
            <w:webHidden/>
          </w:rPr>
          <w:tab/>
        </w:r>
        <w:r>
          <w:rPr>
            <w:noProof/>
            <w:webHidden/>
          </w:rPr>
          <w:fldChar w:fldCharType="begin"/>
        </w:r>
        <w:r>
          <w:rPr>
            <w:noProof/>
            <w:webHidden/>
          </w:rPr>
          <w:instrText xml:space="preserve"> PAGEREF _Toc237420016 \h </w:instrText>
        </w:r>
        <w:r>
          <w:rPr>
            <w:noProof/>
            <w:webHidden/>
          </w:rPr>
        </w:r>
        <w:r>
          <w:rPr>
            <w:noProof/>
            <w:webHidden/>
          </w:rPr>
          <w:fldChar w:fldCharType="separate"/>
        </w:r>
        <w:r>
          <w:rPr>
            <w:noProof/>
            <w:webHidden/>
          </w:rPr>
          <w:t>195</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7" w:history="1">
        <w:r w:rsidRPr="00EB67B1">
          <w:rPr>
            <w:rStyle w:val="Hyperlink"/>
            <w:noProof/>
          </w:rPr>
          <w:t>21.6 Landing Page</w:t>
        </w:r>
        <w:r>
          <w:rPr>
            <w:noProof/>
            <w:webHidden/>
          </w:rPr>
          <w:tab/>
        </w:r>
        <w:r>
          <w:rPr>
            <w:noProof/>
            <w:webHidden/>
          </w:rPr>
          <w:fldChar w:fldCharType="begin"/>
        </w:r>
        <w:r>
          <w:rPr>
            <w:noProof/>
            <w:webHidden/>
          </w:rPr>
          <w:instrText xml:space="preserve"> PAGEREF _Toc237420017 \h </w:instrText>
        </w:r>
        <w:r>
          <w:rPr>
            <w:noProof/>
            <w:webHidden/>
          </w:rPr>
        </w:r>
        <w:r>
          <w:rPr>
            <w:noProof/>
            <w:webHidden/>
          </w:rPr>
          <w:fldChar w:fldCharType="separate"/>
        </w:r>
        <w:r>
          <w:rPr>
            <w:noProof/>
            <w:webHidden/>
          </w:rPr>
          <w:t>196</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20018" w:history="1">
        <w:r w:rsidRPr="00EB67B1">
          <w:rPr>
            <w:rStyle w:val="Hyperlink"/>
            <w:noProof/>
          </w:rPr>
          <w:t>22. Developer Tools</w:t>
        </w:r>
        <w:r>
          <w:rPr>
            <w:noProof/>
            <w:webHidden/>
          </w:rPr>
          <w:tab/>
        </w:r>
        <w:r>
          <w:rPr>
            <w:noProof/>
            <w:webHidden/>
          </w:rPr>
          <w:fldChar w:fldCharType="begin"/>
        </w:r>
        <w:r>
          <w:rPr>
            <w:noProof/>
            <w:webHidden/>
          </w:rPr>
          <w:instrText xml:space="preserve"> PAGEREF _Toc237420018 \h </w:instrText>
        </w:r>
        <w:r>
          <w:rPr>
            <w:noProof/>
            <w:webHidden/>
          </w:rPr>
        </w:r>
        <w:r>
          <w:rPr>
            <w:noProof/>
            <w:webHidden/>
          </w:rPr>
          <w:fldChar w:fldCharType="separate"/>
        </w:r>
        <w:r>
          <w:rPr>
            <w:noProof/>
            <w:webHidden/>
          </w:rPr>
          <w:t>197</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19" w:history="1">
        <w:r w:rsidRPr="00EB67B1">
          <w:rPr>
            <w:rStyle w:val="Hyperlink"/>
            <w:noProof/>
          </w:rPr>
          <w:t>22.1 API Tokens</w:t>
        </w:r>
        <w:r>
          <w:rPr>
            <w:noProof/>
            <w:webHidden/>
          </w:rPr>
          <w:tab/>
        </w:r>
        <w:r>
          <w:rPr>
            <w:noProof/>
            <w:webHidden/>
          </w:rPr>
          <w:fldChar w:fldCharType="begin"/>
        </w:r>
        <w:r>
          <w:rPr>
            <w:noProof/>
            <w:webHidden/>
          </w:rPr>
          <w:instrText xml:space="preserve"> PAGEREF _Toc237420019 \h </w:instrText>
        </w:r>
        <w:r>
          <w:rPr>
            <w:noProof/>
            <w:webHidden/>
          </w:rPr>
        </w:r>
        <w:r>
          <w:rPr>
            <w:noProof/>
            <w:webHidden/>
          </w:rPr>
          <w:fldChar w:fldCharType="separate"/>
        </w:r>
        <w:r>
          <w:rPr>
            <w:noProof/>
            <w:webHidden/>
          </w:rPr>
          <w:t>198</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20" w:history="1">
        <w:r w:rsidRPr="00EB67B1">
          <w:rPr>
            <w:rStyle w:val="Hyperlink"/>
            <w:noProof/>
          </w:rPr>
          <w:t>22.2 Webhooks</w:t>
        </w:r>
        <w:r>
          <w:rPr>
            <w:noProof/>
            <w:webHidden/>
          </w:rPr>
          <w:tab/>
        </w:r>
        <w:r>
          <w:rPr>
            <w:noProof/>
            <w:webHidden/>
          </w:rPr>
          <w:fldChar w:fldCharType="begin"/>
        </w:r>
        <w:r>
          <w:rPr>
            <w:noProof/>
            <w:webHidden/>
          </w:rPr>
          <w:instrText xml:space="preserve"> PAGEREF _Toc237420020 \h </w:instrText>
        </w:r>
        <w:r>
          <w:rPr>
            <w:noProof/>
            <w:webHidden/>
          </w:rPr>
        </w:r>
        <w:r>
          <w:rPr>
            <w:noProof/>
            <w:webHidden/>
          </w:rPr>
          <w:fldChar w:fldCharType="separate"/>
        </w:r>
        <w:r>
          <w:rPr>
            <w:noProof/>
            <w:webHidden/>
          </w:rPr>
          <w:t>199</w:t>
        </w:r>
        <w:r>
          <w:rPr>
            <w:noProof/>
            <w:webHidden/>
          </w:rPr>
          <w:fldChar w:fldCharType="end"/>
        </w:r>
      </w:hyperlink>
    </w:p>
    <w:p w:rsidR="00D52D88" w:rsidRDefault="00D52D88">
      <w:pPr>
        <w:pStyle w:val="TOC3"/>
        <w:tabs>
          <w:tab w:val="right" w:leader="dot" w:pos="9062"/>
        </w:tabs>
        <w:rPr>
          <w:rFonts w:asciiTheme="minorHAnsi" w:hAnsiTheme="minorHAnsi"/>
          <w:noProof/>
          <w:color w:val="auto"/>
          <w:sz w:val="22"/>
        </w:rPr>
      </w:pPr>
      <w:hyperlink w:anchor="_Toc237420021" w:history="1">
        <w:r w:rsidRPr="00EB67B1">
          <w:rPr>
            <w:rStyle w:val="Hyperlink"/>
            <w:noProof/>
          </w:rPr>
          <w:t>22.3 API Reference</w:t>
        </w:r>
        <w:r>
          <w:rPr>
            <w:noProof/>
            <w:webHidden/>
          </w:rPr>
          <w:tab/>
        </w:r>
        <w:r>
          <w:rPr>
            <w:noProof/>
            <w:webHidden/>
          </w:rPr>
          <w:fldChar w:fldCharType="begin"/>
        </w:r>
        <w:r>
          <w:rPr>
            <w:noProof/>
            <w:webHidden/>
          </w:rPr>
          <w:instrText xml:space="preserve"> PAGEREF _Toc237420021 \h </w:instrText>
        </w:r>
        <w:r>
          <w:rPr>
            <w:noProof/>
            <w:webHidden/>
          </w:rPr>
        </w:r>
        <w:r>
          <w:rPr>
            <w:noProof/>
            <w:webHidden/>
          </w:rPr>
          <w:fldChar w:fldCharType="separate"/>
        </w:r>
        <w:r>
          <w:rPr>
            <w:noProof/>
            <w:webHidden/>
          </w:rPr>
          <w:t>200</w:t>
        </w:r>
        <w:r>
          <w:rPr>
            <w:noProof/>
            <w:webHidden/>
          </w:rPr>
          <w:fldChar w:fldCharType="end"/>
        </w:r>
      </w:hyperlink>
    </w:p>
    <w:p w:rsidR="00D52D88" w:rsidRDefault="00D52D88">
      <w:pPr>
        <w:pStyle w:val="TOC1"/>
        <w:tabs>
          <w:tab w:val="right" w:leader="dot" w:pos="9062"/>
        </w:tabs>
        <w:rPr>
          <w:rFonts w:asciiTheme="minorHAnsi" w:hAnsiTheme="minorHAnsi"/>
          <w:noProof/>
          <w:color w:val="auto"/>
          <w:sz w:val="22"/>
        </w:rPr>
      </w:pPr>
      <w:hyperlink w:anchor="_Toc237420022" w:history="1">
        <w:r w:rsidRPr="00EB67B1">
          <w:rPr>
            <w:rStyle w:val="Hyperlink"/>
            <w:noProof/>
          </w:rPr>
          <w:t>Appendix</w:t>
        </w:r>
        <w:r>
          <w:rPr>
            <w:noProof/>
            <w:webHidden/>
          </w:rPr>
          <w:tab/>
        </w:r>
        <w:r>
          <w:rPr>
            <w:noProof/>
            <w:webHidden/>
          </w:rPr>
          <w:fldChar w:fldCharType="begin"/>
        </w:r>
        <w:r>
          <w:rPr>
            <w:noProof/>
            <w:webHidden/>
          </w:rPr>
          <w:instrText xml:space="preserve"> PAGEREF _Toc237420022 \h </w:instrText>
        </w:r>
        <w:r>
          <w:rPr>
            <w:noProof/>
            <w:webHidden/>
          </w:rPr>
        </w:r>
        <w:r>
          <w:rPr>
            <w:noProof/>
            <w:webHidden/>
          </w:rPr>
          <w:fldChar w:fldCharType="separate"/>
        </w:r>
        <w:r>
          <w:rPr>
            <w:noProof/>
            <w:webHidden/>
          </w:rPr>
          <w:t>201</w:t>
        </w:r>
        <w:r>
          <w:rPr>
            <w:noProof/>
            <w:webHidden/>
          </w:rPr>
          <w:fldChar w:fldCharType="end"/>
        </w:r>
      </w:hyperlink>
    </w:p>
    <w:p w:rsidR="00D52D88" w:rsidRDefault="00D52D88">
      <w:pPr>
        <w:pStyle w:val="TOC2"/>
        <w:tabs>
          <w:tab w:val="right" w:leader="dot" w:pos="9062"/>
        </w:tabs>
        <w:rPr>
          <w:rFonts w:asciiTheme="minorHAnsi" w:hAnsiTheme="minorHAnsi"/>
          <w:noProof/>
          <w:color w:val="auto"/>
          <w:sz w:val="22"/>
        </w:rPr>
      </w:pPr>
      <w:hyperlink w:anchor="_Toc237420023" w:history="1">
        <w:r w:rsidRPr="00EB67B1">
          <w:rPr>
            <w:rStyle w:val="Hyperlink"/>
            <w:noProof/>
          </w:rPr>
          <w:t>A. Complete Page Index</w:t>
        </w:r>
        <w:r>
          <w:rPr>
            <w:noProof/>
            <w:webHidden/>
          </w:rPr>
          <w:tab/>
        </w:r>
        <w:r>
          <w:rPr>
            <w:noProof/>
            <w:webHidden/>
          </w:rPr>
          <w:fldChar w:fldCharType="begin"/>
        </w:r>
        <w:r>
          <w:rPr>
            <w:noProof/>
            <w:webHidden/>
          </w:rPr>
          <w:instrText xml:space="preserve"> PAGEREF _Toc237420023 \h </w:instrText>
        </w:r>
        <w:r>
          <w:rPr>
            <w:noProof/>
            <w:webHidden/>
          </w:rPr>
        </w:r>
        <w:r>
          <w:rPr>
            <w:noProof/>
            <w:webHidden/>
          </w:rPr>
          <w:fldChar w:fldCharType="separate"/>
        </w:r>
        <w:r>
          <w:rPr>
            <w:noProof/>
            <w:webHidden/>
          </w:rPr>
          <w:t>202</w:t>
        </w:r>
        <w:r>
          <w:rPr>
            <w:noProof/>
            <w:webHidden/>
          </w:rPr>
          <w:fldChar w:fldCharType="end"/>
        </w:r>
      </w:hyperlink>
    </w:p>
    <w:p w:rsidR="007E715F" w:rsidRDefault="00D52D88">
      <w:r>
        <w:fldChar w:fldCharType="end"/>
      </w:r>
    </w:p>
    <w:p w:rsidR="007E715F" w:rsidRDefault="00D52D88">
      <w:pPr>
        <w:keepNext/>
        <w:pageBreakBefore/>
        <w:spacing w:after="200"/>
      </w:pPr>
      <w:r>
        <w:rPr>
          <w:b/>
          <w:color w:val="0E9F6E"/>
          <w:sz w:val="40"/>
        </w:rPr>
        <w:lastRenderedPageBreak/>
        <w:t>List of Figures</w:t>
      </w:r>
    </w:p>
    <w:p w:rsidR="00D52D88" w:rsidRDefault="00D52D88">
      <w:pPr>
        <w:pStyle w:val="TableofFigures"/>
        <w:tabs>
          <w:tab w:val="right" w:leader="dot" w:pos="9062"/>
        </w:tabs>
        <w:rPr>
          <w:rFonts w:asciiTheme="minorHAnsi" w:hAnsiTheme="minorHAnsi"/>
          <w:noProof/>
          <w:color w:val="auto"/>
          <w:sz w:val="22"/>
        </w:rPr>
      </w:pPr>
      <w:r>
        <w:fldChar w:fldCharType="begin"/>
      </w:r>
      <w:r>
        <w:instrText xml:space="preserve"> TOC \h \z \c "Figure" </w:instrText>
      </w:r>
      <w:r>
        <w:fldChar w:fldCharType="separate"/>
      </w:r>
      <w:hyperlink w:anchor="_Toc237420024" w:history="1">
        <w:r w:rsidRPr="000C3F7E">
          <w:rPr>
            <w:rStyle w:val="Hyperlink"/>
            <w:noProof/>
          </w:rPr>
          <w:t>Figure 1: The complete welcome page in two columns, reading left to right, with its thirteen sections numbered</w:t>
        </w:r>
        <w:r>
          <w:rPr>
            <w:noProof/>
            <w:webHidden/>
          </w:rPr>
          <w:tab/>
        </w:r>
        <w:r>
          <w:rPr>
            <w:noProof/>
            <w:webHidden/>
          </w:rPr>
          <w:fldChar w:fldCharType="begin"/>
        </w:r>
        <w:r>
          <w:rPr>
            <w:noProof/>
            <w:webHidden/>
          </w:rPr>
          <w:instrText xml:space="preserve"> PAGEREF _Toc237420024 \h </w:instrText>
        </w:r>
        <w:r>
          <w:rPr>
            <w:noProof/>
            <w:webHidden/>
          </w:rPr>
        </w:r>
        <w:r>
          <w:rPr>
            <w:noProof/>
            <w:webHidden/>
          </w:rPr>
          <w:fldChar w:fldCharType="separate"/>
        </w:r>
        <w:r>
          <w:rPr>
            <w:noProof/>
            <w:webHidden/>
          </w:rPr>
          <w:t>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25" w:history="1">
        <w:r w:rsidRPr="000C3F7E">
          <w:rPr>
            <w:rStyle w:val="Hyperlink"/>
            <w:noProof/>
          </w:rPr>
          <w:t>Figure 2: The header and navigation section</w:t>
        </w:r>
        <w:r>
          <w:rPr>
            <w:noProof/>
            <w:webHidden/>
          </w:rPr>
          <w:tab/>
        </w:r>
        <w:r>
          <w:rPr>
            <w:noProof/>
            <w:webHidden/>
          </w:rPr>
          <w:fldChar w:fldCharType="begin"/>
        </w:r>
        <w:r>
          <w:rPr>
            <w:noProof/>
            <w:webHidden/>
          </w:rPr>
          <w:instrText xml:space="preserve"> PAGEREF _Toc237420025 \h </w:instrText>
        </w:r>
        <w:r>
          <w:rPr>
            <w:noProof/>
            <w:webHidden/>
          </w:rPr>
        </w:r>
        <w:r>
          <w:rPr>
            <w:noProof/>
            <w:webHidden/>
          </w:rPr>
          <w:fldChar w:fldCharType="separate"/>
        </w:r>
        <w:r>
          <w:rPr>
            <w:noProof/>
            <w:webHidden/>
          </w:rPr>
          <w:t>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26" w:history="1">
        <w:r w:rsidRPr="000C3F7E">
          <w:rPr>
            <w:rStyle w:val="Hyperlink"/>
            <w:noProof/>
          </w:rPr>
          <w:t>Figure 3: The hero section</w:t>
        </w:r>
        <w:r>
          <w:rPr>
            <w:noProof/>
            <w:webHidden/>
          </w:rPr>
          <w:tab/>
        </w:r>
        <w:r>
          <w:rPr>
            <w:noProof/>
            <w:webHidden/>
          </w:rPr>
          <w:fldChar w:fldCharType="begin"/>
        </w:r>
        <w:r>
          <w:rPr>
            <w:noProof/>
            <w:webHidden/>
          </w:rPr>
          <w:instrText xml:space="preserve"> PAGEREF _Toc237420026 \h </w:instrText>
        </w:r>
        <w:r>
          <w:rPr>
            <w:noProof/>
            <w:webHidden/>
          </w:rPr>
        </w:r>
        <w:r>
          <w:rPr>
            <w:noProof/>
            <w:webHidden/>
          </w:rPr>
          <w:fldChar w:fldCharType="separate"/>
        </w:r>
        <w:r>
          <w:rPr>
            <w:noProof/>
            <w:webHidden/>
          </w:rPr>
          <w:t>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27" w:history="1">
        <w:r w:rsidRPr="000C3F7E">
          <w:rPr>
            <w:rStyle w:val="Hyperlink"/>
            <w:noProof/>
          </w:rPr>
          <w:t>Figure 4: The features section</w:t>
        </w:r>
        <w:r>
          <w:rPr>
            <w:noProof/>
            <w:webHidden/>
          </w:rPr>
          <w:tab/>
        </w:r>
        <w:r>
          <w:rPr>
            <w:noProof/>
            <w:webHidden/>
          </w:rPr>
          <w:fldChar w:fldCharType="begin"/>
        </w:r>
        <w:r>
          <w:rPr>
            <w:noProof/>
            <w:webHidden/>
          </w:rPr>
          <w:instrText xml:space="preserve"> PAGEREF _Toc237420027 \h </w:instrText>
        </w:r>
        <w:r>
          <w:rPr>
            <w:noProof/>
            <w:webHidden/>
          </w:rPr>
        </w:r>
        <w:r>
          <w:rPr>
            <w:noProof/>
            <w:webHidden/>
          </w:rPr>
          <w:fldChar w:fldCharType="separate"/>
        </w:r>
        <w:r>
          <w:rPr>
            <w:noProof/>
            <w:webHidden/>
          </w:rPr>
          <w:t>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28" w:history="1">
        <w:r w:rsidRPr="000C3F7E">
          <w:rPr>
            <w:rStyle w:val="Hyperlink"/>
            <w:noProof/>
          </w:rPr>
          <w:t>Figure 5: The product tour section</w:t>
        </w:r>
        <w:r>
          <w:rPr>
            <w:noProof/>
            <w:webHidden/>
          </w:rPr>
          <w:tab/>
        </w:r>
        <w:r>
          <w:rPr>
            <w:noProof/>
            <w:webHidden/>
          </w:rPr>
          <w:fldChar w:fldCharType="begin"/>
        </w:r>
        <w:r>
          <w:rPr>
            <w:noProof/>
            <w:webHidden/>
          </w:rPr>
          <w:instrText xml:space="preserve"> PAGEREF _Toc237420028 \h </w:instrText>
        </w:r>
        <w:r>
          <w:rPr>
            <w:noProof/>
            <w:webHidden/>
          </w:rPr>
        </w:r>
        <w:r>
          <w:rPr>
            <w:noProof/>
            <w:webHidden/>
          </w:rPr>
          <w:fldChar w:fldCharType="separate"/>
        </w:r>
        <w:r>
          <w:rPr>
            <w:noProof/>
            <w:webHidden/>
          </w:rPr>
          <w:t>10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29" w:history="1">
        <w:r w:rsidRPr="000C3F7E">
          <w:rPr>
            <w:rStyle w:val="Hyperlink"/>
            <w:noProof/>
          </w:rPr>
          <w:t>Figure 6: The why choose us section</w:t>
        </w:r>
        <w:r>
          <w:rPr>
            <w:noProof/>
            <w:webHidden/>
          </w:rPr>
          <w:tab/>
        </w:r>
        <w:r>
          <w:rPr>
            <w:noProof/>
            <w:webHidden/>
          </w:rPr>
          <w:fldChar w:fldCharType="begin"/>
        </w:r>
        <w:r>
          <w:rPr>
            <w:noProof/>
            <w:webHidden/>
          </w:rPr>
          <w:instrText xml:space="preserve"> PAGEREF _Toc237420029 \h </w:instrText>
        </w:r>
        <w:r>
          <w:rPr>
            <w:noProof/>
            <w:webHidden/>
          </w:rPr>
        </w:r>
        <w:r>
          <w:rPr>
            <w:noProof/>
            <w:webHidden/>
          </w:rPr>
          <w:fldChar w:fldCharType="separate"/>
        </w:r>
        <w:r>
          <w:rPr>
            <w:noProof/>
            <w:webHidden/>
          </w:rPr>
          <w:t>11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0" w:history="1">
        <w:r w:rsidRPr="000C3F7E">
          <w:rPr>
            <w:rStyle w:val="Hyperlink"/>
            <w:noProof/>
          </w:rPr>
          <w:t>Figure 7: The about section</w:t>
        </w:r>
        <w:r>
          <w:rPr>
            <w:noProof/>
            <w:webHidden/>
          </w:rPr>
          <w:tab/>
        </w:r>
        <w:r>
          <w:rPr>
            <w:noProof/>
            <w:webHidden/>
          </w:rPr>
          <w:fldChar w:fldCharType="begin"/>
        </w:r>
        <w:r>
          <w:rPr>
            <w:noProof/>
            <w:webHidden/>
          </w:rPr>
          <w:instrText xml:space="preserve"> PAGEREF _Toc237420030 \h </w:instrText>
        </w:r>
        <w:r>
          <w:rPr>
            <w:noProof/>
            <w:webHidden/>
          </w:rPr>
        </w:r>
        <w:r>
          <w:rPr>
            <w:noProof/>
            <w:webHidden/>
          </w:rPr>
          <w:fldChar w:fldCharType="separate"/>
        </w:r>
        <w:r>
          <w:rPr>
            <w:noProof/>
            <w:webHidden/>
          </w:rPr>
          <w:t>12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1" w:history="1">
        <w:r w:rsidRPr="000C3F7E">
          <w:rPr>
            <w:rStyle w:val="Hyperlink"/>
            <w:noProof/>
          </w:rPr>
          <w:t>Figure 8: The team section</w:t>
        </w:r>
        <w:r>
          <w:rPr>
            <w:noProof/>
            <w:webHidden/>
          </w:rPr>
          <w:tab/>
        </w:r>
        <w:r>
          <w:rPr>
            <w:noProof/>
            <w:webHidden/>
          </w:rPr>
          <w:fldChar w:fldCharType="begin"/>
        </w:r>
        <w:r>
          <w:rPr>
            <w:noProof/>
            <w:webHidden/>
          </w:rPr>
          <w:instrText xml:space="preserve"> PAGEREF _Toc237420031 \h </w:instrText>
        </w:r>
        <w:r>
          <w:rPr>
            <w:noProof/>
            <w:webHidden/>
          </w:rPr>
        </w:r>
        <w:r>
          <w:rPr>
            <w:noProof/>
            <w:webHidden/>
          </w:rPr>
          <w:fldChar w:fldCharType="separate"/>
        </w:r>
        <w:r>
          <w:rPr>
            <w:noProof/>
            <w:webHidden/>
          </w:rPr>
          <w:t>13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2" w:history="1">
        <w:r w:rsidRPr="000C3F7E">
          <w:rPr>
            <w:rStyle w:val="Hyperlink"/>
            <w:noProof/>
          </w:rPr>
          <w:t>Figure 9: The testimonials section</w:t>
        </w:r>
        <w:r>
          <w:rPr>
            <w:noProof/>
            <w:webHidden/>
          </w:rPr>
          <w:tab/>
        </w:r>
        <w:r>
          <w:rPr>
            <w:noProof/>
            <w:webHidden/>
          </w:rPr>
          <w:fldChar w:fldCharType="begin"/>
        </w:r>
        <w:r>
          <w:rPr>
            <w:noProof/>
            <w:webHidden/>
          </w:rPr>
          <w:instrText xml:space="preserve"> PAGEREF _Toc237420032 \h </w:instrText>
        </w:r>
        <w:r>
          <w:rPr>
            <w:noProof/>
            <w:webHidden/>
          </w:rPr>
        </w:r>
        <w:r>
          <w:rPr>
            <w:noProof/>
            <w:webHidden/>
          </w:rPr>
          <w:fldChar w:fldCharType="separate"/>
        </w:r>
        <w:r>
          <w:rPr>
            <w:noProof/>
            <w:webHidden/>
          </w:rPr>
          <w:t>14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3" w:history="1">
        <w:r w:rsidRPr="000C3F7E">
          <w:rPr>
            <w:rStyle w:val="Hyperlink"/>
            <w:noProof/>
          </w:rPr>
          <w:t>Figure 10: The pricing plans section</w:t>
        </w:r>
        <w:r>
          <w:rPr>
            <w:noProof/>
            <w:webHidden/>
          </w:rPr>
          <w:tab/>
        </w:r>
        <w:r>
          <w:rPr>
            <w:noProof/>
            <w:webHidden/>
          </w:rPr>
          <w:fldChar w:fldCharType="begin"/>
        </w:r>
        <w:r>
          <w:rPr>
            <w:noProof/>
            <w:webHidden/>
          </w:rPr>
          <w:instrText xml:space="preserve"> PAGEREF _Toc237420033 \h </w:instrText>
        </w:r>
        <w:r>
          <w:rPr>
            <w:noProof/>
            <w:webHidden/>
          </w:rPr>
        </w:r>
        <w:r>
          <w:rPr>
            <w:noProof/>
            <w:webHidden/>
          </w:rPr>
          <w:fldChar w:fldCharType="separate"/>
        </w:r>
        <w:r>
          <w:rPr>
            <w:noProof/>
            <w:webHidden/>
          </w:rPr>
          <w:t>15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4" w:history="1">
        <w:r w:rsidRPr="000C3F7E">
          <w:rPr>
            <w:rStyle w:val="Hyperlink"/>
            <w:noProof/>
          </w:rPr>
          <w:t>Figure 11: The frequently asked questions section</w:t>
        </w:r>
        <w:r>
          <w:rPr>
            <w:noProof/>
            <w:webHidden/>
          </w:rPr>
          <w:tab/>
        </w:r>
        <w:r>
          <w:rPr>
            <w:noProof/>
            <w:webHidden/>
          </w:rPr>
          <w:fldChar w:fldCharType="begin"/>
        </w:r>
        <w:r>
          <w:rPr>
            <w:noProof/>
            <w:webHidden/>
          </w:rPr>
          <w:instrText xml:space="preserve"> PAGEREF _Toc237420034 \h </w:instrText>
        </w:r>
        <w:r>
          <w:rPr>
            <w:noProof/>
            <w:webHidden/>
          </w:rPr>
        </w:r>
        <w:r>
          <w:rPr>
            <w:noProof/>
            <w:webHidden/>
          </w:rPr>
          <w:fldChar w:fldCharType="separate"/>
        </w:r>
        <w:r>
          <w:rPr>
            <w:noProof/>
            <w:webHidden/>
          </w:rPr>
          <w:t>16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5" w:history="1">
        <w:r w:rsidRPr="000C3F7E">
          <w:rPr>
            <w:rStyle w:val="Hyperlink"/>
            <w:noProof/>
          </w:rPr>
          <w:t>Figure 12: The newsletter section</w:t>
        </w:r>
        <w:r>
          <w:rPr>
            <w:noProof/>
            <w:webHidden/>
          </w:rPr>
          <w:tab/>
        </w:r>
        <w:r>
          <w:rPr>
            <w:noProof/>
            <w:webHidden/>
          </w:rPr>
          <w:fldChar w:fldCharType="begin"/>
        </w:r>
        <w:r>
          <w:rPr>
            <w:noProof/>
            <w:webHidden/>
          </w:rPr>
          <w:instrText xml:space="preserve"> PAGEREF _Toc237420035 \h </w:instrText>
        </w:r>
        <w:r>
          <w:rPr>
            <w:noProof/>
            <w:webHidden/>
          </w:rPr>
        </w:r>
        <w:r>
          <w:rPr>
            <w:noProof/>
            <w:webHidden/>
          </w:rPr>
          <w:fldChar w:fldCharType="separate"/>
        </w:r>
        <w:r>
          <w:rPr>
            <w:noProof/>
            <w:webHidden/>
          </w:rPr>
          <w:t>17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6" w:history="1">
        <w:r w:rsidRPr="000C3F7E">
          <w:rPr>
            <w:rStyle w:val="Hyperlink"/>
            <w:noProof/>
          </w:rPr>
          <w:t>Figure 13: The contact section</w:t>
        </w:r>
        <w:r>
          <w:rPr>
            <w:noProof/>
            <w:webHidden/>
          </w:rPr>
          <w:tab/>
        </w:r>
        <w:r>
          <w:rPr>
            <w:noProof/>
            <w:webHidden/>
          </w:rPr>
          <w:fldChar w:fldCharType="begin"/>
        </w:r>
        <w:r>
          <w:rPr>
            <w:noProof/>
            <w:webHidden/>
          </w:rPr>
          <w:instrText xml:space="preserve"> PAGEREF _Toc237420036 \h </w:instrText>
        </w:r>
        <w:r>
          <w:rPr>
            <w:noProof/>
            <w:webHidden/>
          </w:rPr>
        </w:r>
        <w:r>
          <w:rPr>
            <w:noProof/>
            <w:webHidden/>
          </w:rPr>
          <w:fldChar w:fldCharType="separate"/>
        </w:r>
        <w:r>
          <w:rPr>
            <w:noProof/>
            <w:webHidden/>
          </w:rPr>
          <w:t>18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7" w:history="1">
        <w:r w:rsidRPr="000C3F7E">
          <w:rPr>
            <w:rStyle w:val="Hyperlink"/>
            <w:noProof/>
          </w:rPr>
          <w:t>Figure 14: The footer section</w:t>
        </w:r>
        <w:r>
          <w:rPr>
            <w:noProof/>
            <w:webHidden/>
          </w:rPr>
          <w:tab/>
        </w:r>
        <w:r>
          <w:rPr>
            <w:noProof/>
            <w:webHidden/>
          </w:rPr>
          <w:fldChar w:fldCharType="begin"/>
        </w:r>
        <w:r>
          <w:rPr>
            <w:noProof/>
            <w:webHidden/>
          </w:rPr>
          <w:instrText xml:space="preserve"> PAGEREF _Toc237420037 \h </w:instrText>
        </w:r>
        <w:r>
          <w:rPr>
            <w:noProof/>
            <w:webHidden/>
          </w:rPr>
        </w:r>
        <w:r>
          <w:rPr>
            <w:noProof/>
            <w:webHidden/>
          </w:rPr>
          <w:fldChar w:fldCharType="separate"/>
        </w:r>
        <w:r>
          <w:rPr>
            <w:noProof/>
            <w:webHidden/>
          </w:rPr>
          <w:t>19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8" w:history="1">
        <w:r w:rsidRPr="000C3F7E">
          <w:rPr>
            <w:rStyle w:val="Hyperlink"/>
            <w:noProof/>
          </w:rPr>
          <w:t>Figure 15: The pricing page</w:t>
        </w:r>
        <w:r>
          <w:rPr>
            <w:noProof/>
            <w:webHidden/>
          </w:rPr>
          <w:tab/>
        </w:r>
        <w:r>
          <w:rPr>
            <w:noProof/>
            <w:webHidden/>
          </w:rPr>
          <w:fldChar w:fldCharType="begin"/>
        </w:r>
        <w:r>
          <w:rPr>
            <w:noProof/>
            <w:webHidden/>
          </w:rPr>
          <w:instrText xml:space="preserve"> PAGEREF _Toc237420038 \h </w:instrText>
        </w:r>
        <w:r>
          <w:rPr>
            <w:noProof/>
            <w:webHidden/>
          </w:rPr>
        </w:r>
        <w:r>
          <w:rPr>
            <w:noProof/>
            <w:webHidden/>
          </w:rPr>
          <w:fldChar w:fldCharType="separate"/>
        </w:r>
        <w:r>
          <w:rPr>
            <w:noProof/>
            <w:webHidden/>
          </w:rPr>
          <w:t>21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39" w:history="1">
        <w:r w:rsidRPr="000C3F7E">
          <w:rPr>
            <w:rStyle w:val="Hyperlink"/>
            <w:noProof/>
          </w:rPr>
          <w:t>Figure 16: The developer documentation</w:t>
        </w:r>
        <w:r>
          <w:rPr>
            <w:noProof/>
            <w:webHidden/>
          </w:rPr>
          <w:tab/>
        </w:r>
        <w:r>
          <w:rPr>
            <w:noProof/>
            <w:webHidden/>
          </w:rPr>
          <w:fldChar w:fldCharType="begin"/>
        </w:r>
        <w:r>
          <w:rPr>
            <w:noProof/>
            <w:webHidden/>
          </w:rPr>
          <w:instrText xml:space="preserve"> PAGEREF _Toc237420039 \h </w:instrText>
        </w:r>
        <w:r>
          <w:rPr>
            <w:noProof/>
            <w:webHidden/>
          </w:rPr>
        </w:r>
        <w:r>
          <w:rPr>
            <w:noProof/>
            <w:webHidden/>
          </w:rPr>
          <w:fldChar w:fldCharType="separate"/>
        </w:r>
        <w:r>
          <w:rPr>
            <w:noProof/>
            <w:webHidden/>
          </w:rPr>
          <w:t>22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0" w:history="1">
        <w:r w:rsidRPr="000C3F7E">
          <w:rPr>
            <w:rStyle w:val="Hyperlink"/>
            <w:noProof/>
          </w:rPr>
          <w:t>Figure 17: The registration page</w:t>
        </w:r>
        <w:r>
          <w:rPr>
            <w:noProof/>
            <w:webHidden/>
          </w:rPr>
          <w:tab/>
        </w:r>
        <w:r>
          <w:rPr>
            <w:noProof/>
            <w:webHidden/>
          </w:rPr>
          <w:fldChar w:fldCharType="begin"/>
        </w:r>
        <w:r>
          <w:rPr>
            <w:noProof/>
            <w:webHidden/>
          </w:rPr>
          <w:instrText xml:space="preserve"> PAGEREF _Toc237420040 \h </w:instrText>
        </w:r>
        <w:r>
          <w:rPr>
            <w:noProof/>
            <w:webHidden/>
          </w:rPr>
        </w:r>
        <w:r>
          <w:rPr>
            <w:noProof/>
            <w:webHidden/>
          </w:rPr>
          <w:fldChar w:fldCharType="separate"/>
        </w:r>
        <w:r>
          <w:rPr>
            <w:noProof/>
            <w:webHidden/>
          </w:rPr>
          <w:t>24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1" w:history="1">
        <w:r w:rsidRPr="000C3F7E">
          <w:rPr>
            <w:rStyle w:val="Hyperlink"/>
            <w:noProof/>
          </w:rPr>
          <w:t>Figure 18: The sign-in page</w:t>
        </w:r>
        <w:r>
          <w:rPr>
            <w:noProof/>
            <w:webHidden/>
          </w:rPr>
          <w:tab/>
        </w:r>
        <w:r>
          <w:rPr>
            <w:noProof/>
            <w:webHidden/>
          </w:rPr>
          <w:fldChar w:fldCharType="begin"/>
        </w:r>
        <w:r>
          <w:rPr>
            <w:noProof/>
            <w:webHidden/>
          </w:rPr>
          <w:instrText xml:space="preserve"> PAGEREF _Toc237420041 \h </w:instrText>
        </w:r>
        <w:r>
          <w:rPr>
            <w:noProof/>
            <w:webHidden/>
          </w:rPr>
        </w:r>
        <w:r>
          <w:rPr>
            <w:noProof/>
            <w:webHidden/>
          </w:rPr>
          <w:fldChar w:fldCharType="separate"/>
        </w:r>
        <w:r>
          <w:rPr>
            <w:noProof/>
            <w:webHidden/>
          </w:rPr>
          <w:t>25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2" w:history="1">
        <w:r w:rsidRPr="000C3F7E">
          <w:rPr>
            <w:rStyle w:val="Hyperlink"/>
            <w:noProof/>
          </w:rPr>
          <w:t>Figure 19: The workspace, common to every page</w:t>
        </w:r>
        <w:r>
          <w:rPr>
            <w:noProof/>
            <w:webHidden/>
          </w:rPr>
          <w:tab/>
        </w:r>
        <w:r>
          <w:rPr>
            <w:noProof/>
            <w:webHidden/>
          </w:rPr>
          <w:fldChar w:fldCharType="begin"/>
        </w:r>
        <w:r>
          <w:rPr>
            <w:noProof/>
            <w:webHidden/>
          </w:rPr>
          <w:instrText xml:space="preserve"> PAGEREF _Toc237420042 \h </w:instrText>
        </w:r>
        <w:r>
          <w:rPr>
            <w:noProof/>
            <w:webHidden/>
          </w:rPr>
        </w:r>
        <w:r>
          <w:rPr>
            <w:noProof/>
            <w:webHidden/>
          </w:rPr>
          <w:fldChar w:fldCharType="separate"/>
        </w:r>
        <w:r>
          <w:rPr>
            <w:noProof/>
            <w:webHidden/>
          </w:rPr>
          <w:t>26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3" w:history="1">
        <w:r w:rsidRPr="000C3F7E">
          <w:rPr>
            <w:rStyle w:val="Hyperlink"/>
            <w:noProof/>
          </w:rPr>
          <w:t>Figure 20: The dashboard</w:t>
        </w:r>
        <w:r>
          <w:rPr>
            <w:noProof/>
            <w:webHidden/>
          </w:rPr>
          <w:tab/>
        </w:r>
        <w:r>
          <w:rPr>
            <w:noProof/>
            <w:webHidden/>
          </w:rPr>
          <w:fldChar w:fldCharType="begin"/>
        </w:r>
        <w:r>
          <w:rPr>
            <w:noProof/>
            <w:webHidden/>
          </w:rPr>
          <w:instrText xml:space="preserve"> PAGEREF _Toc237420043 \h </w:instrText>
        </w:r>
        <w:r>
          <w:rPr>
            <w:noProof/>
            <w:webHidden/>
          </w:rPr>
        </w:r>
        <w:r>
          <w:rPr>
            <w:noProof/>
            <w:webHidden/>
          </w:rPr>
          <w:fldChar w:fldCharType="separate"/>
        </w:r>
        <w:r>
          <w:rPr>
            <w:noProof/>
            <w:webHidden/>
          </w:rPr>
          <w:t>27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4" w:history="1">
        <w:r w:rsidRPr="000C3F7E">
          <w:rPr>
            <w:rStyle w:val="Hyperlink"/>
            <w:noProof/>
          </w:rPr>
          <w:t>Figure 21: The anatomy of a list page, shown on Employees</w:t>
        </w:r>
        <w:r>
          <w:rPr>
            <w:noProof/>
            <w:webHidden/>
          </w:rPr>
          <w:tab/>
        </w:r>
        <w:r>
          <w:rPr>
            <w:noProof/>
            <w:webHidden/>
          </w:rPr>
          <w:fldChar w:fldCharType="begin"/>
        </w:r>
        <w:r>
          <w:rPr>
            <w:noProof/>
            <w:webHidden/>
          </w:rPr>
          <w:instrText xml:space="preserve"> PAGEREF _Toc237420044 \h </w:instrText>
        </w:r>
        <w:r>
          <w:rPr>
            <w:noProof/>
            <w:webHidden/>
          </w:rPr>
        </w:r>
        <w:r>
          <w:rPr>
            <w:noProof/>
            <w:webHidden/>
          </w:rPr>
          <w:fldChar w:fldCharType="separate"/>
        </w:r>
        <w:r>
          <w:rPr>
            <w:noProof/>
            <w:webHidden/>
          </w:rPr>
          <w:t>28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5" w:history="1">
        <w:r w:rsidRPr="000C3F7E">
          <w:rPr>
            <w:rStyle w:val="Hyperlink"/>
            <w:noProof/>
          </w:rPr>
          <w:t>Figure 22: The Users page</w:t>
        </w:r>
        <w:r>
          <w:rPr>
            <w:noProof/>
            <w:webHidden/>
          </w:rPr>
          <w:tab/>
        </w:r>
        <w:r>
          <w:rPr>
            <w:noProof/>
            <w:webHidden/>
          </w:rPr>
          <w:fldChar w:fldCharType="begin"/>
        </w:r>
        <w:r>
          <w:rPr>
            <w:noProof/>
            <w:webHidden/>
          </w:rPr>
          <w:instrText xml:space="preserve"> PAGEREF _Toc237420045 \h </w:instrText>
        </w:r>
        <w:r>
          <w:rPr>
            <w:noProof/>
            <w:webHidden/>
          </w:rPr>
        </w:r>
        <w:r>
          <w:rPr>
            <w:noProof/>
            <w:webHidden/>
          </w:rPr>
          <w:fldChar w:fldCharType="separate"/>
        </w:r>
        <w:r>
          <w:rPr>
            <w:noProof/>
            <w:webHidden/>
          </w:rPr>
          <w:t>31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6" w:history="1">
        <w:r w:rsidRPr="000C3F7E">
          <w:rPr>
            <w:rStyle w:val="Hyperlink"/>
            <w:noProof/>
          </w:rPr>
          <w:t>Figure 23: The Add User form</w:t>
        </w:r>
        <w:r>
          <w:rPr>
            <w:noProof/>
            <w:webHidden/>
          </w:rPr>
          <w:tab/>
        </w:r>
        <w:r>
          <w:rPr>
            <w:noProof/>
            <w:webHidden/>
          </w:rPr>
          <w:fldChar w:fldCharType="begin"/>
        </w:r>
        <w:r>
          <w:rPr>
            <w:noProof/>
            <w:webHidden/>
          </w:rPr>
          <w:instrText xml:space="preserve"> PAGEREF _Toc237420046 \h </w:instrText>
        </w:r>
        <w:r>
          <w:rPr>
            <w:noProof/>
            <w:webHidden/>
          </w:rPr>
        </w:r>
        <w:r>
          <w:rPr>
            <w:noProof/>
            <w:webHidden/>
          </w:rPr>
          <w:fldChar w:fldCharType="separate"/>
        </w:r>
        <w:r>
          <w:rPr>
            <w:noProof/>
            <w:webHidden/>
          </w:rPr>
          <w:t>32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7" w:history="1">
        <w:r w:rsidRPr="000C3F7E">
          <w:rPr>
            <w:rStyle w:val="Hyperlink"/>
            <w:noProof/>
          </w:rPr>
          <w:t>Figure 24: The Roles page</w:t>
        </w:r>
        <w:r>
          <w:rPr>
            <w:noProof/>
            <w:webHidden/>
          </w:rPr>
          <w:tab/>
        </w:r>
        <w:r>
          <w:rPr>
            <w:noProof/>
            <w:webHidden/>
          </w:rPr>
          <w:fldChar w:fldCharType="begin"/>
        </w:r>
        <w:r>
          <w:rPr>
            <w:noProof/>
            <w:webHidden/>
          </w:rPr>
          <w:instrText xml:space="preserve"> PAGEREF _Toc237420047 \h </w:instrText>
        </w:r>
        <w:r>
          <w:rPr>
            <w:noProof/>
            <w:webHidden/>
          </w:rPr>
        </w:r>
        <w:r>
          <w:rPr>
            <w:noProof/>
            <w:webHidden/>
          </w:rPr>
          <w:fldChar w:fldCharType="separate"/>
        </w:r>
        <w:r>
          <w:rPr>
            <w:noProof/>
            <w:webHidden/>
          </w:rPr>
          <w:t>33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8" w:history="1">
        <w:r w:rsidRPr="000C3F7E">
          <w:rPr>
            <w:rStyle w:val="Hyperlink"/>
            <w:noProof/>
          </w:rPr>
          <w:t>Figure 25: The Add New Role form</w:t>
        </w:r>
        <w:r>
          <w:rPr>
            <w:noProof/>
            <w:webHidden/>
          </w:rPr>
          <w:tab/>
        </w:r>
        <w:r>
          <w:rPr>
            <w:noProof/>
            <w:webHidden/>
          </w:rPr>
          <w:fldChar w:fldCharType="begin"/>
        </w:r>
        <w:r>
          <w:rPr>
            <w:noProof/>
            <w:webHidden/>
          </w:rPr>
          <w:instrText xml:space="preserve"> PAGEREF _Toc237420048 \h </w:instrText>
        </w:r>
        <w:r>
          <w:rPr>
            <w:noProof/>
            <w:webHidden/>
          </w:rPr>
        </w:r>
        <w:r>
          <w:rPr>
            <w:noProof/>
            <w:webHidden/>
          </w:rPr>
          <w:fldChar w:fldCharType="separate"/>
        </w:r>
        <w:r>
          <w:rPr>
            <w:noProof/>
            <w:webHidden/>
          </w:rPr>
          <w:t>34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49" w:history="1">
        <w:r w:rsidRPr="000C3F7E">
          <w:rPr>
            <w:rStyle w:val="Hyperlink"/>
            <w:noProof/>
          </w:rPr>
          <w:t>Figure 26: The Branches page</w:t>
        </w:r>
        <w:r>
          <w:rPr>
            <w:noProof/>
            <w:webHidden/>
          </w:rPr>
          <w:tab/>
        </w:r>
        <w:r>
          <w:rPr>
            <w:noProof/>
            <w:webHidden/>
          </w:rPr>
          <w:fldChar w:fldCharType="begin"/>
        </w:r>
        <w:r>
          <w:rPr>
            <w:noProof/>
            <w:webHidden/>
          </w:rPr>
          <w:instrText xml:space="preserve"> PAGEREF _Toc237420049 \h </w:instrText>
        </w:r>
        <w:r>
          <w:rPr>
            <w:noProof/>
            <w:webHidden/>
          </w:rPr>
        </w:r>
        <w:r>
          <w:rPr>
            <w:noProof/>
            <w:webHidden/>
          </w:rPr>
          <w:fldChar w:fldCharType="separate"/>
        </w:r>
        <w:r>
          <w:rPr>
            <w:noProof/>
            <w:webHidden/>
          </w:rPr>
          <w:t>36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0" w:history="1">
        <w:r w:rsidRPr="000C3F7E">
          <w:rPr>
            <w:rStyle w:val="Hyperlink"/>
            <w:noProof/>
          </w:rPr>
          <w:t>Figure 27: The Add Branch form</w:t>
        </w:r>
        <w:r>
          <w:rPr>
            <w:noProof/>
            <w:webHidden/>
          </w:rPr>
          <w:tab/>
        </w:r>
        <w:r>
          <w:rPr>
            <w:noProof/>
            <w:webHidden/>
          </w:rPr>
          <w:fldChar w:fldCharType="begin"/>
        </w:r>
        <w:r>
          <w:rPr>
            <w:noProof/>
            <w:webHidden/>
          </w:rPr>
          <w:instrText xml:space="preserve"> PAGEREF _Toc237420050 \h </w:instrText>
        </w:r>
        <w:r>
          <w:rPr>
            <w:noProof/>
            <w:webHidden/>
          </w:rPr>
        </w:r>
        <w:r>
          <w:rPr>
            <w:noProof/>
            <w:webHidden/>
          </w:rPr>
          <w:fldChar w:fldCharType="separate"/>
        </w:r>
        <w:r>
          <w:rPr>
            <w:noProof/>
            <w:webHidden/>
          </w:rPr>
          <w:t>37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1" w:history="1">
        <w:r w:rsidRPr="000C3F7E">
          <w:rPr>
            <w:rStyle w:val="Hyperlink"/>
            <w:noProof/>
          </w:rPr>
          <w:t>Figure 28: The Departments page</w:t>
        </w:r>
        <w:r>
          <w:rPr>
            <w:noProof/>
            <w:webHidden/>
          </w:rPr>
          <w:tab/>
        </w:r>
        <w:r>
          <w:rPr>
            <w:noProof/>
            <w:webHidden/>
          </w:rPr>
          <w:fldChar w:fldCharType="begin"/>
        </w:r>
        <w:r>
          <w:rPr>
            <w:noProof/>
            <w:webHidden/>
          </w:rPr>
          <w:instrText xml:space="preserve"> PAGEREF _Toc237420051 \h </w:instrText>
        </w:r>
        <w:r>
          <w:rPr>
            <w:noProof/>
            <w:webHidden/>
          </w:rPr>
        </w:r>
        <w:r>
          <w:rPr>
            <w:noProof/>
            <w:webHidden/>
          </w:rPr>
          <w:fldChar w:fldCharType="separate"/>
        </w:r>
        <w:r>
          <w:rPr>
            <w:noProof/>
            <w:webHidden/>
          </w:rPr>
          <w:t>38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2" w:history="1">
        <w:r w:rsidRPr="000C3F7E">
          <w:rPr>
            <w:rStyle w:val="Hyperlink"/>
            <w:noProof/>
          </w:rPr>
          <w:t>Figure 29: The Add Department form</w:t>
        </w:r>
        <w:r>
          <w:rPr>
            <w:noProof/>
            <w:webHidden/>
          </w:rPr>
          <w:tab/>
        </w:r>
        <w:r>
          <w:rPr>
            <w:noProof/>
            <w:webHidden/>
          </w:rPr>
          <w:fldChar w:fldCharType="begin"/>
        </w:r>
        <w:r>
          <w:rPr>
            <w:noProof/>
            <w:webHidden/>
          </w:rPr>
          <w:instrText xml:space="preserve"> PAGEREF _Toc237420052 \h </w:instrText>
        </w:r>
        <w:r>
          <w:rPr>
            <w:noProof/>
            <w:webHidden/>
          </w:rPr>
        </w:r>
        <w:r>
          <w:rPr>
            <w:noProof/>
            <w:webHidden/>
          </w:rPr>
          <w:fldChar w:fldCharType="separate"/>
        </w:r>
        <w:r>
          <w:rPr>
            <w:noProof/>
            <w:webHidden/>
          </w:rPr>
          <w:t>39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3" w:history="1">
        <w:r w:rsidRPr="000C3F7E">
          <w:rPr>
            <w:rStyle w:val="Hyperlink"/>
            <w:noProof/>
          </w:rPr>
          <w:t>Figure 30: The Designations page</w:t>
        </w:r>
        <w:r>
          <w:rPr>
            <w:noProof/>
            <w:webHidden/>
          </w:rPr>
          <w:tab/>
        </w:r>
        <w:r>
          <w:rPr>
            <w:noProof/>
            <w:webHidden/>
          </w:rPr>
          <w:fldChar w:fldCharType="begin"/>
        </w:r>
        <w:r>
          <w:rPr>
            <w:noProof/>
            <w:webHidden/>
          </w:rPr>
          <w:instrText xml:space="preserve"> PAGEREF _Toc237420053 \h </w:instrText>
        </w:r>
        <w:r>
          <w:rPr>
            <w:noProof/>
            <w:webHidden/>
          </w:rPr>
        </w:r>
        <w:r>
          <w:rPr>
            <w:noProof/>
            <w:webHidden/>
          </w:rPr>
          <w:fldChar w:fldCharType="separate"/>
        </w:r>
        <w:r>
          <w:rPr>
            <w:noProof/>
            <w:webHidden/>
          </w:rPr>
          <w:t>40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4" w:history="1">
        <w:r w:rsidRPr="000C3F7E">
          <w:rPr>
            <w:rStyle w:val="Hyperlink"/>
            <w:noProof/>
          </w:rPr>
          <w:t>Figure 31: The Add Designation form</w:t>
        </w:r>
        <w:r>
          <w:rPr>
            <w:noProof/>
            <w:webHidden/>
          </w:rPr>
          <w:tab/>
        </w:r>
        <w:r>
          <w:rPr>
            <w:noProof/>
            <w:webHidden/>
          </w:rPr>
          <w:fldChar w:fldCharType="begin"/>
        </w:r>
        <w:r>
          <w:rPr>
            <w:noProof/>
            <w:webHidden/>
          </w:rPr>
          <w:instrText xml:space="preserve"> PAGEREF _Toc237420054 \h </w:instrText>
        </w:r>
        <w:r>
          <w:rPr>
            <w:noProof/>
            <w:webHidden/>
          </w:rPr>
        </w:r>
        <w:r>
          <w:rPr>
            <w:noProof/>
            <w:webHidden/>
          </w:rPr>
          <w:fldChar w:fldCharType="separate"/>
        </w:r>
        <w:r>
          <w:rPr>
            <w:noProof/>
            <w:webHidden/>
          </w:rPr>
          <w:t>41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5" w:history="1">
        <w:r w:rsidRPr="000C3F7E">
          <w:rPr>
            <w:rStyle w:val="Hyperlink"/>
            <w:noProof/>
          </w:rPr>
          <w:t>Figure 32: The Document Types page</w:t>
        </w:r>
        <w:r>
          <w:rPr>
            <w:noProof/>
            <w:webHidden/>
          </w:rPr>
          <w:tab/>
        </w:r>
        <w:r>
          <w:rPr>
            <w:noProof/>
            <w:webHidden/>
          </w:rPr>
          <w:fldChar w:fldCharType="begin"/>
        </w:r>
        <w:r>
          <w:rPr>
            <w:noProof/>
            <w:webHidden/>
          </w:rPr>
          <w:instrText xml:space="preserve"> PAGEREF _Toc237420055 \h </w:instrText>
        </w:r>
        <w:r>
          <w:rPr>
            <w:noProof/>
            <w:webHidden/>
          </w:rPr>
        </w:r>
        <w:r>
          <w:rPr>
            <w:noProof/>
            <w:webHidden/>
          </w:rPr>
          <w:fldChar w:fldCharType="separate"/>
        </w:r>
        <w:r>
          <w:rPr>
            <w:noProof/>
            <w:webHidden/>
          </w:rPr>
          <w:t>42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6" w:history="1">
        <w:r w:rsidRPr="000C3F7E">
          <w:rPr>
            <w:rStyle w:val="Hyperlink"/>
            <w:noProof/>
          </w:rPr>
          <w:t>Figure 33: The Add Document Type form</w:t>
        </w:r>
        <w:r>
          <w:rPr>
            <w:noProof/>
            <w:webHidden/>
          </w:rPr>
          <w:tab/>
        </w:r>
        <w:r>
          <w:rPr>
            <w:noProof/>
            <w:webHidden/>
          </w:rPr>
          <w:fldChar w:fldCharType="begin"/>
        </w:r>
        <w:r>
          <w:rPr>
            <w:noProof/>
            <w:webHidden/>
          </w:rPr>
          <w:instrText xml:space="preserve"> PAGEREF _Toc237420056 \h </w:instrText>
        </w:r>
        <w:r>
          <w:rPr>
            <w:noProof/>
            <w:webHidden/>
          </w:rPr>
        </w:r>
        <w:r>
          <w:rPr>
            <w:noProof/>
            <w:webHidden/>
          </w:rPr>
          <w:fldChar w:fldCharType="separate"/>
        </w:r>
        <w:r>
          <w:rPr>
            <w:noProof/>
            <w:webHidden/>
          </w:rPr>
          <w:t>43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7" w:history="1">
        <w:r w:rsidRPr="000C3F7E">
          <w:rPr>
            <w:rStyle w:val="Hyperlink"/>
            <w:noProof/>
          </w:rPr>
          <w:t>Figure 34: The Employees page</w:t>
        </w:r>
        <w:r>
          <w:rPr>
            <w:noProof/>
            <w:webHidden/>
          </w:rPr>
          <w:tab/>
        </w:r>
        <w:r>
          <w:rPr>
            <w:noProof/>
            <w:webHidden/>
          </w:rPr>
          <w:fldChar w:fldCharType="begin"/>
        </w:r>
        <w:r>
          <w:rPr>
            <w:noProof/>
            <w:webHidden/>
          </w:rPr>
          <w:instrText xml:space="preserve"> PAGEREF _Toc237420057 \h </w:instrText>
        </w:r>
        <w:r>
          <w:rPr>
            <w:noProof/>
            <w:webHidden/>
          </w:rPr>
        </w:r>
        <w:r>
          <w:rPr>
            <w:noProof/>
            <w:webHidden/>
          </w:rPr>
          <w:fldChar w:fldCharType="separate"/>
        </w:r>
        <w:r>
          <w:rPr>
            <w:noProof/>
            <w:webHidden/>
          </w:rPr>
          <w:t>45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8" w:history="1">
        <w:r w:rsidRPr="000C3F7E">
          <w:rPr>
            <w:rStyle w:val="Hyperlink"/>
            <w:noProof/>
          </w:rPr>
          <w:t>Figure 35: The Add Employee form</w:t>
        </w:r>
        <w:r>
          <w:rPr>
            <w:noProof/>
            <w:webHidden/>
          </w:rPr>
          <w:tab/>
        </w:r>
        <w:r>
          <w:rPr>
            <w:noProof/>
            <w:webHidden/>
          </w:rPr>
          <w:fldChar w:fldCharType="begin"/>
        </w:r>
        <w:r>
          <w:rPr>
            <w:noProof/>
            <w:webHidden/>
          </w:rPr>
          <w:instrText xml:space="preserve"> PAGEREF _Toc237420058 \h </w:instrText>
        </w:r>
        <w:r>
          <w:rPr>
            <w:noProof/>
            <w:webHidden/>
          </w:rPr>
        </w:r>
        <w:r>
          <w:rPr>
            <w:noProof/>
            <w:webHidden/>
          </w:rPr>
          <w:fldChar w:fldCharType="separate"/>
        </w:r>
        <w:r>
          <w:rPr>
            <w:noProof/>
            <w:webHidden/>
          </w:rPr>
          <w:t>46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59" w:history="1">
        <w:r w:rsidRPr="000C3F7E">
          <w:rPr>
            <w:rStyle w:val="Hyperlink"/>
            <w:noProof/>
          </w:rPr>
          <w:t>Figure 36: The Leave Types page</w:t>
        </w:r>
        <w:r>
          <w:rPr>
            <w:noProof/>
            <w:webHidden/>
          </w:rPr>
          <w:tab/>
        </w:r>
        <w:r>
          <w:rPr>
            <w:noProof/>
            <w:webHidden/>
          </w:rPr>
          <w:fldChar w:fldCharType="begin"/>
        </w:r>
        <w:r>
          <w:rPr>
            <w:noProof/>
            <w:webHidden/>
          </w:rPr>
          <w:instrText xml:space="preserve"> PAGEREF _Toc237420059 \h </w:instrText>
        </w:r>
        <w:r>
          <w:rPr>
            <w:noProof/>
            <w:webHidden/>
          </w:rPr>
        </w:r>
        <w:r>
          <w:rPr>
            <w:noProof/>
            <w:webHidden/>
          </w:rPr>
          <w:fldChar w:fldCharType="separate"/>
        </w:r>
        <w:r>
          <w:rPr>
            <w:noProof/>
            <w:webHidden/>
          </w:rPr>
          <w:t>49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0" w:history="1">
        <w:r w:rsidRPr="000C3F7E">
          <w:rPr>
            <w:rStyle w:val="Hyperlink"/>
            <w:noProof/>
          </w:rPr>
          <w:t>Figure 37: The Add Leave Type form</w:t>
        </w:r>
        <w:r>
          <w:rPr>
            <w:noProof/>
            <w:webHidden/>
          </w:rPr>
          <w:tab/>
        </w:r>
        <w:r>
          <w:rPr>
            <w:noProof/>
            <w:webHidden/>
          </w:rPr>
          <w:fldChar w:fldCharType="begin"/>
        </w:r>
        <w:r>
          <w:rPr>
            <w:noProof/>
            <w:webHidden/>
          </w:rPr>
          <w:instrText xml:space="preserve"> PAGEREF _Toc237420060 \h </w:instrText>
        </w:r>
        <w:r>
          <w:rPr>
            <w:noProof/>
            <w:webHidden/>
          </w:rPr>
        </w:r>
        <w:r>
          <w:rPr>
            <w:noProof/>
            <w:webHidden/>
          </w:rPr>
          <w:fldChar w:fldCharType="separate"/>
        </w:r>
        <w:r>
          <w:rPr>
            <w:noProof/>
            <w:webHidden/>
          </w:rPr>
          <w:t>50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1" w:history="1">
        <w:r w:rsidRPr="000C3F7E">
          <w:rPr>
            <w:rStyle w:val="Hyperlink"/>
            <w:noProof/>
          </w:rPr>
          <w:t>Figure 38: The Leave Policies page</w:t>
        </w:r>
        <w:r>
          <w:rPr>
            <w:noProof/>
            <w:webHidden/>
          </w:rPr>
          <w:tab/>
        </w:r>
        <w:r>
          <w:rPr>
            <w:noProof/>
            <w:webHidden/>
          </w:rPr>
          <w:fldChar w:fldCharType="begin"/>
        </w:r>
        <w:r>
          <w:rPr>
            <w:noProof/>
            <w:webHidden/>
          </w:rPr>
          <w:instrText xml:space="preserve"> PAGEREF _Toc237420061 \h </w:instrText>
        </w:r>
        <w:r>
          <w:rPr>
            <w:noProof/>
            <w:webHidden/>
          </w:rPr>
        </w:r>
        <w:r>
          <w:rPr>
            <w:noProof/>
            <w:webHidden/>
          </w:rPr>
          <w:fldChar w:fldCharType="separate"/>
        </w:r>
        <w:r>
          <w:rPr>
            <w:noProof/>
            <w:webHidden/>
          </w:rPr>
          <w:t>51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2" w:history="1">
        <w:r w:rsidRPr="000C3F7E">
          <w:rPr>
            <w:rStyle w:val="Hyperlink"/>
            <w:noProof/>
          </w:rPr>
          <w:t>Figure 39: The Add Leave Policy form</w:t>
        </w:r>
        <w:r>
          <w:rPr>
            <w:noProof/>
            <w:webHidden/>
          </w:rPr>
          <w:tab/>
        </w:r>
        <w:r>
          <w:rPr>
            <w:noProof/>
            <w:webHidden/>
          </w:rPr>
          <w:fldChar w:fldCharType="begin"/>
        </w:r>
        <w:r>
          <w:rPr>
            <w:noProof/>
            <w:webHidden/>
          </w:rPr>
          <w:instrText xml:space="preserve"> PAGEREF _Toc237420062 \h </w:instrText>
        </w:r>
        <w:r>
          <w:rPr>
            <w:noProof/>
            <w:webHidden/>
          </w:rPr>
        </w:r>
        <w:r>
          <w:rPr>
            <w:noProof/>
            <w:webHidden/>
          </w:rPr>
          <w:fldChar w:fldCharType="separate"/>
        </w:r>
        <w:r>
          <w:rPr>
            <w:noProof/>
            <w:webHidden/>
          </w:rPr>
          <w:t>52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3" w:history="1">
        <w:r w:rsidRPr="000C3F7E">
          <w:rPr>
            <w:rStyle w:val="Hyperlink"/>
            <w:noProof/>
          </w:rPr>
          <w:t>Figure 40: The Leave Applications page</w:t>
        </w:r>
        <w:r>
          <w:rPr>
            <w:noProof/>
            <w:webHidden/>
          </w:rPr>
          <w:tab/>
        </w:r>
        <w:r>
          <w:rPr>
            <w:noProof/>
            <w:webHidden/>
          </w:rPr>
          <w:fldChar w:fldCharType="begin"/>
        </w:r>
        <w:r>
          <w:rPr>
            <w:noProof/>
            <w:webHidden/>
          </w:rPr>
          <w:instrText xml:space="preserve"> PAGEREF _Toc237420063 \h </w:instrText>
        </w:r>
        <w:r>
          <w:rPr>
            <w:noProof/>
            <w:webHidden/>
          </w:rPr>
        </w:r>
        <w:r>
          <w:rPr>
            <w:noProof/>
            <w:webHidden/>
          </w:rPr>
          <w:fldChar w:fldCharType="separate"/>
        </w:r>
        <w:r>
          <w:rPr>
            <w:noProof/>
            <w:webHidden/>
          </w:rPr>
          <w:t>53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4" w:history="1">
        <w:r w:rsidRPr="000C3F7E">
          <w:rPr>
            <w:rStyle w:val="Hyperlink"/>
            <w:noProof/>
          </w:rPr>
          <w:t>Figure 41: The Add Leave Application form</w:t>
        </w:r>
        <w:r>
          <w:rPr>
            <w:noProof/>
            <w:webHidden/>
          </w:rPr>
          <w:tab/>
        </w:r>
        <w:r>
          <w:rPr>
            <w:noProof/>
            <w:webHidden/>
          </w:rPr>
          <w:fldChar w:fldCharType="begin"/>
        </w:r>
        <w:r>
          <w:rPr>
            <w:noProof/>
            <w:webHidden/>
          </w:rPr>
          <w:instrText xml:space="preserve"> PAGEREF _Toc237420064 \h </w:instrText>
        </w:r>
        <w:r>
          <w:rPr>
            <w:noProof/>
            <w:webHidden/>
          </w:rPr>
        </w:r>
        <w:r>
          <w:rPr>
            <w:noProof/>
            <w:webHidden/>
          </w:rPr>
          <w:fldChar w:fldCharType="separate"/>
        </w:r>
        <w:r>
          <w:rPr>
            <w:noProof/>
            <w:webHidden/>
          </w:rPr>
          <w:t>54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5" w:history="1">
        <w:r w:rsidRPr="000C3F7E">
          <w:rPr>
            <w:rStyle w:val="Hyperlink"/>
            <w:noProof/>
          </w:rPr>
          <w:t>Figure 42: The Leave Balances page</w:t>
        </w:r>
        <w:r>
          <w:rPr>
            <w:noProof/>
            <w:webHidden/>
          </w:rPr>
          <w:tab/>
        </w:r>
        <w:r>
          <w:rPr>
            <w:noProof/>
            <w:webHidden/>
          </w:rPr>
          <w:fldChar w:fldCharType="begin"/>
        </w:r>
        <w:r>
          <w:rPr>
            <w:noProof/>
            <w:webHidden/>
          </w:rPr>
          <w:instrText xml:space="preserve"> PAGEREF _Toc237420065 \h </w:instrText>
        </w:r>
        <w:r>
          <w:rPr>
            <w:noProof/>
            <w:webHidden/>
          </w:rPr>
        </w:r>
        <w:r>
          <w:rPr>
            <w:noProof/>
            <w:webHidden/>
          </w:rPr>
          <w:fldChar w:fldCharType="separate"/>
        </w:r>
        <w:r>
          <w:rPr>
            <w:noProof/>
            <w:webHidden/>
          </w:rPr>
          <w:t>55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6" w:history="1">
        <w:r w:rsidRPr="000C3F7E">
          <w:rPr>
            <w:rStyle w:val="Hyperlink"/>
            <w:noProof/>
          </w:rPr>
          <w:t>Figure 43: The Add Leave Balance form</w:t>
        </w:r>
        <w:r>
          <w:rPr>
            <w:noProof/>
            <w:webHidden/>
          </w:rPr>
          <w:tab/>
        </w:r>
        <w:r>
          <w:rPr>
            <w:noProof/>
            <w:webHidden/>
          </w:rPr>
          <w:fldChar w:fldCharType="begin"/>
        </w:r>
        <w:r>
          <w:rPr>
            <w:noProof/>
            <w:webHidden/>
          </w:rPr>
          <w:instrText xml:space="preserve"> PAGEREF _Toc237420066 \h </w:instrText>
        </w:r>
        <w:r>
          <w:rPr>
            <w:noProof/>
            <w:webHidden/>
          </w:rPr>
        </w:r>
        <w:r>
          <w:rPr>
            <w:noProof/>
            <w:webHidden/>
          </w:rPr>
          <w:fldChar w:fldCharType="separate"/>
        </w:r>
        <w:r>
          <w:rPr>
            <w:noProof/>
            <w:webHidden/>
          </w:rPr>
          <w:t>56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7" w:history="1">
        <w:r w:rsidRPr="000C3F7E">
          <w:rPr>
            <w:rStyle w:val="Hyperlink"/>
            <w:noProof/>
          </w:rPr>
          <w:t>Figure 44: The Shifts page</w:t>
        </w:r>
        <w:r>
          <w:rPr>
            <w:noProof/>
            <w:webHidden/>
          </w:rPr>
          <w:tab/>
        </w:r>
        <w:r>
          <w:rPr>
            <w:noProof/>
            <w:webHidden/>
          </w:rPr>
          <w:fldChar w:fldCharType="begin"/>
        </w:r>
        <w:r>
          <w:rPr>
            <w:noProof/>
            <w:webHidden/>
          </w:rPr>
          <w:instrText xml:space="preserve"> PAGEREF _Toc237420067 \h </w:instrText>
        </w:r>
        <w:r>
          <w:rPr>
            <w:noProof/>
            <w:webHidden/>
          </w:rPr>
        </w:r>
        <w:r>
          <w:rPr>
            <w:noProof/>
            <w:webHidden/>
          </w:rPr>
          <w:fldChar w:fldCharType="separate"/>
        </w:r>
        <w:r>
          <w:rPr>
            <w:noProof/>
            <w:webHidden/>
          </w:rPr>
          <w:t>58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8" w:history="1">
        <w:r w:rsidRPr="000C3F7E">
          <w:rPr>
            <w:rStyle w:val="Hyperlink"/>
            <w:noProof/>
          </w:rPr>
          <w:t>Figure 45: The Add Shift form</w:t>
        </w:r>
        <w:r>
          <w:rPr>
            <w:noProof/>
            <w:webHidden/>
          </w:rPr>
          <w:tab/>
        </w:r>
        <w:r>
          <w:rPr>
            <w:noProof/>
            <w:webHidden/>
          </w:rPr>
          <w:fldChar w:fldCharType="begin"/>
        </w:r>
        <w:r>
          <w:rPr>
            <w:noProof/>
            <w:webHidden/>
          </w:rPr>
          <w:instrText xml:space="preserve"> PAGEREF _Toc237420068 \h </w:instrText>
        </w:r>
        <w:r>
          <w:rPr>
            <w:noProof/>
            <w:webHidden/>
          </w:rPr>
        </w:r>
        <w:r>
          <w:rPr>
            <w:noProof/>
            <w:webHidden/>
          </w:rPr>
          <w:fldChar w:fldCharType="separate"/>
        </w:r>
        <w:r>
          <w:rPr>
            <w:noProof/>
            <w:webHidden/>
          </w:rPr>
          <w:t>59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69" w:history="1">
        <w:r w:rsidRPr="000C3F7E">
          <w:rPr>
            <w:rStyle w:val="Hyperlink"/>
            <w:noProof/>
          </w:rPr>
          <w:t>Figure 46: The Attendance Policies page</w:t>
        </w:r>
        <w:r>
          <w:rPr>
            <w:noProof/>
            <w:webHidden/>
          </w:rPr>
          <w:tab/>
        </w:r>
        <w:r>
          <w:rPr>
            <w:noProof/>
            <w:webHidden/>
          </w:rPr>
          <w:fldChar w:fldCharType="begin"/>
        </w:r>
        <w:r>
          <w:rPr>
            <w:noProof/>
            <w:webHidden/>
          </w:rPr>
          <w:instrText xml:space="preserve"> PAGEREF _Toc237420069 \h </w:instrText>
        </w:r>
        <w:r>
          <w:rPr>
            <w:noProof/>
            <w:webHidden/>
          </w:rPr>
        </w:r>
        <w:r>
          <w:rPr>
            <w:noProof/>
            <w:webHidden/>
          </w:rPr>
          <w:fldChar w:fldCharType="separate"/>
        </w:r>
        <w:r>
          <w:rPr>
            <w:noProof/>
            <w:webHidden/>
          </w:rPr>
          <w:t>60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0" w:history="1">
        <w:r w:rsidRPr="000C3F7E">
          <w:rPr>
            <w:rStyle w:val="Hyperlink"/>
            <w:noProof/>
          </w:rPr>
          <w:t>Figure 47: The Add Attendance Policy form</w:t>
        </w:r>
        <w:r>
          <w:rPr>
            <w:noProof/>
            <w:webHidden/>
          </w:rPr>
          <w:tab/>
        </w:r>
        <w:r>
          <w:rPr>
            <w:noProof/>
            <w:webHidden/>
          </w:rPr>
          <w:fldChar w:fldCharType="begin"/>
        </w:r>
        <w:r>
          <w:rPr>
            <w:noProof/>
            <w:webHidden/>
          </w:rPr>
          <w:instrText xml:space="preserve"> PAGEREF _Toc237420070 \h </w:instrText>
        </w:r>
        <w:r>
          <w:rPr>
            <w:noProof/>
            <w:webHidden/>
          </w:rPr>
        </w:r>
        <w:r>
          <w:rPr>
            <w:noProof/>
            <w:webHidden/>
          </w:rPr>
          <w:fldChar w:fldCharType="separate"/>
        </w:r>
        <w:r>
          <w:rPr>
            <w:noProof/>
            <w:webHidden/>
          </w:rPr>
          <w:t>61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1" w:history="1">
        <w:r w:rsidRPr="000C3F7E">
          <w:rPr>
            <w:rStyle w:val="Hyperlink"/>
            <w:noProof/>
          </w:rPr>
          <w:t>Figure 48: The Attendance Records page</w:t>
        </w:r>
        <w:r>
          <w:rPr>
            <w:noProof/>
            <w:webHidden/>
          </w:rPr>
          <w:tab/>
        </w:r>
        <w:r>
          <w:rPr>
            <w:noProof/>
            <w:webHidden/>
          </w:rPr>
          <w:fldChar w:fldCharType="begin"/>
        </w:r>
        <w:r>
          <w:rPr>
            <w:noProof/>
            <w:webHidden/>
          </w:rPr>
          <w:instrText xml:space="preserve"> PAGEREF _Toc237420071 \h </w:instrText>
        </w:r>
        <w:r>
          <w:rPr>
            <w:noProof/>
            <w:webHidden/>
          </w:rPr>
        </w:r>
        <w:r>
          <w:rPr>
            <w:noProof/>
            <w:webHidden/>
          </w:rPr>
          <w:fldChar w:fldCharType="separate"/>
        </w:r>
        <w:r>
          <w:rPr>
            <w:noProof/>
            <w:webHidden/>
          </w:rPr>
          <w:t>62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2" w:history="1">
        <w:r w:rsidRPr="000C3F7E">
          <w:rPr>
            <w:rStyle w:val="Hyperlink"/>
            <w:noProof/>
          </w:rPr>
          <w:t>Figure 49: The Add Record form</w:t>
        </w:r>
        <w:r>
          <w:rPr>
            <w:noProof/>
            <w:webHidden/>
          </w:rPr>
          <w:tab/>
        </w:r>
        <w:r>
          <w:rPr>
            <w:noProof/>
            <w:webHidden/>
          </w:rPr>
          <w:fldChar w:fldCharType="begin"/>
        </w:r>
        <w:r>
          <w:rPr>
            <w:noProof/>
            <w:webHidden/>
          </w:rPr>
          <w:instrText xml:space="preserve"> PAGEREF _Toc237420072 \h </w:instrText>
        </w:r>
        <w:r>
          <w:rPr>
            <w:noProof/>
            <w:webHidden/>
          </w:rPr>
        </w:r>
        <w:r>
          <w:rPr>
            <w:noProof/>
            <w:webHidden/>
          </w:rPr>
          <w:fldChar w:fldCharType="separate"/>
        </w:r>
        <w:r>
          <w:rPr>
            <w:noProof/>
            <w:webHidden/>
          </w:rPr>
          <w:t>63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3" w:history="1">
        <w:r w:rsidRPr="000C3F7E">
          <w:rPr>
            <w:rStyle w:val="Hyperlink"/>
            <w:noProof/>
          </w:rPr>
          <w:t>Figure 50: The Attendance Regularizations page</w:t>
        </w:r>
        <w:r>
          <w:rPr>
            <w:noProof/>
            <w:webHidden/>
          </w:rPr>
          <w:tab/>
        </w:r>
        <w:r>
          <w:rPr>
            <w:noProof/>
            <w:webHidden/>
          </w:rPr>
          <w:fldChar w:fldCharType="begin"/>
        </w:r>
        <w:r>
          <w:rPr>
            <w:noProof/>
            <w:webHidden/>
          </w:rPr>
          <w:instrText xml:space="preserve"> PAGEREF _Toc237420073 \h </w:instrText>
        </w:r>
        <w:r>
          <w:rPr>
            <w:noProof/>
            <w:webHidden/>
          </w:rPr>
        </w:r>
        <w:r>
          <w:rPr>
            <w:noProof/>
            <w:webHidden/>
          </w:rPr>
          <w:fldChar w:fldCharType="separate"/>
        </w:r>
        <w:r>
          <w:rPr>
            <w:noProof/>
            <w:webHidden/>
          </w:rPr>
          <w:t>64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4" w:history="1">
        <w:r w:rsidRPr="000C3F7E">
          <w:rPr>
            <w:rStyle w:val="Hyperlink"/>
            <w:noProof/>
          </w:rPr>
          <w:t>Figure 51: The Add Request form</w:t>
        </w:r>
        <w:r>
          <w:rPr>
            <w:noProof/>
            <w:webHidden/>
          </w:rPr>
          <w:tab/>
        </w:r>
        <w:r>
          <w:rPr>
            <w:noProof/>
            <w:webHidden/>
          </w:rPr>
          <w:fldChar w:fldCharType="begin"/>
        </w:r>
        <w:r>
          <w:rPr>
            <w:noProof/>
            <w:webHidden/>
          </w:rPr>
          <w:instrText xml:space="preserve"> PAGEREF _Toc237420074 \h </w:instrText>
        </w:r>
        <w:r>
          <w:rPr>
            <w:noProof/>
            <w:webHidden/>
          </w:rPr>
        </w:r>
        <w:r>
          <w:rPr>
            <w:noProof/>
            <w:webHidden/>
          </w:rPr>
          <w:fldChar w:fldCharType="separate"/>
        </w:r>
        <w:r>
          <w:rPr>
            <w:noProof/>
            <w:webHidden/>
          </w:rPr>
          <w:t>65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5" w:history="1">
        <w:r w:rsidRPr="000C3F7E">
          <w:rPr>
            <w:rStyle w:val="Hyperlink"/>
            <w:noProof/>
          </w:rPr>
          <w:t>Figure 52: The Biometric Attendance page</w:t>
        </w:r>
        <w:r>
          <w:rPr>
            <w:noProof/>
            <w:webHidden/>
          </w:rPr>
          <w:tab/>
        </w:r>
        <w:r>
          <w:rPr>
            <w:noProof/>
            <w:webHidden/>
          </w:rPr>
          <w:fldChar w:fldCharType="begin"/>
        </w:r>
        <w:r>
          <w:rPr>
            <w:noProof/>
            <w:webHidden/>
          </w:rPr>
          <w:instrText xml:space="preserve"> PAGEREF _Toc237420075 \h </w:instrText>
        </w:r>
        <w:r>
          <w:rPr>
            <w:noProof/>
            <w:webHidden/>
          </w:rPr>
        </w:r>
        <w:r>
          <w:rPr>
            <w:noProof/>
            <w:webHidden/>
          </w:rPr>
          <w:fldChar w:fldCharType="separate"/>
        </w:r>
        <w:r>
          <w:rPr>
            <w:noProof/>
            <w:webHidden/>
          </w:rPr>
          <w:t>66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6" w:history="1">
        <w:r w:rsidRPr="000C3F7E">
          <w:rPr>
            <w:rStyle w:val="Hyperlink"/>
            <w:noProof/>
          </w:rPr>
          <w:t>Figure 53: The Time Entries page</w:t>
        </w:r>
        <w:r>
          <w:rPr>
            <w:noProof/>
            <w:webHidden/>
          </w:rPr>
          <w:tab/>
        </w:r>
        <w:r>
          <w:rPr>
            <w:noProof/>
            <w:webHidden/>
          </w:rPr>
          <w:fldChar w:fldCharType="begin"/>
        </w:r>
        <w:r>
          <w:rPr>
            <w:noProof/>
            <w:webHidden/>
          </w:rPr>
          <w:instrText xml:space="preserve"> PAGEREF _Toc237420076 \h </w:instrText>
        </w:r>
        <w:r>
          <w:rPr>
            <w:noProof/>
            <w:webHidden/>
          </w:rPr>
        </w:r>
        <w:r>
          <w:rPr>
            <w:noProof/>
            <w:webHidden/>
          </w:rPr>
          <w:fldChar w:fldCharType="separate"/>
        </w:r>
        <w:r>
          <w:rPr>
            <w:noProof/>
            <w:webHidden/>
          </w:rPr>
          <w:t>67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7" w:history="1">
        <w:r w:rsidRPr="000C3F7E">
          <w:rPr>
            <w:rStyle w:val="Hyperlink"/>
            <w:noProof/>
          </w:rPr>
          <w:t>Figure 54: The Add Time Entry form</w:t>
        </w:r>
        <w:r>
          <w:rPr>
            <w:noProof/>
            <w:webHidden/>
          </w:rPr>
          <w:tab/>
        </w:r>
        <w:r>
          <w:rPr>
            <w:noProof/>
            <w:webHidden/>
          </w:rPr>
          <w:fldChar w:fldCharType="begin"/>
        </w:r>
        <w:r>
          <w:rPr>
            <w:noProof/>
            <w:webHidden/>
          </w:rPr>
          <w:instrText xml:space="preserve"> PAGEREF _Toc237420077 \h </w:instrText>
        </w:r>
        <w:r>
          <w:rPr>
            <w:noProof/>
            <w:webHidden/>
          </w:rPr>
        </w:r>
        <w:r>
          <w:rPr>
            <w:noProof/>
            <w:webHidden/>
          </w:rPr>
          <w:fldChar w:fldCharType="separate"/>
        </w:r>
        <w:r>
          <w:rPr>
            <w:noProof/>
            <w:webHidden/>
          </w:rPr>
          <w:t>68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8" w:history="1">
        <w:r w:rsidRPr="000C3F7E">
          <w:rPr>
            <w:rStyle w:val="Hyperlink"/>
            <w:noProof/>
          </w:rPr>
          <w:t>Figure 55: The Salary Components page</w:t>
        </w:r>
        <w:r>
          <w:rPr>
            <w:noProof/>
            <w:webHidden/>
          </w:rPr>
          <w:tab/>
        </w:r>
        <w:r>
          <w:rPr>
            <w:noProof/>
            <w:webHidden/>
          </w:rPr>
          <w:fldChar w:fldCharType="begin"/>
        </w:r>
        <w:r>
          <w:rPr>
            <w:noProof/>
            <w:webHidden/>
          </w:rPr>
          <w:instrText xml:space="preserve"> PAGEREF _Toc237420078 \h </w:instrText>
        </w:r>
        <w:r>
          <w:rPr>
            <w:noProof/>
            <w:webHidden/>
          </w:rPr>
        </w:r>
        <w:r>
          <w:rPr>
            <w:noProof/>
            <w:webHidden/>
          </w:rPr>
          <w:fldChar w:fldCharType="separate"/>
        </w:r>
        <w:r>
          <w:rPr>
            <w:noProof/>
            <w:webHidden/>
          </w:rPr>
          <w:t>70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79" w:history="1">
        <w:r w:rsidRPr="000C3F7E">
          <w:rPr>
            <w:rStyle w:val="Hyperlink"/>
            <w:noProof/>
          </w:rPr>
          <w:t>Figure 56: The Add Component form</w:t>
        </w:r>
        <w:r>
          <w:rPr>
            <w:noProof/>
            <w:webHidden/>
          </w:rPr>
          <w:tab/>
        </w:r>
        <w:r>
          <w:rPr>
            <w:noProof/>
            <w:webHidden/>
          </w:rPr>
          <w:fldChar w:fldCharType="begin"/>
        </w:r>
        <w:r>
          <w:rPr>
            <w:noProof/>
            <w:webHidden/>
          </w:rPr>
          <w:instrText xml:space="preserve"> PAGEREF _Toc237420079 \h </w:instrText>
        </w:r>
        <w:r>
          <w:rPr>
            <w:noProof/>
            <w:webHidden/>
          </w:rPr>
        </w:r>
        <w:r>
          <w:rPr>
            <w:noProof/>
            <w:webHidden/>
          </w:rPr>
          <w:fldChar w:fldCharType="separate"/>
        </w:r>
        <w:r>
          <w:rPr>
            <w:noProof/>
            <w:webHidden/>
          </w:rPr>
          <w:t>71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0" w:history="1">
        <w:r w:rsidRPr="000C3F7E">
          <w:rPr>
            <w:rStyle w:val="Hyperlink"/>
            <w:noProof/>
          </w:rPr>
          <w:t>Figure 57: The Employee Salaries page</w:t>
        </w:r>
        <w:r>
          <w:rPr>
            <w:noProof/>
            <w:webHidden/>
          </w:rPr>
          <w:tab/>
        </w:r>
        <w:r>
          <w:rPr>
            <w:noProof/>
            <w:webHidden/>
          </w:rPr>
          <w:fldChar w:fldCharType="begin"/>
        </w:r>
        <w:r>
          <w:rPr>
            <w:noProof/>
            <w:webHidden/>
          </w:rPr>
          <w:instrText xml:space="preserve"> PAGEREF _Toc237420080 \h </w:instrText>
        </w:r>
        <w:r>
          <w:rPr>
            <w:noProof/>
            <w:webHidden/>
          </w:rPr>
        </w:r>
        <w:r>
          <w:rPr>
            <w:noProof/>
            <w:webHidden/>
          </w:rPr>
          <w:fldChar w:fldCharType="separate"/>
        </w:r>
        <w:r>
          <w:rPr>
            <w:noProof/>
            <w:webHidden/>
          </w:rPr>
          <w:t>72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1" w:history="1">
        <w:r w:rsidRPr="000C3F7E">
          <w:rPr>
            <w:rStyle w:val="Hyperlink"/>
            <w:noProof/>
          </w:rPr>
          <w:t>Figure 58: The Payroll Runs page</w:t>
        </w:r>
        <w:r>
          <w:rPr>
            <w:noProof/>
            <w:webHidden/>
          </w:rPr>
          <w:tab/>
        </w:r>
        <w:r>
          <w:rPr>
            <w:noProof/>
            <w:webHidden/>
          </w:rPr>
          <w:fldChar w:fldCharType="begin"/>
        </w:r>
        <w:r>
          <w:rPr>
            <w:noProof/>
            <w:webHidden/>
          </w:rPr>
          <w:instrText xml:space="preserve"> PAGEREF _Toc237420081 \h </w:instrText>
        </w:r>
        <w:r>
          <w:rPr>
            <w:noProof/>
            <w:webHidden/>
          </w:rPr>
        </w:r>
        <w:r>
          <w:rPr>
            <w:noProof/>
            <w:webHidden/>
          </w:rPr>
          <w:fldChar w:fldCharType="separate"/>
        </w:r>
        <w:r>
          <w:rPr>
            <w:noProof/>
            <w:webHidden/>
          </w:rPr>
          <w:t>73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2" w:history="1">
        <w:r w:rsidRPr="000C3F7E">
          <w:rPr>
            <w:rStyle w:val="Hyperlink"/>
            <w:noProof/>
          </w:rPr>
          <w:t>Figure 59: The Add Payroll Run form</w:t>
        </w:r>
        <w:r>
          <w:rPr>
            <w:noProof/>
            <w:webHidden/>
          </w:rPr>
          <w:tab/>
        </w:r>
        <w:r>
          <w:rPr>
            <w:noProof/>
            <w:webHidden/>
          </w:rPr>
          <w:fldChar w:fldCharType="begin"/>
        </w:r>
        <w:r>
          <w:rPr>
            <w:noProof/>
            <w:webHidden/>
          </w:rPr>
          <w:instrText xml:space="preserve"> PAGEREF _Toc237420082 \h </w:instrText>
        </w:r>
        <w:r>
          <w:rPr>
            <w:noProof/>
            <w:webHidden/>
          </w:rPr>
        </w:r>
        <w:r>
          <w:rPr>
            <w:noProof/>
            <w:webHidden/>
          </w:rPr>
          <w:fldChar w:fldCharType="separate"/>
        </w:r>
        <w:r>
          <w:rPr>
            <w:noProof/>
            <w:webHidden/>
          </w:rPr>
          <w:t>74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3" w:history="1">
        <w:r w:rsidRPr="000C3F7E">
          <w:rPr>
            <w:rStyle w:val="Hyperlink"/>
            <w:noProof/>
          </w:rPr>
          <w:t>Figure 60: The Payslips page</w:t>
        </w:r>
        <w:r>
          <w:rPr>
            <w:noProof/>
            <w:webHidden/>
          </w:rPr>
          <w:tab/>
        </w:r>
        <w:r>
          <w:rPr>
            <w:noProof/>
            <w:webHidden/>
          </w:rPr>
          <w:fldChar w:fldCharType="begin"/>
        </w:r>
        <w:r>
          <w:rPr>
            <w:noProof/>
            <w:webHidden/>
          </w:rPr>
          <w:instrText xml:space="preserve"> PAGEREF _Toc237420083 \h </w:instrText>
        </w:r>
        <w:r>
          <w:rPr>
            <w:noProof/>
            <w:webHidden/>
          </w:rPr>
        </w:r>
        <w:r>
          <w:rPr>
            <w:noProof/>
            <w:webHidden/>
          </w:rPr>
          <w:fldChar w:fldCharType="separate"/>
        </w:r>
        <w:r>
          <w:rPr>
            <w:noProof/>
            <w:webHidden/>
          </w:rPr>
          <w:t>75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4" w:history="1">
        <w:r w:rsidRPr="000C3F7E">
          <w:rPr>
            <w:rStyle w:val="Hyperlink"/>
            <w:noProof/>
          </w:rPr>
          <w:t>Figure 61: The Salary Advances page</w:t>
        </w:r>
        <w:r>
          <w:rPr>
            <w:noProof/>
            <w:webHidden/>
          </w:rPr>
          <w:tab/>
        </w:r>
        <w:r>
          <w:rPr>
            <w:noProof/>
            <w:webHidden/>
          </w:rPr>
          <w:fldChar w:fldCharType="begin"/>
        </w:r>
        <w:r>
          <w:rPr>
            <w:noProof/>
            <w:webHidden/>
          </w:rPr>
          <w:instrText xml:space="preserve"> PAGEREF _Toc237420084 \h </w:instrText>
        </w:r>
        <w:r>
          <w:rPr>
            <w:noProof/>
            <w:webHidden/>
          </w:rPr>
        </w:r>
        <w:r>
          <w:rPr>
            <w:noProof/>
            <w:webHidden/>
          </w:rPr>
          <w:fldChar w:fldCharType="separate"/>
        </w:r>
        <w:r>
          <w:rPr>
            <w:noProof/>
            <w:webHidden/>
          </w:rPr>
          <w:t>76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5" w:history="1">
        <w:r w:rsidRPr="000C3F7E">
          <w:rPr>
            <w:rStyle w:val="Hyperlink"/>
            <w:noProof/>
          </w:rPr>
          <w:t>Figure 62: The Job Categories page</w:t>
        </w:r>
        <w:r>
          <w:rPr>
            <w:noProof/>
            <w:webHidden/>
          </w:rPr>
          <w:tab/>
        </w:r>
        <w:r>
          <w:rPr>
            <w:noProof/>
            <w:webHidden/>
          </w:rPr>
          <w:fldChar w:fldCharType="begin"/>
        </w:r>
        <w:r>
          <w:rPr>
            <w:noProof/>
            <w:webHidden/>
          </w:rPr>
          <w:instrText xml:space="preserve"> PAGEREF _Toc237420085 \h </w:instrText>
        </w:r>
        <w:r>
          <w:rPr>
            <w:noProof/>
            <w:webHidden/>
          </w:rPr>
        </w:r>
        <w:r>
          <w:rPr>
            <w:noProof/>
            <w:webHidden/>
          </w:rPr>
          <w:fldChar w:fldCharType="separate"/>
        </w:r>
        <w:r>
          <w:rPr>
            <w:noProof/>
            <w:webHidden/>
          </w:rPr>
          <w:t>78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6" w:history="1">
        <w:r w:rsidRPr="000C3F7E">
          <w:rPr>
            <w:rStyle w:val="Hyperlink"/>
            <w:noProof/>
          </w:rPr>
          <w:t>Figure 63: The Add Job Category form</w:t>
        </w:r>
        <w:r>
          <w:rPr>
            <w:noProof/>
            <w:webHidden/>
          </w:rPr>
          <w:tab/>
        </w:r>
        <w:r>
          <w:rPr>
            <w:noProof/>
            <w:webHidden/>
          </w:rPr>
          <w:fldChar w:fldCharType="begin"/>
        </w:r>
        <w:r>
          <w:rPr>
            <w:noProof/>
            <w:webHidden/>
          </w:rPr>
          <w:instrText xml:space="preserve"> PAGEREF _Toc237420086 \h </w:instrText>
        </w:r>
        <w:r>
          <w:rPr>
            <w:noProof/>
            <w:webHidden/>
          </w:rPr>
        </w:r>
        <w:r>
          <w:rPr>
            <w:noProof/>
            <w:webHidden/>
          </w:rPr>
          <w:fldChar w:fldCharType="separate"/>
        </w:r>
        <w:r>
          <w:rPr>
            <w:noProof/>
            <w:webHidden/>
          </w:rPr>
          <w:t>79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7" w:history="1">
        <w:r w:rsidRPr="000C3F7E">
          <w:rPr>
            <w:rStyle w:val="Hyperlink"/>
            <w:noProof/>
          </w:rPr>
          <w:t>Figure 64: The Job Types page</w:t>
        </w:r>
        <w:r>
          <w:rPr>
            <w:noProof/>
            <w:webHidden/>
          </w:rPr>
          <w:tab/>
        </w:r>
        <w:r>
          <w:rPr>
            <w:noProof/>
            <w:webHidden/>
          </w:rPr>
          <w:fldChar w:fldCharType="begin"/>
        </w:r>
        <w:r>
          <w:rPr>
            <w:noProof/>
            <w:webHidden/>
          </w:rPr>
          <w:instrText xml:space="preserve"> PAGEREF _Toc237420087 \h </w:instrText>
        </w:r>
        <w:r>
          <w:rPr>
            <w:noProof/>
            <w:webHidden/>
          </w:rPr>
        </w:r>
        <w:r>
          <w:rPr>
            <w:noProof/>
            <w:webHidden/>
          </w:rPr>
          <w:fldChar w:fldCharType="separate"/>
        </w:r>
        <w:r>
          <w:rPr>
            <w:noProof/>
            <w:webHidden/>
          </w:rPr>
          <w:t>80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8" w:history="1">
        <w:r w:rsidRPr="000C3F7E">
          <w:rPr>
            <w:rStyle w:val="Hyperlink"/>
            <w:noProof/>
          </w:rPr>
          <w:t>Figure 65: The Add Job Type form</w:t>
        </w:r>
        <w:r>
          <w:rPr>
            <w:noProof/>
            <w:webHidden/>
          </w:rPr>
          <w:tab/>
        </w:r>
        <w:r>
          <w:rPr>
            <w:noProof/>
            <w:webHidden/>
          </w:rPr>
          <w:fldChar w:fldCharType="begin"/>
        </w:r>
        <w:r>
          <w:rPr>
            <w:noProof/>
            <w:webHidden/>
          </w:rPr>
          <w:instrText xml:space="preserve"> PAGEREF _Toc237420088 \h </w:instrText>
        </w:r>
        <w:r>
          <w:rPr>
            <w:noProof/>
            <w:webHidden/>
          </w:rPr>
        </w:r>
        <w:r>
          <w:rPr>
            <w:noProof/>
            <w:webHidden/>
          </w:rPr>
          <w:fldChar w:fldCharType="separate"/>
        </w:r>
        <w:r>
          <w:rPr>
            <w:noProof/>
            <w:webHidden/>
          </w:rPr>
          <w:t>81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89" w:history="1">
        <w:r w:rsidRPr="000C3F7E">
          <w:rPr>
            <w:rStyle w:val="Hyperlink"/>
            <w:noProof/>
          </w:rPr>
          <w:t>Figure 66: The Job Locations page</w:t>
        </w:r>
        <w:r>
          <w:rPr>
            <w:noProof/>
            <w:webHidden/>
          </w:rPr>
          <w:tab/>
        </w:r>
        <w:r>
          <w:rPr>
            <w:noProof/>
            <w:webHidden/>
          </w:rPr>
          <w:fldChar w:fldCharType="begin"/>
        </w:r>
        <w:r>
          <w:rPr>
            <w:noProof/>
            <w:webHidden/>
          </w:rPr>
          <w:instrText xml:space="preserve"> PAGEREF _Toc237420089 \h </w:instrText>
        </w:r>
        <w:r>
          <w:rPr>
            <w:noProof/>
            <w:webHidden/>
          </w:rPr>
        </w:r>
        <w:r>
          <w:rPr>
            <w:noProof/>
            <w:webHidden/>
          </w:rPr>
          <w:fldChar w:fldCharType="separate"/>
        </w:r>
        <w:r>
          <w:rPr>
            <w:noProof/>
            <w:webHidden/>
          </w:rPr>
          <w:t>82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0" w:history="1">
        <w:r w:rsidRPr="000C3F7E">
          <w:rPr>
            <w:rStyle w:val="Hyperlink"/>
            <w:noProof/>
          </w:rPr>
          <w:t>Figure 67: The Add Job Location form</w:t>
        </w:r>
        <w:r>
          <w:rPr>
            <w:noProof/>
            <w:webHidden/>
          </w:rPr>
          <w:tab/>
        </w:r>
        <w:r>
          <w:rPr>
            <w:noProof/>
            <w:webHidden/>
          </w:rPr>
          <w:fldChar w:fldCharType="begin"/>
        </w:r>
        <w:r>
          <w:rPr>
            <w:noProof/>
            <w:webHidden/>
          </w:rPr>
          <w:instrText xml:space="preserve"> PAGEREF _Toc237420090 \h </w:instrText>
        </w:r>
        <w:r>
          <w:rPr>
            <w:noProof/>
            <w:webHidden/>
          </w:rPr>
        </w:r>
        <w:r>
          <w:rPr>
            <w:noProof/>
            <w:webHidden/>
          </w:rPr>
          <w:fldChar w:fldCharType="separate"/>
        </w:r>
        <w:r>
          <w:rPr>
            <w:noProof/>
            <w:webHidden/>
          </w:rPr>
          <w:t>83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1" w:history="1">
        <w:r w:rsidRPr="000C3F7E">
          <w:rPr>
            <w:rStyle w:val="Hyperlink"/>
            <w:noProof/>
          </w:rPr>
          <w:t>Figure 68: The Custom Questions page</w:t>
        </w:r>
        <w:r>
          <w:rPr>
            <w:noProof/>
            <w:webHidden/>
          </w:rPr>
          <w:tab/>
        </w:r>
        <w:r>
          <w:rPr>
            <w:noProof/>
            <w:webHidden/>
          </w:rPr>
          <w:fldChar w:fldCharType="begin"/>
        </w:r>
        <w:r>
          <w:rPr>
            <w:noProof/>
            <w:webHidden/>
          </w:rPr>
          <w:instrText xml:space="preserve"> PAGEREF _Toc237420091 \h </w:instrText>
        </w:r>
        <w:r>
          <w:rPr>
            <w:noProof/>
            <w:webHidden/>
          </w:rPr>
        </w:r>
        <w:r>
          <w:rPr>
            <w:noProof/>
            <w:webHidden/>
          </w:rPr>
          <w:fldChar w:fldCharType="separate"/>
        </w:r>
        <w:r>
          <w:rPr>
            <w:noProof/>
            <w:webHidden/>
          </w:rPr>
          <w:t>84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2" w:history="1">
        <w:r w:rsidRPr="000C3F7E">
          <w:rPr>
            <w:rStyle w:val="Hyperlink"/>
            <w:noProof/>
          </w:rPr>
          <w:t>Figure 69: The Add Custom Question form</w:t>
        </w:r>
        <w:r>
          <w:rPr>
            <w:noProof/>
            <w:webHidden/>
          </w:rPr>
          <w:tab/>
        </w:r>
        <w:r>
          <w:rPr>
            <w:noProof/>
            <w:webHidden/>
          </w:rPr>
          <w:fldChar w:fldCharType="begin"/>
        </w:r>
        <w:r>
          <w:rPr>
            <w:noProof/>
            <w:webHidden/>
          </w:rPr>
          <w:instrText xml:space="preserve"> PAGEREF _Toc237420092 \h </w:instrText>
        </w:r>
        <w:r>
          <w:rPr>
            <w:noProof/>
            <w:webHidden/>
          </w:rPr>
        </w:r>
        <w:r>
          <w:rPr>
            <w:noProof/>
            <w:webHidden/>
          </w:rPr>
          <w:fldChar w:fldCharType="separate"/>
        </w:r>
        <w:r>
          <w:rPr>
            <w:noProof/>
            <w:webHidden/>
          </w:rPr>
          <w:t>85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3" w:history="1">
        <w:r w:rsidRPr="000C3F7E">
          <w:rPr>
            <w:rStyle w:val="Hyperlink"/>
            <w:noProof/>
          </w:rPr>
          <w:t>Figure 70: The Job Postings page</w:t>
        </w:r>
        <w:r>
          <w:rPr>
            <w:noProof/>
            <w:webHidden/>
          </w:rPr>
          <w:tab/>
        </w:r>
        <w:r>
          <w:rPr>
            <w:noProof/>
            <w:webHidden/>
          </w:rPr>
          <w:fldChar w:fldCharType="begin"/>
        </w:r>
        <w:r>
          <w:rPr>
            <w:noProof/>
            <w:webHidden/>
          </w:rPr>
          <w:instrText xml:space="preserve"> PAGEREF _Toc237420093 \h </w:instrText>
        </w:r>
        <w:r>
          <w:rPr>
            <w:noProof/>
            <w:webHidden/>
          </w:rPr>
        </w:r>
        <w:r>
          <w:rPr>
            <w:noProof/>
            <w:webHidden/>
          </w:rPr>
          <w:fldChar w:fldCharType="separate"/>
        </w:r>
        <w:r>
          <w:rPr>
            <w:noProof/>
            <w:webHidden/>
          </w:rPr>
          <w:t>86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4" w:history="1">
        <w:r w:rsidRPr="000C3F7E">
          <w:rPr>
            <w:rStyle w:val="Hyperlink"/>
            <w:noProof/>
          </w:rPr>
          <w:t>Figure 71: The Add Job Posting form</w:t>
        </w:r>
        <w:r>
          <w:rPr>
            <w:noProof/>
            <w:webHidden/>
          </w:rPr>
          <w:tab/>
        </w:r>
        <w:r>
          <w:rPr>
            <w:noProof/>
            <w:webHidden/>
          </w:rPr>
          <w:fldChar w:fldCharType="begin"/>
        </w:r>
        <w:r>
          <w:rPr>
            <w:noProof/>
            <w:webHidden/>
          </w:rPr>
          <w:instrText xml:space="preserve"> PAGEREF _Toc237420094 \h </w:instrText>
        </w:r>
        <w:r>
          <w:rPr>
            <w:noProof/>
            <w:webHidden/>
          </w:rPr>
        </w:r>
        <w:r>
          <w:rPr>
            <w:noProof/>
            <w:webHidden/>
          </w:rPr>
          <w:fldChar w:fldCharType="separate"/>
        </w:r>
        <w:r>
          <w:rPr>
            <w:noProof/>
            <w:webHidden/>
          </w:rPr>
          <w:t>87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5" w:history="1">
        <w:r w:rsidRPr="000C3F7E">
          <w:rPr>
            <w:rStyle w:val="Hyperlink"/>
            <w:noProof/>
          </w:rPr>
          <w:t>Figure 72: The careers page</w:t>
        </w:r>
        <w:r>
          <w:rPr>
            <w:noProof/>
            <w:webHidden/>
          </w:rPr>
          <w:tab/>
        </w:r>
        <w:r>
          <w:rPr>
            <w:noProof/>
            <w:webHidden/>
          </w:rPr>
          <w:fldChar w:fldCharType="begin"/>
        </w:r>
        <w:r>
          <w:rPr>
            <w:noProof/>
            <w:webHidden/>
          </w:rPr>
          <w:instrText xml:space="preserve"> PAGEREF _Toc237420095 \h </w:instrText>
        </w:r>
        <w:r>
          <w:rPr>
            <w:noProof/>
            <w:webHidden/>
          </w:rPr>
        </w:r>
        <w:r>
          <w:rPr>
            <w:noProof/>
            <w:webHidden/>
          </w:rPr>
          <w:fldChar w:fldCharType="separate"/>
        </w:r>
        <w:r>
          <w:rPr>
            <w:noProof/>
            <w:webHidden/>
          </w:rPr>
          <w:t>88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6" w:history="1">
        <w:r w:rsidRPr="000C3F7E">
          <w:rPr>
            <w:rStyle w:val="Hyperlink"/>
            <w:noProof/>
          </w:rPr>
          <w:t>Figure 73: The Candidate Sources page</w:t>
        </w:r>
        <w:r>
          <w:rPr>
            <w:noProof/>
            <w:webHidden/>
          </w:rPr>
          <w:tab/>
        </w:r>
        <w:r>
          <w:rPr>
            <w:noProof/>
            <w:webHidden/>
          </w:rPr>
          <w:fldChar w:fldCharType="begin"/>
        </w:r>
        <w:r>
          <w:rPr>
            <w:noProof/>
            <w:webHidden/>
          </w:rPr>
          <w:instrText xml:space="preserve"> PAGEREF _Toc237420096 \h </w:instrText>
        </w:r>
        <w:r>
          <w:rPr>
            <w:noProof/>
            <w:webHidden/>
          </w:rPr>
        </w:r>
        <w:r>
          <w:rPr>
            <w:noProof/>
            <w:webHidden/>
          </w:rPr>
          <w:fldChar w:fldCharType="separate"/>
        </w:r>
        <w:r>
          <w:rPr>
            <w:noProof/>
            <w:webHidden/>
          </w:rPr>
          <w:t>89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7" w:history="1">
        <w:r w:rsidRPr="000C3F7E">
          <w:rPr>
            <w:rStyle w:val="Hyperlink"/>
            <w:noProof/>
          </w:rPr>
          <w:t>Figure 74: The Add Candidate Source form</w:t>
        </w:r>
        <w:r>
          <w:rPr>
            <w:noProof/>
            <w:webHidden/>
          </w:rPr>
          <w:tab/>
        </w:r>
        <w:r>
          <w:rPr>
            <w:noProof/>
            <w:webHidden/>
          </w:rPr>
          <w:fldChar w:fldCharType="begin"/>
        </w:r>
        <w:r>
          <w:rPr>
            <w:noProof/>
            <w:webHidden/>
          </w:rPr>
          <w:instrText xml:space="preserve"> PAGEREF _Toc237420097 \h </w:instrText>
        </w:r>
        <w:r>
          <w:rPr>
            <w:noProof/>
            <w:webHidden/>
          </w:rPr>
        </w:r>
        <w:r>
          <w:rPr>
            <w:noProof/>
            <w:webHidden/>
          </w:rPr>
          <w:fldChar w:fldCharType="separate"/>
        </w:r>
        <w:r>
          <w:rPr>
            <w:noProof/>
            <w:webHidden/>
          </w:rPr>
          <w:t>90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8" w:history="1">
        <w:r w:rsidRPr="000C3F7E">
          <w:rPr>
            <w:rStyle w:val="Hyperlink"/>
            <w:noProof/>
          </w:rPr>
          <w:t>Figure 75: The Candidates page</w:t>
        </w:r>
        <w:r>
          <w:rPr>
            <w:noProof/>
            <w:webHidden/>
          </w:rPr>
          <w:tab/>
        </w:r>
        <w:r>
          <w:rPr>
            <w:noProof/>
            <w:webHidden/>
          </w:rPr>
          <w:fldChar w:fldCharType="begin"/>
        </w:r>
        <w:r>
          <w:rPr>
            <w:noProof/>
            <w:webHidden/>
          </w:rPr>
          <w:instrText xml:space="preserve"> PAGEREF _Toc237420098 \h </w:instrText>
        </w:r>
        <w:r>
          <w:rPr>
            <w:noProof/>
            <w:webHidden/>
          </w:rPr>
        </w:r>
        <w:r>
          <w:rPr>
            <w:noProof/>
            <w:webHidden/>
          </w:rPr>
          <w:fldChar w:fldCharType="separate"/>
        </w:r>
        <w:r>
          <w:rPr>
            <w:noProof/>
            <w:webHidden/>
          </w:rPr>
          <w:t>91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099" w:history="1">
        <w:r w:rsidRPr="000C3F7E">
          <w:rPr>
            <w:rStyle w:val="Hyperlink"/>
            <w:noProof/>
          </w:rPr>
          <w:t>Figure 76: The Interview Types page</w:t>
        </w:r>
        <w:r>
          <w:rPr>
            <w:noProof/>
            <w:webHidden/>
          </w:rPr>
          <w:tab/>
        </w:r>
        <w:r>
          <w:rPr>
            <w:noProof/>
            <w:webHidden/>
          </w:rPr>
          <w:fldChar w:fldCharType="begin"/>
        </w:r>
        <w:r>
          <w:rPr>
            <w:noProof/>
            <w:webHidden/>
          </w:rPr>
          <w:instrText xml:space="preserve"> PAGEREF _Toc237420099 \h </w:instrText>
        </w:r>
        <w:r>
          <w:rPr>
            <w:noProof/>
            <w:webHidden/>
          </w:rPr>
        </w:r>
        <w:r>
          <w:rPr>
            <w:noProof/>
            <w:webHidden/>
          </w:rPr>
          <w:fldChar w:fldCharType="separate"/>
        </w:r>
        <w:r>
          <w:rPr>
            <w:noProof/>
            <w:webHidden/>
          </w:rPr>
          <w:t>92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0" w:history="1">
        <w:r w:rsidRPr="000C3F7E">
          <w:rPr>
            <w:rStyle w:val="Hyperlink"/>
            <w:noProof/>
          </w:rPr>
          <w:t>Figure 77: The Add Interview Type form</w:t>
        </w:r>
        <w:r>
          <w:rPr>
            <w:noProof/>
            <w:webHidden/>
          </w:rPr>
          <w:tab/>
        </w:r>
        <w:r>
          <w:rPr>
            <w:noProof/>
            <w:webHidden/>
          </w:rPr>
          <w:fldChar w:fldCharType="begin"/>
        </w:r>
        <w:r>
          <w:rPr>
            <w:noProof/>
            <w:webHidden/>
          </w:rPr>
          <w:instrText xml:space="preserve"> PAGEREF _Toc237420100 \h </w:instrText>
        </w:r>
        <w:r>
          <w:rPr>
            <w:noProof/>
            <w:webHidden/>
          </w:rPr>
        </w:r>
        <w:r>
          <w:rPr>
            <w:noProof/>
            <w:webHidden/>
          </w:rPr>
          <w:fldChar w:fldCharType="separate"/>
        </w:r>
        <w:r>
          <w:rPr>
            <w:noProof/>
            <w:webHidden/>
          </w:rPr>
          <w:t>93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1" w:history="1">
        <w:r w:rsidRPr="000C3F7E">
          <w:rPr>
            <w:rStyle w:val="Hyperlink"/>
            <w:noProof/>
          </w:rPr>
          <w:t>Figure 78: The Interview Rounds page</w:t>
        </w:r>
        <w:r>
          <w:rPr>
            <w:noProof/>
            <w:webHidden/>
          </w:rPr>
          <w:tab/>
        </w:r>
        <w:r>
          <w:rPr>
            <w:noProof/>
            <w:webHidden/>
          </w:rPr>
          <w:fldChar w:fldCharType="begin"/>
        </w:r>
        <w:r>
          <w:rPr>
            <w:noProof/>
            <w:webHidden/>
          </w:rPr>
          <w:instrText xml:space="preserve"> PAGEREF _Toc237420101 \h </w:instrText>
        </w:r>
        <w:r>
          <w:rPr>
            <w:noProof/>
            <w:webHidden/>
          </w:rPr>
        </w:r>
        <w:r>
          <w:rPr>
            <w:noProof/>
            <w:webHidden/>
          </w:rPr>
          <w:fldChar w:fldCharType="separate"/>
        </w:r>
        <w:r>
          <w:rPr>
            <w:noProof/>
            <w:webHidden/>
          </w:rPr>
          <w:t>94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2" w:history="1">
        <w:r w:rsidRPr="000C3F7E">
          <w:rPr>
            <w:rStyle w:val="Hyperlink"/>
            <w:noProof/>
          </w:rPr>
          <w:t>Figure 79: The Add Interview Round form</w:t>
        </w:r>
        <w:r>
          <w:rPr>
            <w:noProof/>
            <w:webHidden/>
          </w:rPr>
          <w:tab/>
        </w:r>
        <w:r>
          <w:rPr>
            <w:noProof/>
            <w:webHidden/>
          </w:rPr>
          <w:fldChar w:fldCharType="begin"/>
        </w:r>
        <w:r>
          <w:rPr>
            <w:noProof/>
            <w:webHidden/>
          </w:rPr>
          <w:instrText xml:space="preserve"> PAGEREF _Toc237420102 \h </w:instrText>
        </w:r>
        <w:r>
          <w:rPr>
            <w:noProof/>
            <w:webHidden/>
          </w:rPr>
        </w:r>
        <w:r>
          <w:rPr>
            <w:noProof/>
            <w:webHidden/>
          </w:rPr>
          <w:fldChar w:fldCharType="separate"/>
        </w:r>
        <w:r>
          <w:rPr>
            <w:noProof/>
            <w:webHidden/>
          </w:rPr>
          <w:t>95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3" w:history="1">
        <w:r w:rsidRPr="000C3F7E">
          <w:rPr>
            <w:rStyle w:val="Hyperlink"/>
            <w:noProof/>
          </w:rPr>
          <w:t>Figure 80: The Interviews page</w:t>
        </w:r>
        <w:r>
          <w:rPr>
            <w:noProof/>
            <w:webHidden/>
          </w:rPr>
          <w:tab/>
        </w:r>
        <w:r>
          <w:rPr>
            <w:noProof/>
            <w:webHidden/>
          </w:rPr>
          <w:fldChar w:fldCharType="begin"/>
        </w:r>
        <w:r>
          <w:rPr>
            <w:noProof/>
            <w:webHidden/>
          </w:rPr>
          <w:instrText xml:space="preserve"> PAGEREF _Toc237420103 \h </w:instrText>
        </w:r>
        <w:r>
          <w:rPr>
            <w:noProof/>
            <w:webHidden/>
          </w:rPr>
        </w:r>
        <w:r>
          <w:rPr>
            <w:noProof/>
            <w:webHidden/>
          </w:rPr>
          <w:fldChar w:fldCharType="separate"/>
        </w:r>
        <w:r>
          <w:rPr>
            <w:noProof/>
            <w:webHidden/>
          </w:rPr>
          <w:t>96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4" w:history="1">
        <w:r w:rsidRPr="000C3F7E">
          <w:rPr>
            <w:rStyle w:val="Hyperlink"/>
            <w:noProof/>
          </w:rPr>
          <w:t>Figure 81: The Interview Feedback page</w:t>
        </w:r>
        <w:r>
          <w:rPr>
            <w:noProof/>
            <w:webHidden/>
          </w:rPr>
          <w:tab/>
        </w:r>
        <w:r>
          <w:rPr>
            <w:noProof/>
            <w:webHidden/>
          </w:rPr>
          <w:fldChar w:fldCharType="begin"/>
        </w:r>
        <w:r>
          <w:rPr>
            <w:noProof/>
            <w:webHidden/>
          </w:rPr>
          <w:instrText xml:space="preserve"> PAGEREF _Toc237420104 \h </w:instrText>
        </w:r>
        <w:r>
          <w:rPr>
            <w:noProof/>
            <w:webHidden/>
          </w:rPr>
        </w:r>
        <w:r>
          <w:rPr>
            <w:noProof/>
            <w:webHidden/>
          </w:rPr>
          <w:fldChar w:fldCharType="separate"/>
        </w:r>
        <w:r>
          <w:rPr>
            <w:noProof/>
            <w:webHidden/>
          </w:rPr>
          <w:t>97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5" w:history="1">
        <w:r w:rsidRPr="000C3F7E">
          <w:rPr>
            <w:rStyle w:val="Hyperlink"/>
            <w:noProof/>
          </w:rPr>
          <w:t>Figure 82: The Add Feedback form</w:t>
        </w:r>
        <w:r>
          <w:rPr>
            <w:noProof/>
            <w:webHidden/>
          </w:rPr>
          <w:tab/>
        </w:r>
        <w:r>
          <w:rPr>
            <w:noProof/>
            <w:webHidden/>
          </w:rPr>
          <w:fldChar w:fldCharType="begin"/>
        </w:r>
        <w:r>
          <w:rPr>
            <w:noProof/>
            <w:webHidden/>
          </w:rPr>
          <w:instrText xml:space="preserve"> PAGEREF _Toc237420105 \h </w:instrText>
        </w:r>
        <w:r>
          <w:rPr>
            <w:noProof/>
            <w:webHidden/>
          </w:rPr>
        </w:r>
        <w:r>
          <w:rPr>
            <w:noProof/>
            <w:webHidden/>
          </w:rPr>
          <w:fldChar w:fldCharType="separate"/>
        </w:r>
        <w:r>
          <w:rPr>
            <w:noProof/>
            <w:webHidden/>
          </w:rPr>
          <w:t>98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6" w:history="1">
        <w:r w:rsidRPr="000C3F7E">
          <w:rPr>
            <w:rStyle w:val="Hyperlink"/>
            <w:noProof/>
          </w:rPr>
          <w:t>Figure 83: The Candidate Assessments page</w:t>
        </w:r>
        <w:r>
          <w:rPr>
            <w:noProof/>
            <w:webHidden/>
          </w:rPr>
          <w:tab/>
        </w:r>
        <w:r>
          <w:rPr>
            <w:noProof/>
            <w:webHidden/>
          </w:rPr>
          <w:fldChar w:fldCharType="begin"/>
        </w:r>
        <w:r>
          <w:rPr>
            <w:noProof/>
            <w:webHidden/>
          </w:rPr>
          <w:instrText xml:space="preserve"> PAGEREF _Toc237420106 \h </w:instrText>
        </w:r>
        <w:r>
          <w:rPr>
            <w:noProof/>
            <w:webHidden/>
          </w:rPr>
        </w:r>
        <w:r>
          <w:rPr>
            <w:noProof/>
            <w:webHidden/>
          </w:rPr>
          <w:fldChar w:fldCharType="separate"/>
        </w:r>
        <w:r>
          <w:rPr>
            <w:noProof/>
            <w:webHidden/>
          </w:rPr>
          <w:t>99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7" w:history="1">
        <w:r w:rsidRPr="000C3F7E">
          <w:rPr>
            <w:rStyle w:val="Hyperlink"/>
            <w:noProof/>
          </w:rPr>
          <w:t>Figure 84: The Add Assessment form</w:t>
        </w:r>
        <w:r>
          <w:rPr>
            <w:noProof/>
            <w:webHidden/>
          </w:rPr>
          <w:tab/>
        </w:r>
        <w:r>
          <w:rPr>
            <w:noProof/>
            <w:webHidden/>
          </w:rPr>
          <w:fldChar w:fldCharType="begin"/>
        </w:r>
        <w:r>
          <w:rPr>
            <w:noProof/>
            <w:webHidden/>
          </w:rPr>
          <w:instrText xml:space="preserve"> PAGEREF _Toc237420107 \h </w:instrText>
        </w:r>
        <w:r>
          <w:rPr>
            <w:noProof/>
            <w:webHidden/>
          </w:rPr>
        </w:r>
        <w:r>
          <w:rPr>
            <w:noProof/>
            <w:webHidden/>
          </w:rPr>
          <w:fldChar w:fldCharType="separate"/>
        </w:r>
        <w:r>
          <w:rPr>
            <w:noProof/>
            <w:webHidden/>
          </w:rPr>
          <w:t>100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8" w:history="1">
        <w:r w:rsidRPr="000C3F7E">
          <w:rPr>
            <w:rStyle w:val="Hyperlink"/>
            <w:noProof/>
          </w:rPr>
          <w:t>Figure 85: The Offer Templates page</w:t>
        </w:r>
        <w:r>
          <w:rPr>
            <w:noProof/>
            <w:webHidden/>
          </w:rPr>
          <w:tab/>
        </w:r>
        <w:r>
          <w:rPr>
            <w:noProof/>
            <w:webHidden/>
          </w:rPr>
          <w:fldChar w:fldCharType="begin"/>
        </w:r>
        <w:r>
          <w:rPr>
            <w:noProof/>
            <w:webHidden/>
          </w:rPr>
          <w:instrText xml:space="preserve"> PAGEREF _Toc237420108 \h </w:instrText>
        </w:r>
        <w:r>
          <w:rPr>
            <w:noProof/>
            <w:webHidden/>
          </w:rPr>
        </w:r>
        <w:r>
          <w:rPr>
            <w:noProof/>
            <w:webHidden/>
          </w:rPr>
          <w:fldChar w:fldCharType="separate"/>
        </w:r>
        <w:r>
          <w:rPr>
            <w:noProof/>
            <w:webHidden/>
          </w:rPr>
          <w:t>101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09" w:history="1">
        <w:r w:rsidRPr="000C3F7E">
          <w:rPr>
            <w:rStyle w:val="Hyperlink"/>
            <w:noProof/>
          </w:rPr>
          <w:t>Figure 86: The Add Template form</w:t>
        </w:r>
        <w:r>
          <w:rPr>
            <w:noProof/>
            <w:webHidden/>
          </w:rPr>
          <w:tab/>
        </w:r>
        <w:r>
          <w:rPr>
            <w:noProof/>
            <w:webHidden/>
          </w:rPr>
          <w:fldChar w:fldCharType="begin"/>
        </w:r>
        <w:r>
          <w:rPr>
            <w:noProof/>
            <w:webHidden/>
          </w:rPr>
          <w:instrText xml:space="preserve"> PAGEREF _Toc237420109 \h </w:instrText>
        </w:r>
        <w:r>
          <w:rPr>
            <w:noProof/>
            <w:webHidden/>
          </w:rPr>
        </w:r>
        <w:r>
          <w:rPr>
            <w:noProof/>
            <w:webHidden/>
          </w:rPr>
          <w:fldChar w:fldCharType="separate"/>
        </w:r>
        <w:r>
          <w:rPr>
            <w:noProof/>
            <w:webHidden/>
          </w:rPr>
          <w:t>102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0" w:history="1">
        <w:r w:rsidRPr="000C3F7E">
          <w:rPr>
            <w:rStyle w:val="Hyperlink"/>
            <w:noProof/>
          </w:rPr>
          <w:t>Figure 87: The Offers page</w:t>
        </w:r>
        <w:r>
          <w:rPr>
            <w:noProof/>
            <w:webHidden/>
          </w:rPr>
          <w:tab/>
        </w:r>
        <w:r>
          <w:rPr>
            <w:noProof/>
            <w:webHidden/>
          </w:rPr>
          <w:fldChar w:fldCharType="begin"/>
        </w:r>
        <w:r>
          <w:rPr>
            <w:noProof/>
            <w:webHidden/>
          </w:rPr>
          <w:instrText xml:space="preserve"> PAGEREF _Toc237420110 \h </w:instrText>
        </w:r>
        <w:r>
          <w:rPr>
            <w:noProof/>
            <w:webHidden/>
          </w:rPr>
        </w:r>
        <w:r>
          <w:rPr>
            <w:noProof/>
            <w:webHidden/>
          </w:rPr>
          <w:fldChar w:fldCharType="separate"/>
        </w:r>
        <w:r>
          <w:rPr>
            <w:noProof/>
            <w:webHidden/>
          </w:rPr>
          <w:t>103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1" w:history="1">
        <w:r w:rsidRPr="000C3F7E">
          <w:rPr>
            <w:rStyle w:val="Hyperlink"/>
            <w:noProof/>
          </w:rPr>
          <w:t>Figure 88: The Create Offer form</w:t>
        </w:r>
        <w:r>
          <w:rPr>
            <w:noProof/>
            <w:webHidden/>
          </w:rPr>
          <w:tab/>
        </w:r>
        <w:r>
          <w:rPr>
            <w:noProof/>
            <w:webHidden/>
          </w:rPr>
          <w:fldChar w:fldCharType="begin"/>
        </w:r>
        <w:r>
          <w:rPr>
            <w:noProof/>
            <w:webHidden/>
          </w:rPr>
          <w:instrText xml:space="preserve"> PAGEREF _Toc237420111 \h </w:instrText>
        </w:r>
        <w:r>
          <w:rPr>
            <w:noProof/>
            <w:webHidden/>
          </w:rPr>
        </w:r>
        <w:r>
          <w:rPr>
            <w:noProof/>
            <w:webHidden/>
          </w:rPr>
          <w:fldChar w:fldCharType="separate"/>
        </w:r>
        <w:r>
          <w:rPr>
            <w:noProof/>
            <w:webHidden/>
          </w:rPr>
          <w:t>104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2" w:history="1">
        <w:r w:rsidRPr="000C3F7E">
          <w:rPr>
            <w:rStyle w:val="Hyperlink"/>
            <w:noProof/>
          </w:rPr>
          <w:t>Figure 89: The Onboarding Checklists page</w:t>
        </w:r>
        <w:r>
          <w:rPr>
            <w:noProof/>
            <w:webHidden/>
          </w:rPr>
          <w:tab/>
        </w:r>
        <w:r>
          <w:rPr>
            <w:noProof/>
            <w:webHidden/>
          </w:rPr>
          <w:fldChar w:fldCharType="begin"/>
        </w:r>
        <w:r>
          <w:rPr>
            <w:noProof/>
            <w:webHidden/>
          </w:rPr>
          <w:instrText xml:space="preserve"> PAGEREF _Toc237420112 \h </w:instrText>
        </w:r>
        <w:r>
          <w:rPr>
            <w:noProof/>
            <w:webHidden/>
          </w:rPr>
        </w:r>
        <w:r>
          <w:rPr>
            <w:noProof/>
            <w:webHidden/>
          </w:rPr>
          <w:fldChar w:fldCharType="separate"/>
        </w:r>
        <w:r>
          <w:rPr>
            <w:noProof/>
            <w:webHidden/>
          </w:rPr>
          <w:t>105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3" w:history="1">
        <w:r w:rsidRPr="000C3F7E">
          <w:rPr>
            <w:rStyle w:val="Hyperlink"/>
            <w:noProof/>
          </w:rPr>
          <w:t>Figure 90: The Add Checklist form</w:t>
        </w:r>
        <w:r>
          <w:rPr>
            <w:noProof/>
            <w:webHidden/>
          </w:rPr>
          <w:tab/>
        </w:r>
        <w:r>
          <w:rPr>
            <w:noProof/>
            <w:webHidden/>
          </w:rPr>
          <w:fldChar w:fldCharType="begin"/>
        </w:r>
        <w:r>
          <w:rPr>
            <w:noProof/>
            <w:webHidden/>
          </w:rPr>
          <w:instrText xml:space="preserve"> PAGEREF _Toc237420113 \h </w:instrText>
        </w:r>
        <w:r>
          <w:rPr>
            <w:noProof/>
            <w:webHidden/>
          </w:rPr>
        </w:r>
        <w:r>
          <w:rPr>
            <w:noProof/>
            <w:webHidden/>
          </w:rPr>
          <w:fldChar w:fldCharType="separate"/>
        </w:r>
        <w:r>
          <w:rPr>
            <w:noProof/>
            <w:webHidden/>
          </w:rPr>
          <w:t>106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4" w:history="1">
        <w:r w:rsidRPr="000C3F7E">
          <w:rPr>
            <w:rStyle w:val="Hyperlink"/>
            <w:noProof/>
          </w:rPr>
          <w:t>Figure 91: The Checklist Items page</w:t>
        </w:r>
        <w:r>
          <w:rPr>
            <w:noProof/>
            <w:webHidden/>
          </w:rPr>
          <w:tab/>
        </w:r>
        <w:r>
          <w:rPr>
            <w:noProof/>
            <w:webHidden/>
          </w:rPr>
          <w:fldChar w:fldCharType="begin"/>
        </w:r>
        <w:r>
          <w:rPr>
            <w:noProof/>
            <w:webHidden/>
          </w:rPr>
          <w:instrText xml:space="preserve"> PAGEREF _Toc237420114 \h </w:instrText>
        </w:r>
        <w:r>
          <w:rPr>
            <w:noProof/>
            <w:webHidden/>
          </w:rPr>
        </w:r>
        <w:r>
          <w:rPr>
            <w:noProof/>
            <w:webHidden/>
          </w:rPr>
          <w:fldChar w:fldCharType="separate"/>
        </w:r>
        <w:r>
          <w:rPr>
            <w:noProof/>
            <w:webHidden/>
          </w:rPr>
          <w:t>107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5" w:history="1">
        <w:r w:rsidRPr="000C3F7E">
          <w:rPr>
            <w:rStyle w:val="Hyperlink"/>
            <w:noProof/>
          </w:rPr>
          <w:t>Figure 92: The Add Item form</w:t>
        </w:r>
        <w:r>
          <w:rPr>
            <w:noProof/>
            <w:webHidden/>
          </w:rPr>
          <w:tab/>
        </w:r>
        <w:r>
          <w:rPr>
            <w:noProof/>
            <w:webHidden/>
          </w:rPr>
          <w:fldChar w:fldCharType="begin"/>
        </w:r>
        <w:r>
          <w:rPr>
            <w:noProof/>
            <w:webHidden/>
          </w:rPr>
          <w:instrText xml:space="preserve"> PAGEREF _Toc237420115 \h </w:instrText>
        </w:r>
        <w:r>
          <w:rPr>
            <w:noProof/>
            <w:webHidden/>
          </w:rPr>
        </w:r>
        <w:r>
          <w:rPr>
            <w:noProof/>
            <w:webHidden/>
          </w:rPr>
          <w:fldChar w:fldCharType="separate"/>
        </w:r>
        <w:r>
          <w:rPr>
            <w:noProof/>
            <w:webHidden/>
          </w:rPr>
          <w:t>108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6" w:history="1">
        <w:r w:rsidRPr="000C3F7E">
          <w:rPr>
            <w:rStyle w:val="Hyperlink"/>
            <w:noProof/>
          </w:rPr>
          <w:t>Figure 93: The Candidate Onboarding page</w:t>
        </w:r>
        <w:r>
          <w:rPr>
            <w:noProof/>
            <w:webHidden/>
          </w:rPr>
          <w:tab/>
        </w:r>
        <w:r>
          <w:rPr>
            <w:noProof/>
            <w:webHidden/>
          </w:rPr>
          <w:fldChar w:fldCharType="begin"/>
        </w:r>
        <w:r>
          <w:rPr>
            <w:noProof/>
            <w:webHidden/>
          </w:rPr>
          <w:instrText xml:space="preserve"> PAGEREF _Toc237420116 \h </w:instrText>
        </w:r>
        <w:r>
          <w:rPr>
            <w:noProof/>
            <w:webHidden/>
          </w:rPr>
        </w:r>
        <w:r>
          <w:rPr>
            <w:noProof/>
            <w:webHidden/>
          </w:rPr>
          <w:fldChar w:fldCharType="separate"/>
        </w:r>
        <w:r>
          <w:rPr>
            <w:noProof/>
            <w:webHidden/>
          </w:rPr>
          <w:t>109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7" w:history="1">
        <w:r w:rsidRPr="000C3F7E">
          <w:rPr>
            <w:rStyle w:val="Hyperlink"/>
            <w:noProof/>
          </w:rPr>
          <w:t>Figure 94: The Indicator Categories page</w:t>
        </w:r>
        <w:r>
          <w:rPr>
            <w:noProof/>
            <w:webHidden/>
          </w:rPr>
          <w:tab/>
        </w:r>
        <w:r>
          <w:rPr>
            <w:noProof/>
            <w:webHidden/>
          </w:rPr>
          <w:fldChar w:fldCharType="begin"/>
        </w:r>
        <w:r>
          <w:rPr>
            <w:noProof/>
            <w:webHidden/>
          </w:rPr>
          <w:instrText xml:space="preserve"> PAGEREF _Toc237420117 \h </w:instrText>
        </w:r>
        <w:r>
          <w:rPr>
            <w:noProof/>
            <w:webHidden/>
          </w:rPr>
        </w:r>
        <w:r>
          <w:rPr>
            <w:noProof/>
            <w:webHidden/>
          </w:rPr>
          <w:fldChar w:fldCharType="separate"/>
        </w:r>
        <w:r>
          <w:rPr>
            <w:noProof/>
            <w:webHidden/>
          </w:rPr>
          <w:t>111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8" w:history="1">
        <w:r w:rsidRPr="000C3F7E">
          <w:rPr>
            <w:rStyle w:val="Hyperlink"/>
            <w:noProof/>
          </w:rPr>
          <w:t>Figure 95: The Add Category form</w:t>
        </w:r>
        <w:r>
          <w:rPr>
            <w:noProof/>
            <w:webHidden/>
          </w:rPr>
          <w:tab/>
        </w:r>
        <w:r>
          <w:rPr>
            <w:noProof/>
            <w:webHidden/>
          </w:rPr>
          <w:fldChar w:fldCharType="begin"/>
        </w:r>
        <w:r>
          <w:rPr>
            <w:noProof/>
            <w:webHidden/>
          </w:rPr>
          <w:instrText xml:space="preserve"> PAGEREF _Toc237420118 \h </w:instrText>
        </w:r>
        <w:r>
          <w:rPr>
            <w:noProof/>
            <w:webHidden/>
          </w:rPr>
        </w:r>
        <w:r>
          <w:rPr>
            <w:noProof/>
            <w:webHidden/>
          </w:rPr>
          <w:fldChar w:fldCharType="separate"/>
        </w:r>
        <w:r>
          <w:rPr>
            <w:noProof/>
            <w:webHidden/>
          </w:rPr>
          <w:t>112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19" w:history="1">
        <w:r w:rsidRPr="000C3F7E">
          <w:rPr>
            <w:rStyle w:val="Hyperlink"/>
            <w:noProof/>
          </w:rPr>
          <w:t>Figure 96: The Indicators page</w:t>
        </w:r>
        <w:r>
          <w:rPr>
            <w:noProof/>
            <w:webHidden/>
          </w:rPr>
          <w:tab/>
        </w:r>
        <w:r>
          <w:rPr>
            <w:noProof/>
            <w:webHidden/>
          </w:rPr>
          <w:fldChar w:fldCharType="begin"/>
        </w:r>
        <w:r>
          <w:rPr>
            <w:noProof/>
            <w:webHidden/>
          </w:rPr>
          <w:instrText xml:space="preserve"> PAGEREF _Toc237420119 \h </w:instrText>
        </w:r>
        <w:r>
          <w:rPr>
            <w:noProof/>
            <w:webHidden/>
          </w:rPr>
        </w:r>
        <w:r>
          <w:rPr>
            <w:noProof/>
            <w:webHidden/>
          </w:rPr>
          <w:fldChar w:fldCharType="separate"/>
        </w:r>
        <w:r>
          <w:rPr>
            <w:noProof/>
            <w:webHidden/>
          </w:rPr>
          <w:t>113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0" w:history="1">
        <w:r w:rsidRPr="000C3F7E">
          <w:rPr>
            <w:rStyle w:val="Hyperlink"/>
            <w:noProof/>
          </w:rPr>
          <w:t>Figure 97: The Add Indicator form</w:t>
        </w:r>
        <w:r>
          <w:rPr>
            <w:noProof/>
            <w:webHidden/>
          </w:rPr>
          <w:tab/>
        </w:r>
        <w:r>
          <w:rPr>
            <w:noProof/>
            <w:webHidden/>
          </w:rPr>
          <w:fldChar w:fldCharType="begin"/>
        </w:r>
        <w:r>
          <w:rPr>
            <w:noProof/>
            <w:webHidden/>
          </w:rPr>
          <w:instrText xml:space="preserve"> PAGEREF _Toc237420120 \h </w:instrText>
        </w:r>
        <w:r>
          <w:rPr>
            <w:noProof/>
            <w:webHidden/>
          </w:rPr>
        </w:r>
        <w:r>
          <w:rPr>
            <w:noProof/>
            <w:webHidden/>
          </w:rPr>
          <w:fldChar w:fldCharType="separate"/>
        </w:r>
        <w:r>
          <w:rPr>
            <w:noProof/>
            <w:webHidden/>
          </w:rPr>
          <w:t>114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1" w:history="1">
        <w:r w:rsidRPr="000C3F7E">
          <w:rPr>
            <w:rStyle w:val="Hyperlink"/>
            <w:noProof/>
          </w:rPr>
          <w:t>Figure 98: The Goal Types page</w:t>
        </w:r>
        <w:r>
          <w:rPr>
            <w:noProof/>
            <w:webHidden/>
          </w:rPr>
          <w:tab/>
        </w:r>
        <w:r>
          <w:rPr>
            <w:noProof/>
            <w:webHidden/>
          </w:rPr>
          <w:fldChar w:fldCharType="begin"/>
        </w:r>
        <w:r>
          <w:rPr>
            <w:noProof/>
            <w:webHidden/>
          </w:rPr>
          <w:instrText xml:space="preserve"> PAGEREF _Toc237420121 \h </w:instrText>
        </w:r>
        <w:r>
          <w:rPr>
            <w:noProof/>
            <w:webHidden/>
          </w:rPr>
        </w:r>
        <w:r>
          <w:rPr>
            <w:noProof/>
            <w:webHidden/>
          </w:rPr>
          <w:fldChar w:fldCharType="separate"/>
        </w:r>
        <w:r>
          <w:rPr>
            <w:noProof/>
            <w:webHidden/>
          </w:rPr>
          <w:t>115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2" w:history="1">
        <w:r w:rsidRPr="000C3F7E">
          <w:rPr>
            <w:rStyle w:val="Hyperlink"/>
            <w:noProof/>
          </w:rPr>
          <w:t>Figure 99: The Add Goal Type form</w:t>
        </w:r>
        <w:r>
          <w:rPr>
            <w:noProof/>
            <w:webHidden/>
          </w:rPr>
          <w:tab/>
        </w:r>
        <w:r>
          <w:rPr>
            <w:noProof/>
            <w:webHidden/>
          </w:rPr>
          <w:fldChar w:fldCharType="begin"/>
        </w:r>
        <w:r>
          <w:rPr>
            <w:noProof/>
            <w:webHidden/>
          </w:rPr>
          <w:instrText xml:space="preserve"> PAGEREF _Toc237420122 \h </w:instrText>
        </w:r>
        <w:r>
          <w:rPr>
            <w:noProof/>
            <w:webHidden/>
          </w:rPr>
        </w:r>
        <w:r>
          <w:rPr>
            <w:noProof/>
            <w:webHidden/>
          </w:rPr>
          <w:fldChar w:fldCharType="separate"/>
        </w:r>
        <w:r>
          <w:rPr>
            <w:noProof/>
            <w:webHidden/>
          </w:rPr>
          <w:t>116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3" w:history="1">
        <w:r w:rsidRPr="000C3F7E">
          <w:rPr>
            <w:rStyle w:val="Hyperlink"/>
            <w:noProof/>
          </w:rPr>
          <w:t>Figure 100: The Employee Goals page</w:t>
        </w:r>
        <w:r>
          <w:rPr>
            <w:noProof/>
            <w:webHidden/>
          </w:rPr>
          <w:tab/>
        </w:r>
        <w:r>
          <w:rPr>
            <w:noProof/>
            <w:webHidden/>
          </w:rPr>
          <w:fldChar w:fldCharType="begin"/>
        </w:r>
        <w:r>
          <w:rPr>
            <w:noProof/>
            <w:webHidden/>
          </w:rPr>
          <w:instrText xml:space="preserve"> PAGEREF _Toc237420123 \h </w:instrText>
        </w:r>
        <w:r>
          <w:rPr>
            <w:noProof/>
            <w:webHidden/>
          </w:rPr>
        </w:r>
        <w:r>
          <w:rPr>
            <w:noProof/>
            <w:webHidden/>
          </w:rPr>
          <w:fldChar w:fldCharType="separate"/>
        </w:r>
        <w:r>
          <w:rPr>
            <w:noProof/>
            <w:webHidden/>
          </w:rPr>
          <w:t>117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4" w:history="1">
        <w:r w:rsidRPr="000C3F7E">
          <w:rPr>
            <w:rStyle w:val="Hyperlink"/>
            <w:noProof/>
          </w:rPr>
          <w:t>Figure 101: The Add Goal form</w:t>
        </w:r>
        <w:r>
          <w:rPr>
            <w:noProof/>
            <w:webHidden/>
          </w:rPr>
          <w:tab/>
        </w:r>
        <w:r>
          <w:rPr>
            <w:noProof/>
            <w:webHidden/>
          </w:rPr>
          <w:fldChar w:fldCharType="begin"/>
        </w:r>
        <w:r>
          <w:rPr>
            <w:noProof/>
            <w:webHidden/>
          </w:rPr>
          <w:instrText xml:space="preserve"> PAGEREF _Toc237420124 \h </w:instrText>
        </w:r>
        <w:r>
          <w:rPr>
            <w:noProof/>
            <w:webHidden/>
          </w:rPr>
        </w:r>
        <w:r>
          <w:rPr>
            <w:noProof/>
            <w:webHidden/>
          </w:rPr>
          <w:fldChar w:fldCharType="separate"/>
        </w:r>
        <w:r>
          <w:rPr>
            <w:noProof/>
            <w:webHidden/>
          </w:rPr>
          <w:t>118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5" w:history="1">
        <w:r w:rsidRPr="000C3F7E">
          <w:rPr>
            <w:rStyle w:val="Hyperlink"/>
            <w:noProof/>
          </w:rPr>
          <w:t>Figure 102: The Review Cycles page</w:t>
        </w:r>
        <w:r>
          <w:rPr>
            <w:noProof/>
            <w:webHidden/>
          </w:rPr>
          <w:tab/>
        </w:r>
        <w:r>
          <w:rPr>
            <w:noProof/>
            <w:webHidden/>
          </w:rPr>
          <w:fldChar w:fldCharType="begin"/>
        </w:r>
        <w:r>
          <w:rPr>
            <w:noProof/>
            <w:webHidden/>
          </w:rPr>
          <w:instrText xml:space="preserve"> PAGEREF _Toc237420125 \h </w:instrText>
        </w:r>
        <w:r>
          <w:rPr>
            <w:noProof/>
            <w:webHidden/>
          </w:rPr>
        </w:r>
        <w:r>
          <w:rPr>
            <w:noProof/>
            <w:webHidden/>
          </w:rPr>
          <w:fldChar w:fldCharType="separate"/>
        </w:r>
        <w:r>
          <w:rPr>
            <w:noProof/>
            <w:webHidden/>
          </w:rPr>
          <w:t>119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6" w:history="1">
        <w:r w:rsidRPr="000C3F7E">
          <w:rPr>
            <w:rStyle w:val="Hyperlink"/>
            <w:noProof/>
          </w:rPr>
          <w:t>Figure 103: The Add Review Cycle form</w:t>
        </w:r>
        <w:r>
          <w:rPr>
            <w:noProof/>
            <w:webHidden/>
          </w:rPr>
          <w:tab/>
        </w:r>
        <w:r>
          <w:rPr>
            <w:noProof/>
            <w:webHidden/>
          </w:rPr>
          <w:fldChar w:fldCharType="begin"/>
        </w:r>
        <w:r>
          <w:rPr>
            <w:noProof/>
            <w:webHidden/>
          </w:rPr>
          <w:instrText xml:space="preserve"> PAGEREF _Toc237420126 \h </w:instrText>
        </w:r>
        <w:r>
          <w:rPr>
            <w:noProof/>
            <w:webHidden/>
          </w:rPr>
        </w:r>
        <w:r>
          <w:rPr>
            <w:noProof/>
            <w:webHidden/>
          </w:rPr>
          <w:fldChar w:fldCharType="separate"/>
        </w:r>
        <w:r>
          <w:rPr>
            <w:noProof/>
            <w:webHidden/>
          </w:rPr>
          <w:t>120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7" w:history="1">
        <w:r w:rsidRPr="000C3F7E">
          <w:rPr>
            <w:rStyle w:val="Hyperlink"/>
            <w:noProof/>
          </w:rPr>
          <w:t>Figure 104: The Employee Reviews page</w:t>
        </w:r>
        <w:r>
          <w:rPr>
            <w:noProof/>
            <w:webHidden/>
          </w:rPr>
          <w:tab/>
        </w:r>
        <w:r>
          <w:rPr>
            <w:noProof/>
            <w:webHidden/>
          </w:rPr>
          <w:fldChar w:fldCharType="begin"/>
        </w:r>
        <w:r>
          <w:rPr>
            <w:noProof/>
            <w:webHidden/>
          </w:rPr>
          <w:instrText xml:space="preserve"> PAGEREF _Toc237420127 \h </w:instrText>
        </w:r>
        <w:r>
          <w:rPr>
            <w:noProof/>
            <w:webHidden/>
          </w:rPr>
        </w:r>
        <w:r>
          <w:rPr>
            <w:noProof/>
            <w:webHidden/>
          </w:rPr>
          <w:fldChar w:fldCharType="separate"/>
        </w:r>
        <w:r>
          <w:rPr>
            <w:noProof/>
            <w:webHidden/>
          </w:rPr>
          <w:t>121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8" w:history="1">
        <w:r w:rsidRPr="000C3F7E">
          <w:rPr>
            <w:rStyle w:val="Hyperlink"/>
            <w:noProof/>
          </w:rPr>
          <w:t>Figure 105: The Training Types page</w:t>
        </w:r>
        <w:r>
          <w:rPr>
            <w:noProof/>
            <w:webHidden/>
          </w:rPr>
          <w:tab/>
        </w:r>
        <w:r>
          <w:rPr>
            <w:noProof/>
            <w:webHidden/>
          </w:rPr>
          <w:fldChar w:fldCharType="begin"/>
        </w:r>
        <w:r>
          <w:rPr>
            <w:noProof/>
            <w:webHidden/>
          </w:rPr>
          <w:instrText xml:space="preserve"> PAGEREF _Toc237420128 \h </w:instrText>
        </w:r>
        <w:r>
          <w:rPr>
            <w:noProof/>
            <w:webHidden/>
          </w:rPr>
        </w:r>
        <w:r>
          <w:rPr>
            <w:noProof/>
            <w:webHidden/>
          </w:rPr>
          <w:fldChar w:fldCharType="separate"/>
        </w:r>
        <w:r>
          <w:rPr>
            <w:noProof/>
            <w:webHidden/>
          </w:rPr>
          <w:t>123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29" w:history="1">
        <w:r w:rsidRPr="000C3F7E">
          <w:rPr>
            <w:rStyle w:val="Hyperlink"/>
            <w:noProof/>
          </w:rPr>
          <w:t>Figure 106: The Add Training Type form</w:t>
        </w:r>
        <w:r>
          <w:rPr>
            <w:noProof/>
            <w:webHidden/>
          </w:rPr>
          <w:tab/>
        </w:r>
        <w:r>
          <w:rPr>
            <w:noProof/>
            <w:webHidden/>
          </w:rPr>
          <w:fldChar w:fldCharType="begin"/>
        </w:r>
        <w:r>
          <w:rPr>
            <w:noProof/>
            <w:webHidden/>
          </w:rPr>
          <w:instrText xml:space="preserve"> PAGEREF _Toc237420129 \h </w:instrText>
        </w:r>
        <w:r>
          <w:rPr>
            <w:noProof/>
            <w:webHidden/>
          </w:rPr>
        </w:r>
        <w:r>
          <w:rPr>
            <w:noProof/>
            <w:webHidden/>
          </w:rPr>
          <w:fldChar w:fldCharType="separate"/>
        </w:r>
        <w:r>
          <w:rPr>
            <w:noProof/>
            <w:webHidden/>
          </w:rPr>
          <w:t>124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0" w:history="1">
        <w:r w:rsidRPr="000C3F7E">
          <w:rPr>
            <w:rStyle w:val="Hyperlink"/>
            <w:noProof/>
          </w:rPr>
          <w:t>Figure 107: The Training Programs page</w:t>
        </w:r>
        <w:r>
          <w:rPr>
            <w:noProof/>
            <w:webHidden/>
          </w:rPr>
          <w:tab/>
        </w:r>
        <w:r>
          <w:rPr>
            <w:noProof/>
            <w:webHidden/>
          </w:rPr>
          <w:fldChar w:fldCharType="begin"/>
        </w:r>
        <w:r>
          <w:rPr>
            <w:noProof/>
            <w:webHidden/>
          </w:rPr>
          <w:instrText xml:space="preserve"> PAGEREF _Toc237420130 \h </w:instrText>
        </w:r>
        <w:r>
          <w:rPr>
            <w:noProof/>
            <w:webHidden/>
          </w:rPr>
        </w:r>
        <w:r>
          <w:rPr>
            <w:noProof/>
            <w:webHidden/>
          </w:rPr>
          <w:fldChar w:fldCharType="separate"/>
        </w:r>
        <w:r>
          <w:rPr>
            <w:noProof/>
            <w:webHidden/>
          </w:rPr>
          <w:t>125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1" w:history="1">
        <w:r w:rsidRPr="000C3F7E">
          <w:rPr>
            <w:rStyle w:val="Hyperlink"/>
            <w:noProof/>
          </w:rPr>
          <w:t>Figure 108: The Add Training Program form</w:t>
        </w:r>
        <w:r>
          <w:rPr>
            <w:noProof/>
            <w:webHidden/>
          </w:rPr>
          <w:tab/>
        </w:r>
        <w:r>
          <w:rPr>
            <w:noProof/>
            <w:webHidden/>
          </w:rPr>
          <w:fldChar w:fldCharType="begin"/>
        </w:r>
        <w:r>
          <w:rPr>
            <w:noProof/>
            <w:webHidden/>
          </w:rPr>
          <w:instrText xml:space="preserve"> PAGEREF _Toc237420131 \h </w:instrText>
        </w:r>
        <w:r>
          <w:rPr>
            <w:noProof/>
            <w:webHidden/>
          </w:rPr>
        </w:r>
        <w:r>
          <w:rPr>
            <w:noProof/>
            <w:webHidden/>
          </w:rPr>
          <w:fldChar w:fldCharType="separate"/>
        </w:r>
        <w:r>
          <w:rPr>
            <w:noProof/>
            <w:webHidden/>
          </w:rPr>
          <w:t>126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2" w:history="1">
        <w:r w:rsidRPr="000C3F7E">
          <w:rPr>
            <w:rStyle w:val="Hyperlink"/>
            <w:noProof/>
          </w:rPr>
          <w:t>Figure 109: The Training Sessions page</w:t>
        </w:r>
        <w:r>
          <w:rPr>
            <w:noProof/>
            <w:webHidden/>
          </w:rPr>
          <w:tab/>
        </w:r>
        <w:r>
          <w:rPr>
            <w:noProof/>
            <w:webHidden/>
          </w:rPr>
          <w:fldChar w:fldCharType="begin"/>
        </w:r>
        <w:r>
          <w:rPr>
            <w:noProof/>
            <w:webHidden/>
          </w:rPr>
          <w:instrText xml:space="preserve"> PAGEREF _Toc237420132 \h </w:instrText>
        </w:r>
        <w:r>
          <w:rPr>
            <w:noProof/>
            <w:webHidden/>
          </w:rPr>
        </w:r>
        <w:r>
          <w:rPr>
            <w:noProof/>
            <w:webHidden/>
          </w:rPr>
          <w:fldChar w:fldCharType="separate"/>
        </w:r>
        <w:r>
          <w:rPr>
            <w:noProof/>
            <w:webHidden/>
          </w:rPr>
          <w:t>127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3" w:history="1">
        <w:r w:rsidRPr="000C3F7E">
          <w:rPr>
            <w:rStyle w:val="Hyperlink"/>
            <w:noProof/>
          </w:rPr>
          <w:t>Figure 110: The Add Session form</w:t>
        </w:r>
        <w:r>
          <w:rPr>
            <w:noProof/>
            <w:webHidden/>
          </w:rPr>
          <w:tab/>
        </w:r>
        <w:r>
          <w:rPr>
            <w:noProof/>
            <w:webHidden/>
          </w:rPr>
          <w:fldChar w:fldCharType="begin"/>
        </w:r>
        <w:r>
          <w:rPr>
            <w:noProof/>
            <w:webHidden/>
          </w:rPr>
          <w:instrText xml:space="preserve"> PAGEREF _Toc237420133 \h </w:instrText>
        </w:r>
        <w:r>
          <w:rPr>
            <w:noProof/>
            <w:webHidden/>
          </w:rPr>
        </w:r>
        <w:r>
          <w:rPr>
            <w:noProof/>
            <w:webHidden/>
          </w:rPr>
          <w:fldChar w:fldCharType="separate"/>
        </w:r>
        <w:r>
          <w:rPr>
            <w:noProof/>
            <w:webHidden/>
          </w:rPr>
          <w:t>128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4" w:history="1">
        <w:r w:rsidRPr="000C3F7E">
          <w:rPr>
            <w:rStyle w:val="Hyperlink"/>
            <w:noProof/>
          </w:rPr>
          <w:t>Figure 111: The Employee Trainings page</w:t>
        </w:r>
        <w:r>
          <w:rPr>
            <w:noProof/>
            <w:webHidden/>
          </w:rPr>
          <w:tab/>
        </w:r>
        <w:r>
          <w:rPr>
            <w:noProof/>
            <w:webHidden/>
          </w:rPr>
          <w:fldChar w:fldCharType="begin"/>
        </w:r>
        <w:r>
          <w:rPr>
            <w:noProof/>
            <w:webHidden/>
          </w:rPr>
          <w:instrText xml:space="preserve"> PAGEREF _Toc237420134 \h </w:instrText>
        </w:r>
        <w:r>
          <w:rPr>
            <w:noProof/>
            <w:webHidden/>
          </w:rPr>
        </w:r>
        <w:r>
          <w:rPr>
            <w:noProof/>
            <w:webHidden/>
          </w:rPr>
          <w:fldChar w:fldCharType="separate"/>
        </w:r>
        <w:r>
          <w:rPr>
            <w:noProof/>
            <w:webHidden/>
          </w:rPr>
          <w:t>129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5" w:history="1">
        <w:r w:rsidRPr="000C3F7E">
          <w:rPr>
            <w:rStyle w:val="Hyperlink"/>
            <w:noProof/>
          </w:rPr>
          <w:t>Figure 112: The Asset Types page</w:t>
        </w:r>
        <w:r>
          <w:rPr>
            <w:noProof/>
            <w:webHidden/>
          </w:rPr>
          <w:tab/>
        </w:r>
        <w:r>
          <w:rPr>
            <w:noProof/>
            <w:webHidden/>
          </w:rPr>
          <w:fldChar w:fldCharType="begin"/>
        </w:r>
        <w:r>
          <w:rPr>
            <w:noProof/>
            <w:webHidden/>
          </w:rPr>
          <w:instrText xml:space="preserve"> PAGEREF _Toc237420135 \h </w:instrText>
        </w:r>
        <w:r>
          <w:rPr>
            <w:noProof/>
            <w:webHidden/>
          </w:rPr>
        </w:r>
        <w:r>
          <w:rPr>
            <w:noProof/>
            <w:webHidden/>
          </w:rPr>
          <w:fldChar w:fldCharType="separate"/>
        </w:r>
        <w:r>
          <w:rPr>
            <w:noProof/>
            <w:webHidden/>
          </w:rPr>
          <w:t>131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6" w:history="1">
        <w:r w:rsidRPr="000C3F7E">
          <w:rPr>
            <w:rStyle w:val="Hyperlink"/>
            <w:noProof/>
          </w:rPr>
          <w:t>Figure 113: The Add Asset Type form</w:t>
        </w:r>
        <w:r>
          <w:rPr>
            <w:noProof/>
            <w:webHidden/>
          </w:rPr>
          <w:tab/>
        </w:r>
        <w:r>
          <w:rPr>
            <w:noProof/>
            <w:webHidden/>
          </w:rPr>
          <w:fldChar w:fldCharType="begin"/>
        </w:r>
        <w:r>
          <w:rPr>
            <w:noProof/>
            <w:webHidden/>
          </w:rPr>
          <w:instrText xml:space="preserve"> PAGEREF _Toc237420136 \h </w:instrText>
        </w:r>
        <w:r>
          <w:rPr>
            <w:noProof/>
            <w:webHidden/>
          </w:rPr>
        </w:r>
        <w:r>
          <w:rPr>
            <w:noProof/>
            <w:webHidden/>
          </w:rPr>
          <w:fldChar w:fldCharType="separate"/>
        </w:r>
        <w:r>
          <w:rPr>
            <w:noProof/>
            <w:webHidden/>
          </w:rPr>
          <w:t>132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7" w:history="1">
        <w:r w:rsidRPr="000C3F7E">
          <w:rPr>
            <w:rStyle w:val="Hyperlink"/>
            <w:noProof/>
          </w:rPr>
          <w:t>Figure 114: The Assets page</w:t>
        </w:r>
        <w:r>
          <w:rPr>
            <w:noProof/>
            <w:webHidden/>
          </w:rPr>
          <w:tab/>
        </w:r>
        <w:r>
          <w:rPr>
            <w:noProof/>
            <w:webHidden/>
          </w:rPr>
          <w:fldChar w:fldCharType="begin"/>
        </w:r>
        <w:r>
          <w:rPr>
            <w:noProof/>
            <w:webHidden/>
          </w:rPr>
          <w:instrText xml:space="preserve"> PAGEREF _Toc237420137 \h </w:instrText>
        </w:r>
        <w:r>
          <w:rPr>
            <w:noProof/>
            <w:webHidden/>
          </w:rPr>
        </w:r>
        <w:r>
          <w:rPr>
            <w:noProof/>
            <w:webHidden/>
          </w:rPr>
          <w:fldChar w:fldCharType="separate"/>
        </w:r>
        <w:r>
          <w:rPr>
            <w:noProof/>
            <w:webHidden/>
          </w:rPr>
          <w:t>133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8" w:history="1">
        <w:r w:rsidRPr="000C3F7E">
          <w:rPr>
            <w:rStyle w:val="Hyperlink"/>
            <w:noProof/>
          </w:rPr>
          <w:t>Figure 115: The Add Asset form</w:t>
        </w:r>
        <w:r>
          <w:rPr>
            <w:noProof/>
            <w:webHidden/>
          </w:rPr>
          <w:tab/>
        </w:r>
        <w:r>
          <w:rPr>
            <w:noProof/>
            <w:webHidden/>
          </w:rPr>
          <w:fldChar w:fldCharType="begin"/>
        </w:r>
        <w:r>
          <w:rPr>
            <w:noProof/>
            <w:webHidden/>
          </w:rPr>
          <w:instrText xml:space="preserve"> PAGEREF _Toc237420138 \h </w:instrText>
        </w:r>
        <w:r>
          <w:rPr>
            <w:noProof/>
            <w:webHidden/>
          </w:rPr>
        </w:r>
        <w:r>
          <w:rPr>
            <w:noProof/>
            <w:webHidden/>
          </w:rPr>
          <w:fldChar w:fldCharType="separate"/>
        </w:r>
        <w:r>
          <w:rPr>
            <w:noProof/>
            <w:webHidden/>
          </w:rPr>
          <w:t>134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39" w:history="1">
        <w:r w:rsidRPr="000C3F7E">
          <w:rPr>
            <w:rStyle w:val="Hyperlink"/>
            <w:noProof/>
          </w:rPr>
          <w:t>Figure 116: The Dashboard page</w:t>
        </w:r>
        <w:r>
          <w:rPr>
            <w:noProof/>
            <w:webHidden/>
          </w:rPr>
          <w:tab/>
        </w:r>
        <w:r>
          <w:rPr>
            <w:noProof/>
            <w:webHidden/>
          </w:rPr>
          <w:fldChar w:fldCharType="begin"/>
        </w:r>
        <w:r>
          <w:rPr>
            <w:noProof/>
            <w:webHidden/>
          </w:rPr>
          <w:instrText xml:space="preserve"> PAGEREF _Toc237420139 \h </w:instrText>
        </w:r>
        <w:r>
          <w:rPr>
            <w:noProof/>
            <w:webHidden/>
          </w:rPr>
        </w:r>
        <w:r>
          <w:rPr>
            <w:noProof/>
            <w:webHidden/>
          </w:rPr>
          <w:fldChar w:fldCharType="separate"/>
        </w:r>
        <w:r>
          <w:rPr>
            <w:noProof/>
            <w:webHidden/>
          </w:rPr>
          <w:t>135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0" w:history="1">
        <w:r w:rsidRPr="000C3F7E">
          <w:rPr>
            <w:rStyle w:val="Hyperlink"/>
            <w:noProof/>
          </w:rPr>
          <w:t>Figure 117: The Depreciation page</w:t>
        </w:r>
        <w:r>
          <w:rPr>
            <w:noProof/>
            <w:webHidden/>
          </w:rPr>
          <w:tab/>
        </w:r>
        <w:r>
          <w:rPr>
            <w:noProof/>
            <w:webHidden/>
          </w:rPr>
          <w:fldChar w:fldCharType="begin"/>
        </w:r>
        <w:r>
          <w:rPr>
            <w:noProof/>
            <w:webHidden/>
          </w:rPr>
          <w:instrText xml:space="preserve"> PAGEREF _Toc237420140 \h </w:instrText>
        </w:r>
        <w:r>
          <w:rPr>
            <w:noProof/>
            <w:webHidden/>
          </w:rPr>
        </w:r>
        <w:r>
          <w:rPr>
            <w:noProof/>
            <w:webHidden/>
          </w:rPr>
          <w:fldChar w:fldCharType="separate"/>
        </w:r>
        <w:r>
          <w:rPr>
            <w:noProof/>
            <w:webHidden/>
          </w:rPr>
          <w:t>136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1" w:history="1">
        <w:r w:rsidRPr="000C3F7E">
          <w:rPr>
            <w:rStyle w:val="Hyperlink"/>
            <w:noProof/>
          </w:rPr>
          <w:t>Figure 118: The Contract Types page</w:t>
        </w:r>
        <w:r>
          <w:rPr>
            <w:noProof/>
            <w:webHidden/>
          </w:rPr>
          <w:tab/>
        </w:r>
        <w:r>
          <w:rPr>
            <w:noProof/>
            <w:webHidden/>
          </w:rPr>
          <w:fldChar w:fldCharType="begin"/>
        </w:r>
        <w:r>
          <w:rPr>
            <w:noProof/>
            <w:webHidden/>
          </w:rPr>
          <w:instrText xml:space="preserve"> PAGEREF _Toc237420141 \h </w:instrText>
        </w:r>
        <w:r>
          <w:rPr>
            <w:noProof/>
            <w:webHidden/>
          </w:rPr>
        </w:r>
        <w:r>
          <w:rPr>
            <w:noProof/>
            <w:webHidden/>
          </w:rPr>
          <w:fldChar w:fldCharType="separate"/>
        </w:r>
        <w:r>
          <w:rPr>
            <w:noProof/>
            <w:webHidden/>
          </w:rPr>
          <w:t>138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2" w:history="1">
        <w:r w:rsidRPr="000C3F7E">
          <w:rPr>
            <w:rStyle w:val="Hyperlink"/>
            <w:noProof/>
          </w:rPr>
          <w:t>Figure 119: The Add Contract Type form</w:t>
        </w:r>
        <w:r>
          <w:rPr>
            <w:noProof/>
            <w:webHidden/>
          </w:rPr>
          <w:tab/>
        </w:r>
        <w:r>
          <w:rPr>
            <w:noProof/>
            <w:webHidden/>
          </w:rPr>
          <w:fldChar w:fldCharType="begin"/>
        </w:r>
        <w:r>
          <w:rPr>
            <w:noProof/>
            <w:webHidden/>
          </w:rPr>
          <w:instrText xml:space="preserve"> PAGEREF _Toc237420142 \h </w:instrText>
        </w:r>
        <w:r>
          <w:rPr>
            <w:noProof/>
            <w:webHidden/>
          </w:rPr>
        </w:r>
        <w:r>
          <w:rPr>
            <w:noProof/>
            <w:webHidden/>
          </w:rPr>
          <w:fldChar w:fldCharType="separate"/>
        </w:r>
        <w:r>
          <w:rPr>
            <w:noProof/>
            <w:webHidden/>
          </w:rPr>
          <w:t>139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3" w:history="1">
        <w:r w:rsidRPr="000C3F7E">
          <w:rPr>
            <w:rStyle w:val="Hyperlink"/>
            <w:noProof/>
          </w:rPr>
          <w:t>Figure 120: The Employee Contracts page</w:t>
        </w:r>
        <w:r>
          <w:rPr>
            <w:noProof/>
            <w:webHidden/>
          </w:rPr>
          <w:tab/>
        </w:r>
        <w:r>
          <w:rPr>
            <w:noProof/>
            <w:webHidden/>
          </w:rPr>
          <w:fldChar w:fldCharType="begin"/>
        </w:r>
        <w:r>
          <w:rPr>
            <w:noProof/>
            <w:webHidden/>
          </w:rPr>
          <w:instrText xml:space="preserve"> PAGEREF _Toc237420143 \h </w:instrText>
        </w:r>
        <w:r>
          <w:rPr>
            <w:noProof/>
            <w:webHidden/>
          </w:rPr>
        </w:r>
        <w:r>
          <w:rPr>
            <w:noProof/>
            <w:webHidden/>
          </w:rPr>
          <w:fldChar w:fldCharType="separate"/>
        </w:r>
        <w:r>
          <w:rPr>
            <w:noProof/>
            <w:webHidden/>
          </w:rPr>
          <w:t>140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4" w:history="1">
        <w:r w:rsidRPr="000C3F7E">
          <w:rPr>
            <w:rStyle w:val="Hyperlink"/>
            <w:noProof/>
          </w:rPr>
          <w:t>Figure 121: The Add Contract form</w:t>
        </w:r>
        <w:r>
          <w:rPr>
            <w:noProof/>
            <w:webHidden/>
          </w:rPr>
          <w:tab/>
        </w:r>
        <w:r>
          <w:rPr>
            <w:noProof/>
            <w:webHidden/>
          </w:rPr>
          <w:fldChar w:fldCharType="begin"/>
        </w:r>
        <w:r>
          <w:rPr>
            <w:noProof/>
            <w:webHidden/>
          </w:rPr>
          <w:instrText xml:space="preserve"> PAGEREF _Toc237420144 \h </w:instrText>
        </w:r>
        <w:r>
          <w:rPr>
            <w:noProof/>
            <w:webHidden/>
          </w:rPr>
        </w:r>
        <w:r>
          <w:rPr>
            <w:noProof/>
            <w:webHidden/>
          </w:rPr>
          <w:fldChar w:fldCharType="separate"/>
        </w:r>
        <w:r>
          <w:rPr>
            <w:noProof/>
            <w:webHidden/>
          </w:rPr>
          <w:t>141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5" w:history="1">
        <w:r w:rsidRPr="000C3F7E">
          <w:rPr>
            <w:rStyle w:val="Hyperlink"/>
            <w:noProof/>
          </w:rPr>
          <w:t>Figure 122: The Contract Templates page</w:t>
        </w:r>
        <w:r>
          <w:rPr>
            <w:noProof/>
            <w:webHidden/>
          </w:rPr>
          <w:tab/>
        </w:r>
        <w:r>
          <w:rPr>
            <w:noProof/>
            <w:webHidden/>
          </w:rPr>
          <w:fldChar w:fldCharType="begin"/>
        </w:r>
        <w:r>
          <w:rPr>
            <w:noProof/>
            <w:webHidden/>
          </w:rPr>
          <w:instrText xml:space="preserve"> PAGEREF _Toc237420145 \h </w:instrText>
        </w:r>
        <w:r>
          <w:rPr>
            <w:noProof/>
            <w:webHidden/>
          </w:rPr>
        </w:r>
        <w:r>
          <w:rPr>
            <w:noProof/>
            <w:webHidden/>
          </w:rPr>
          <w:fldChar w:fldCharType="separate"/>
        </w:r>
        <w:r>
          <w:rPr>
            <w:noProof/>
            <w:webHidden/>
          </w:rPr>
          <w:t>142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6" w:history="1">
        <w:r w:rsidRPr="000C3F7E">
          <w:rPr>
            <w:rStyle w:val="Hyperlink"/>
            <w:noProof/>
          </w:rPr>
          <w:t>Figure 123: The Add Template form</w:t>
        </w:r>
        <w:r>
          <w:rPr>
            <w:noProof/>
            <w:webHidden/>
          </w:rPr>
          <w:tab/>
        </w:r>
        <w:r>
          <w:rPr>
            <w:noProof/>
            <w:webHidden/>
          </w:rPr>
          <w:fldChar w:fldCharType="begin"/>
        </w:r>
        <w:r>
          <w:rPr>
            <w:noProof/>
            <w:webHidden/>
          </w:rPr>
          <w:instrText xml:space="preserve"> PAGEREF _Toc237420146 \h </w:instrText>
        </w:r>
        <w:r>
          <w:rPr>
            <w:noProof/>
            <w:webHidden/>
          </w:rPr>
        </w:r>
        <w:r>
          <w:rPr>
            <w:noProof/>
            <w:webHidden/>
          </w:rPr>
          <w:fldChar w:fldCharType="separate"/>
        </w:r>
        <w:r>
          <w:rPr>
            <w:noProof/>
            <w:webHidden/>
          </w:rPr>
          <w:t>143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7" w:history="1">
        <w:r w:rsidRPr="000C3F7E">
          <w:rPr>
            <w:rStyle w:val="Hyperlink"/>
            <w:noProof/>
          </w:rPr>
          <w:t>Figure 124: The Document Categories page</w:t>
        </w:r>
        <w:r>
          <w:rPr>
            <w:noProof/>
            <w:webHidden/>
          </w:rPr>
          <w:tab/>
        </w:r>
        <w:r>
          <w:rPr>
            <w:noProof/>
            <w:webHidden/>
          </w:rPr>
          <w:fldChar w:fldCharType="begin"/>
        </w:r>
        <w:r>
          <w:rPr>
            <w:noProof/>
            <w:webHidden/>
          </w:rPr>
          <w:instrText xml:space="preserve"> PAGEREF _Toc237420147 \h </w:instrText>
        </w:r>
        <w:r>
          <w:rPr>
            <w:noProof/>
            <w:webHidden/>
          </w:rPr>
        </w:r>
        <w:r>
          <w:rPr>
            <w:noProof/>
            <w:webHidden/>
          </w:rPr>
          <w:fldChar w:fldCharType="separate"/>
        </w:r>
        <w:r>
          <w:rPr>
            <w:noProof/>
            <w:webHidden/>
          </w:rPr>
          <w:t>145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8" w:history="1">
        <w:r w:rsidRPr="000C3F7E">
          <w:rPr>
            <w:rStyle w:val="Hyperlink"/>
            <w:noProof/>
          </w:rPr>
          <w:t>Figure 125: The Add Category form</w:t>
        </w:r>
        <w:r>
          <w:rPr>
            <w:noProof/>
            <w:webHidden/>
          </w:rPr>
          <w:tab/>
        </w:r>
        <w:r>
          <w:rPr>
            <w:noProof/>
            <w:webHidden/>
          </w:rPr>
          <w:fldChar w:fldCharType="begin"/>
        </w:r>
        <w:r>
          <w:rPr>
            <w:noProof/>
            <w:webHidden/>
          </w:rPr>
          <w:instrText xml:space="preserve"> PAGEREF _Toc237420148 \h </w:instrText>
        </w:r>
        <w:r>
          <w:rPr>
            <w:noProof/>
            <w:webHidden/>
          </w:rPr>
        </w:r>
        <w:r>
          <w:rPr>
            <w:noProof/>
            <w:webHidden/>
          </w:rPr>
          <w:fldChar w:fldCharType="separate"/>
        </w:r>
        <w:r>
          <w:rPr>
            <w:noProof/>
            <w:webHidden/>
          </w:rPr>
          <w:t>146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49" w:history="1">
        <w:r w:rsidRPr="000C3F7E">
          <w:rPr>
            <w:rStyle w:val="Hyperlink"/>
            <w:noProof/>
          </w:rPr>
          <w:t>Figure 126: The HR Documents page</w:t>
        </w:r>
        <w:r>
          <w:rPr>
            <w:noProof/>
            <w:webHidden/>
          </w:rPr>
          <w:tab/>
        </w:r>
        <w:r>
          <w:rPr>
            <w:noProof/>
            <w:webHidden/>
          </w:rPr>
          <w:fldChar w:fldCharType="begin"/>
        </w:r>
        <w:r>
          <w:rPr>
            <w:noProof/>
            <w:webHidden/>
          </w:rPr>
          <w:instrText xml:space="preserve"> PAGEREF _Toc237420149 \h </w:instrText>
        </w:r>
        <w:r>
          <w:rPr>
            <w:noProof/>
            <w:webHidden/>
          </w:rPr>
        </w:r>
        <w:r>
          <w:rPr>
            <w:noProof/>
            <w:webHidden/>
          </w:rPr>
          <w:fldChar w:fldCharType="separate"/>
        </w:r>
        <w:r>
          <w:rPr>
            <w:noProof/>
            <w:webHidden/>
          </w:rPr>
          <w:t>147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0" w:history="1">
        <w:r w:rsidRPr="000C3F7E">
          <w:rPr>
            <w:rStyle w:val="Hyperlink"/>
            <w:noProof/>
          </w:rPr>
          <w:t>Figure 127: The Acknowledgments page</w:t>
        </w:r>
        <w:r>
          <w:rPr>
            <w:noProof/>
            <w:webHidden/>
          </w:rPr>
          <w:tab/>
        </w:r>
        <w:r>
          <w:rPr>
            <w:noProof/>
            <w:webHidden/>
          </w:rPr>
          <w:fldChar w:fldCharType="begin"/>
        </w:r>
        <w:r>
          <w:rPr>
            <w:noProof/>
            <w:webHidden/>
          </w:rPr>
          <w:instrText xml:space="preserve"> PAGEREF _Toc237420150 \h </w:instrText>
        </w:r>
        <w:r>
          <w:rPr>
            <w:noProof/>
            <w:webHidden/>
          </w:rPr>
        </w:r>
        <w:r>
          <w:rPr>
            <w:noProof/>
            <w:webHidden/>
          </w:rPr>
          <w:fldChar w:fldCharType="separate"/>
        </w:r>
        <w:r>
          <w:rPr>
            <w:noProof/>
            <w:webHidden/>
          </w:rPr>
          <w:t>148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1" w:history="1">
        <w:r w:rsidRPr="000C3F7E">
          <w:rPr>
            <w:rStyle w:val="Hyperlink"/>
            <w:noProof/>
          </w:rPr>
          <w:t>Figure 128: The Document Templates page</w:t>
        </w:r>
        <w:r>
          <w:rPr>
            <w:noProof/>
            <w:webHidden/>
          </w:rPr>
          <w:tab/>
        </w:r>
        <w:r>
          <w:rPr>
            <w:noProof/>
            <w:webHidden/>
          </w:rPr>
          <w:fldChar w:fldCharType="begin"/>
        </w:r>
        <w:r>
          <w:rPr>
            <w:noProof/>
            <w:webHidden/>
          </w:rPr>
          <w:instrText xml:space="preserve"> PAGEREF _Toc237420151 \h </w:instrText>
        </w:r>
        <w:r>
          <w:rPr>
            <w:noProof/>
            <w:webHidden/>
          </w:rPr>
        </w:r>
        <w:r>
          <w:rPr>
            <w:noProof/>
            <w:webHidden/>
          </w:rPr>
          <w:fldChar w:fldCharType="separate"/>
        </w:r>
        <w:r>
          <w:rPr>
            <w:noProof/>
            <w:webHidden/>
          </w:rPr>
          <w:t>149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2" w:history="1">
        <w:r w:rsidRPr="000C3F7E">
          <w:rPr>
            <w:rStyle w:val="Hyperlink"/>
            <w:noProof/>
          </w:rPr>
          <w:t>Figure 129: The Add Template form</w:t>
        </w:r>
        <w:r>
          <w:rPr>
            <w:noProof/>
            <w:webHidden/>
          </w:rPr>
          <w:tab/>
        </w:r>
        <w:r>
          <w:rPr>
            <w:noProof/>
            <w:webHidden/>
          </w:rPr>
          <w:fldChar w:fldCharType="begin"/>
        </w:r>
        <w:r>
          <w:rPr>
            <w:noProof/>
            <w:webHidden/>
          </w:rPr>
          <w:instrText xml:space="preserve"> PAGEREF _Toc237420152 \h </w:instrText>
        </w:r>
        <w:r>
          <w:rPr>
            <w:noProof/>
            <w:webHidden/>
          </w:rPr>
        </w:r>
        <w:r>
          <w:rPr>
            <w:noProof/>
            <w:webHidden/>
          </w:rPr>
          <w:fldChar w:fldCharType="separate"/>
        </w:r>
        <w:r>
          <w:rPr>
            <w:noProof/>
            <w:webHidden/>
          </w:rPr>
          <w:t>150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3" w:history="1">
        <w:r w:rsidRPr="000C3F7E">
          <w:rPr>
            <w:rStyle w:val="Hyperlink"/>
            <w:noProof/>
          </w:rPr>
          <w:t>Figure 130: The Meeting Types page</w:t>
        </w:r>
        <w:r>
          <w:rPr>
            <w:noProof/>
            <w:webHidden/>
          </w:rPr>
          <w:tab/>
        </w:r>
        <w:r>
          <w:rPr>
            <w:noProof/>
            <w:webHidden/>
          </w:rPr>
          <w:fldChar w:fldCharType="begin"/>
        </w:r>
        <w:r>
          <w:rPr>
            <w:noProof/>
            <w:webHidden/>
          </w:rPr>
          <w:instrText xml:space="preserve"> PAGEREF _Toc237420153 \h </w:instrText>
        </w:r>
        <w:r>
          <w:rPr>
            <w:noProof/>
            <w:webHidden/>
          </w:rPr>
        </w:r>
        <w:r>
          <w:rPr>
            <w:noProof/>
            <w:webHidden/>
          </w:rPr>
          <w:fldChar w:fldCharType="separate"/>
        </w:r>
        <w:r>
          <w:rPr>
            <w:noProof/>
            <w:webHidden/>
          </w:rPr>
          <w:t>152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4" w:history="1">
        <w:r w:rsidRPr="000C3F7E">
          <w:rPr>
            <w:rStyle w:val="Hyperlink"/>
            <w:noProof/>
          </w:rPr>
          <w:t>Figure 131: The Add Meeting Type form</w:t>
        </w:r>
        <w:r>
          <w:rPr>
            <w:noProof/>
            <w:webHidden/>
          </w:rPr>
          <w:tab/>
        </w:r>
        <w:r>
          <w:rPr>
            <w:noProof/>
            <w:webHidden/>
          </w:rPr>
          <w:fldChar w:fldCharType="begin"/>
        </w:r>
        <w:r>
          <w:rPr>
            <w:noProof/>
            <w:webHidden/>
          </w:rPr>
          <w:instrText xml:space="preserve"> PAGEREF _Toc237420154 \h </w:instrText>
        </w:r>
        <w:r>
          <w:rPr>
            <w:noProof/>
            <w:webHidden/>
          </w:rPr>
        </w:r>
        <w:r>
          <w:rPr>
            <w:noProof/>
            <w:webHidden/>
          </w:rPr>
          <w:fldChar w:fldCharType="separate"/>
        </w:r>
        <w:r>
          <w:rPr>
            <w:noProof/>
            <w:webHidden/>
          </w:rPr>
          <w:t>153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5" w:history="1">
        <w:r w:rsidRPr="000C3F7E">
          <w:rPr>
            <w:rStyle w:val="Hyperlink"/>
            <w:noProof/>
          </w:rPr>
          <w:t>Figure 132: The Meeting Rooms page</w:t>
        </w:r>
        <w:r>
          <w:rPr>
            <w:noProof/>
            <w:webHidden/>
          </w:rPr>
          <w:tab/>
        </w:r>
        <w:r>
          <w:rPr>
            <w:noProof/>
            <w:webHidden/>
          </w:rPr>
          <w:fldChar w:fldCharType="begin"/>
        </w:r>
        <w:r>
          <w:rPr>
            <w:noProof/>
            <w:webHidden/>
          </w:rPr>
          <w:instrText xml:space="preserve"> PAGEREF _Toc237420155 \h </w:instrText>
        </w:r>
        <w:r>
          <w:rPr>
            <w:noProof/>
            <w:webHidden/>
          </w:rPr>
        </w:r>
        <w:r>
          <w:rPr>
            <w:noProof/>
            <w:webHidden/>
          </w:rPr>
          <w:fldChar w:fldCharType="separate"/>
        </w:r>
        <w:r>
          <w:rPr>
            <w:noProof/>
            <w:webHidden/>
          </w:rPr>
          <w:t>154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6" w:history="1">
        <w:r w:rsidRPr="000C3F7E">
          <w:rPr>
            <w:rStyle w:val="Hyperlink"/>
            <w:noProof/>
          </w:rPr>
          <w:t>Figure 133: The Add Meeting Room form</w:t>
        </w:r>
        <w:r>
          <w:rPr>
            <w:noProof/>
            <w:webHidden/>
          </w:rPr>
          <w:tab/>
        </w:r>
        <w:r>
          <w:rPr>
            <w:noProof/>
            <w:webHidden/>
          </w:rPr>
          <w:fldChar w:fldCharType="begin"/>
        </w:r>
        <w:r>
          <w:rPr>
            <w:noProof/>
            <w:webHidden/>
          </w:rPr>
          <w:instrText xml:space="preserve"> PAGEREF _Toc237420156 \h </w:instrText>
        </w:r>
        <w:r>
          <w:rPr>
            <w:noProof/>
            <w:webHidden/>
          </w:rPr>
        </w:r>
        <w:r>
          <w:rPr>
            <w:noProof/>
            <w:webHidden/>
          </w:rPr>
          <w:fldChar w:fldCharType="separate"/>
        </w:r>
        <w:r>
          <w:rPr>
            <w:noProof/>
            <w:webHidden/>
          </w:rPr>
          <w:t>155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7" w:history="1">
        <w:r w:rsidRPr="000C3F7E">
          <w:rPr>
            <w:rStyle w:val="Hyperlink"/>
            <w:noProof/>
          </w:rPr>
          <w:t>Figure 134: The Meetings page</w:t>
        </w:r>
        <w:r>
          <w:rPr>
            <w:noProof/>
            <w:webHidden/>
          </w:rPr>
          <w:tab/>
        </w:r>
        <w:r>
          <w:rPr>
            <w:noProof/>
            <w:webHidden/>
          </w:rPr>
          <w:fldChar w:fldCharType="begin"/>
        </w:r>
        <w:r>
          <w:rPr>
            <w:noProof/>
            <w:webHidden/>
          </w:rPr>
          <w:instrText xml:space="preserve"> PAGEREF _Toc237420157 \h </w:instrText>
        </w:r>
        <w:r>
          <w:rPr>
            <w:noProof/>
            <w:webHidden/>
          </w:rPr>
        </w:r>
        <w:r>
          <w:rPr>
            <w:noProof/>
            <w:webHidden/>
          </w:rPr>
          <w:fldChar w:fldCharType="separate"/>
        </w:r>
        <w:r>
          <w:rPr>
            <w:noProof/>
            <w:webHidden/>
          </w:rPr>
          <w:t>156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8" w:history="1">
        <w:r w:rsidRPr="000C3F7E">
          <w:rPr>
            <w:rStyle w:val="Hyperlink"/>
            <w:noProof/>
          </w:rPr>
          <w:t>Figure 135: The Meeting Attendees page</w:t>
        </w:r>
        <w:r>
          <w:rPr>
            <w:noProof/>
            <w:webHidden/>
          </w:rPr>
          <w:tab/>
        </w:r>
        <w:r>
          <w:rPr>
            <w:noProof/>
            <w:webHidden/>
          </w:rPr>
          <w:fldChar w:fldCharType="begin"/>
        </w:r>
        <w:r>
          <w:rPr>
            <w:noProof/>
            <w:webHidden/>
          </w:rPr>
          <w:instrText xml:space="preserve"> PAGEREF _Toc237420158 \h </w:instrText>
        </w:r>
        <w:r>
          <w:rPr>
            <w:noProof/>
            <w:webHidden/>
          </w:rPr>
        </w:r>
        <w:r>
          <w:rPr>
            <w:noProof/>
            <w:webHidden/>
          </w:rPr>
          <w:fldChar w:fldCharType="separate"/>
        </w:r>
        <w:r>
          <w:rPr>
            <w:noProof/>
            <w:webHidden/>
          </w:rPr>
          <w:t>157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59" w:history="1">
        <w:r w:rsidRPr="000C3F7E">
          <w:rPr>
            <w:rStyle w:val="Hyperlink"/>
            <w:noProof/>
          </w:rPr>
          <w:t>Figure 136: The Add Attendee form</w:t>
        </w:r>
        <w:r>
          <w:rPr>
            <w:noProof/>
            <w:webHidden/>
          </w:rPr>
          <w:tab/>
        </w:r>
        <w:r>
          <w:rPr>
            <w:noProof/>
            <w:webHidden/>
          </w:rPr>
          <w:fldChar w:fldCharType="begin"/>
        </w:r>
        <w:r>
          <w:rPr>
            <w:noProof/>
            <w:webHidden/>
          </w:rPr>
          <w:instrText xml:space="preserve"> PAGEREF _Toc237420159 \h </w:instrText>
        </w:r>
        <w:r>
          <w:rPr>
            <w:noProof/>
            <w:webHidden/>
          </w:rPr>
        </w:r>
        <w:r>
          <w:rPr>
            <w:noProof/>
            <w:webHidden/>
          </w:rPr>
          <w:fldChar w:fldCharType="separate"/>
        </w:r>
        <w:r>
          <w:rPr>
            <w:noProof/>
            <w:webHidden/>
          </w:rPr>
          <w:t>158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0" w:history="1">
        <w:r w:rsidRPr="000C3F7E">
          <w:rPr>
            <w:rStyle w:val="Hyperlink"/>
            <w:noProof/>
          </w:rPr>
          <w:t>Figure 137: The Meeting Minutes page</w:t>
        </w:r>
        <w:r>
          <w:rPr>
            <w:noProof/>
            <w:webHidden/>
          </w:rPr>
          <w:tab/>
        </w:r>
        <w:r>
          <w:rPr>
            <w:noProof/>
            <w:webHidden/>
          </w:rPr>
          <w:fldChar w:fldCharType="begin"/>
        </w:r>
        <w:r>
          <w:rPr>
            <w:noProof/>
            <w:webHidden/>
          </w:rPr>
          <w:instrText xml:space="preserve"> PAGEREF _Toc237420160 \h </w:instrText>
        </w:r>
        <w:r>
          <w:rPr>
            <w:noProof/>
            <w:webHidden/>
          </w:rPr>
        </w:r>
        <w:r>
          <w:rPr>
            <w:noProof/>
            <w:webHidden/>
          </w:rPr>
          <w:fldChar w:fldCharType="separate"/>
        </w:r>
        <w:r>
          <w:rPr>
            <w:noProof/>
            <w:webHidden/>
          </w:rPr>
          <w:t>159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1" w:history="1">
        <w:r w:rsidRPr="000C3F7E">
          <w:rPr>
            <w:rStyle w:val="Hyperlink"/>
            <w:noProof/>
          </w:rPr>
          <w:t>Figure 138: The Add Minute form</w:t>
        </w:r>
        <w:r>
          <w:rPr>
            <w:noProof/>
            <w:webHidden/>
          </w:rPr>
          <w:tab/>
        </w:r>
        <w:r>
          <w:rPr>
            <w:noProof/>
            <w:webHidden/>
          </w:rPr>
          <w:fldChar w:fldCharType="begin"/>
        </w:r>
        <w:r>
          <w:rPr>
            <w:noProof/>
            <w:webHidden/>
          </w:rPr>
          <w:instrText xml:space="preserve"> PAGEREF _Toc237420161 \h </w:instrText>
        </w:r>
        <w:r>
          <w:rPr>
            <w:noProof/>
            <w:webHidden/>
          </w:rPr>
        </w:r>
        <w:r>
          <w:rPr>
            <w:noProof/>
            <w:webHidden/>
          </w:rPr>
          <w:fldChar w:fldCharType="separate"/>
        </w:r>
        <w:r>
          <w:rPr>
            <w:noProof/>
            <w:webHidden/>
          </w:rPr>
          <w:t>160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2" w:history="1">
        <w:r w:rsidRPr="000C3F7E">
          <w:rPr>
            <w:rStyle w:val="Hyperlink"/>
            <w:noProof/>
          </w:rPr>
          <w:t>Figure 139: The Action Items page</w:t>
        </w:r>
        <w:r>
          <w:rPr>
            <w:noProof/>
            <w:webHidden/>
          </w:rPr>
          <w:tab/>
        </w:r>
        <w:r>
          <w:rPr>
            <w:noProof/>
            <w:webHidden/>
          </w:rPr>
          <w:fldChar w:fldCharType="begin"/>
        </w:r>
        <w:r>
          <w:rPr>
            <w:noProof/>
            <w:webHidden/>
          </w:rPr>
          <w:instrText xml:space="preserve"> PAGEREF _Toc237420162 \h </w:instrText>
        </w:r>
        <w:r>
          <w:rPr>
            <w:noProof/>
            <w:webHidden/>
          </w:rPr>
        </w:r>
        <w:r>
          <w:rPr>
            <w:noProof/>
            <w:webHidden/>
          </w:rPr>
          <w:fldChar w:fldCharType="separate"/>
        </w:r>
        <w:r>
          <w:rPr>
            <w:noProof/>
            <w:webHidden/>
          </w:rPr>
          <w:t>161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3" w:history="1">
        <w:r w:rsidRPr="000C3F7E">
          <w:rPr>
            <w:rStyle w:val="Hyperlink"/>
            <w:noProof/>
          </w:rPr>
          <w:t>Figure 140: The Add Action Item form</w:t>
        </w:r>
        <w:r>
          <w:rPr>
            <w:noProof/>
            <w:webHidden/>
          </w:rPr>
          <w:tab/>
        </w:r>
        <w:r>
          <w:rPr>
            <w:noProof/>
            <w:webHidden/>
          </w:rPr>
          <w:fldChar w:fldCharType="begin"/>
        </w:r>
        <w:r>
          <w:rPr>
            <w:noProof/>
            <w:webHidden/>
          </w:rPr>
          <w:instrText xml:space="preserve"> PAGEREF _Toc237420163 \h </w:instrText>
        </w:r>
        <w:r>
          <w:rPr>
            <w:noProof/>
            <w:webHidden/>
          </w:rPr>
        </w:r>
        <w:r>
          <w:rPr>
            <w:noProof/>
            <w:webHidden/>
          </w:rPr>
          <w:fldChar w:fldCharType="separate"/>
        </w:r>
        <w:r>
          <w:rPr>
            <w:noProof/>
            <w:webHidden/>
          </w:rPr>
          <w:t>162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4" w:history="1">
        <w:r w:rsidRPr="000C3F7E">
          <w:rPr>
            <w:rStyle w:val="Hyperlink"/>
            <w:noProof/>
          </w:rPr>
          <w:t>Figure 141: The Calendar page</w:t>
        </w:r>
        <w:r>
          <w:rPr>
            <w:noProof/>
            <w:webHidden/>
          </w:rPr>
          <w:tab/>
        </w:r>
        <w:r>
          <w:rPr>
            <w:noProof/>
            <w:webHidden/>
          </w:rPr>
          <w:fldChar w:fldCharType="begin"/>
        </w:r>
        <w:r>
          <w:rPr>
            <w:noProof/>
            <w:webHidden/>
          </w:rPr>
          <w:instrText xml:space="preserve"> PAGEREF _Toc237420164 \h </w:instrText>
        </w:r>
        <w:r>
          <w:rPr>
            <w:noProof/>
            <w:webHidden/>
          </w:rPr>
        </w:r>
        <w:r>
          <w:rPr>
            <w:noProof/>
            <w:webHidden/>
          </w:rPr>
          <w:fldChar w:fldCharType="separate"/>
        </w:r>
        <w:r>
          <w:rPr>
            <w:noProof/>
            <w:webHidden/>
          </w:rPr>
          <w:t>163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5" w:history="1">
        <w:r w:rsidRPr="000C3F7E">
          <w:rPr>
            <w:rStyle w:val="Hyperlink"/>
            <w:noProof/>
          </w:rPr>
          <w:t>Figure 142: The Media Library page</w:t>
        </w:r>
        <w:r>
          <w:rPr>
            <w:noProof/>
            <w:webHidden/>
          </w:rPr>
          <w:tab/>
        </w:r>
        <w:r>
          <w:rPr>
            <w:noProof/>
            <w:webHidden/>
          </w:rPr>
          <w:fldChar w:fldCharType="begin"/>
        </w:r>
        <w:r>
          <w:rPr>
            <w:noProof/>
            <w:webHidden/>
          </w:rPr>
          <w:instrText xml:space="preserve"> PAGEREF _Toc237420165 \h </w:instrText>
        </w:r>
        <w:r>
          <w:rPr>
            <w:noProof/>
            <w:webHidden/>
          </w:rPr>
        </w:r>
        <w:r>
          <w:rPr>
            <w:noProof/>
            <w:webHidden/>
          </w:rPr>
          <w:fldChar w:fldCharType="separate"/>
        </w:r>
        <w:r>
          <w:rPr>
            <w:noProof/>
            <w:webHidden/>
          </w:rPr>
          <w:t>164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6" w:history="1">
        <w:r w:rsidRPr="000C3F7E">
          <w:rPr>
            <w:rStyle w:val="Hyperlink"/>
            <w:noProof/>
          </w:rPr>
          <w:t>Figure 143: The Award Types page</w:t>
        </w:r>
        <w:r>
          <w:rPr>
            <w:noProof/>
            <w:webHidden/>
          </w:rPr>
          <w:tab/>
        </w:r>
        <w:r>
          <w:rPr>
            <w:noProof/>
            <w:webHidden/>
          </w:rPr>
          <w:fldChar w:fldCharType="begin"/>
        </w:r>
        <w:r>
          <w:rPr>
            <w:noProof/>
            <w:webHidden/>
          </w:rPr>
          <w:instrText xml:space="preserve"> PAGEREF _Toc237420166 \h </w:instrText>
        </w:r>
        <w:r>
          <w:rPr>
            <w:noProof/>
            <w:webHidden/>
          </w:rPr>
        </w:r>
        <w:r>
          <w:rPr>
            <w:noProof/>
            <w:webHidden/>
          </w:rPr>
          <w:fldChar w:fldCharType="separate"/>
        </w:r>
        <w:r>
          <w:rPr>
            <w:noProof/>
            <w:webHidden/>
          </w:rPr>
          <w:t>166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7" w:history="1">
        <w:r w:rsidRPr="000C3F7E">
          <w:rPr>
            <w:rStyle w:val="Hyperlink"/>
            <w:noProof/>
          </w:rPr>
          <w:t>Figure 144: The Add Award Type form</w:t>
        </w:r>
        <w:r>
          <w:rPr>
            <w:noProof/>
            <w:webHidden/>
          </w:rPr>
          <w:tab/>
        </w:r>
        <w:r>
          <w:rPr>
            <w:noProof/>
            <w:webHidden/>
          </w:rPr>
          <w:fldChar w:fldCharType="begin"/>
        </w:r>
        <w:r>
          <w:rPr>
            <w:noProof/>
            <w:webHidden/>
          </w:rPr>
          <w:instrText xml:space="preserve"> PAGEREF _Toc237420167 \h </w:instrText>
        </w:r>
        <w:r>
          <w:rPr>
            <w:noProof/>
            <w:webHidden/>
          </w:rPr>
        </w:r>
        <w:r>
          <w:rPr>
            <w:noProof/>
            <w:webHidden/>
          </w:rPr>
          <w:fldChar w:fldCharType="separate"/>
        </w:r>
        <w:r>
          <w:rPr>
            <w:noProof/>
            <w:webHidden/>
          </w:rPr>
          <w:t>167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8" w:history="1">
        <w:r w:rsidRPr="000C3F7E">
          <w:rPr>
            <w:rStyle w:val="Hyperlink"/>
            <w:noProof/>
          </w:rPr>
          <w:t>Figure 145: The Awards page</w:t>
        </w:r>
        <w:r>
          <w:rPr>
            <w:noProof/>
            <w:webHidden/>
          </w:rPr>
          <w:tab/>
        </w:r>
        <w:r>
          <w:rPr>
            <w:noProof/>
            <w:webHidden/>
          </w:rPr>
          <w:fldChar w:fldCharType="begin"/>
        </w:r>
        <w:r>
          <w:rPr>
            <w:noProof/>
            <w:webHidden/>
          </w:rPr>
          <w:instrText xml:space="preserve"> PAGEREF _Toc237420168 \h </w:instrText>
        </w:r>
        <w:r>
          <w:rPr>
            <w:noProof/>
            <w:webHidden/>
          </w:rPr>
        </w:r>
        <w:r>
          <w:rPr>
            <w:noProof/>
            <w:webHidden/>
          </w:rPr>
          <w:fldChar w:fldCharType="separate"/>
        </w:r>
        <w:r>
          <w:rPr>
            <w:noProof/>
            <w:webHidden/>
          </w:rPr>
          <w:t>168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69" w:history="1">
        <w:r w:rsidRPr="000C3F7E">
          <w:rPr>
            <w:rStyle w:val="Hyperlink"/>
            <w:noProof/>
          </w:rPr>
          <w:t>Figure 146: The Add Award form</w:t>
        </w:r>
        <w:r>
          <w:rPr>
            <w:noProof/>
            <w:webHidden/>
          </w:rPr>
          <w:tab/>
        </w:r>
        <w:r>
          <w:rPr>
            <w:noProof/>
            <w:webHidden/>
          </w:rPr>
          <w:fldChar w:fldCharType="begin"/>
        </w:r>
        <w:r>
          <w:rPr>
            <w:noProof/>
            <w:webHidden/>
          </w:rPr>
          <w:instrText xml:space="preserve"> PAGEREF _Toc237420169 \h </w:instrText>
        </w:r>
        <w:r>
          <w:rPr>
            <w:noProof/>
            <w:webHidden/>
          </w:rPr>
        </w:r>
        <w:r>
          <w:rPr>
            <w:noProof/>
            <w:webHidden/>
          </w:rPr>
          <w:fldChar w:fldCharType="separate"/>
        </w:r>
        <w:r>
          <w:rPr>
            <w:noProof/>
            <w:webHidden/>
          </w:rPr>
          <w:t>169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0" w:history="1">
        <w:r w:rsidRPr="000C3F7E">
          <w:rPr>
            <w:rStyle w:val="Hyperlink"/>
            <w:noProof/>
          </w:rPr>
          <w:t>Figure 147: The Promotions page</w:t>
        </w:r>
        <w:r>
          <w:rPr>
            <w:noProof/>
            <w:webHidden/>
          </w:rPr>
          <w:tab/>
        </w:r>
        <w:r>
          <w:rPr>
            <w:noProof/>
            <w:webHidden/>
          </w:rPr>
          <w:fldChar w:fldCharType="begin"/>
        </w:r>
        <w:r>
          <w:rPr>
            <w:noProof/>
            <w:webHidden/>
          </w:rPr>
          <w:instrText xml:space="preserve"> PAGEREF _Toc237420170 \h </w:instrText>
        </w:r>
        <w:r>
          <w:rPr>
            <w:noProof/>
            <w:webHidden/>
          </w:rPr>
        </w:r>
        <w:r>
          <w:rPr>
            <w:noProof/>
            <w:webHidden/>
          </w:rPr>
          <w:fldChar w:fldCharType="separate"/>
        </w:r>
        <w:r>
          <w:rPr>
            <w:noProof/>
            <w:webHidden/>
          </w:rPr>
          <w:t>170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1" w:history="1">
        <w:r w:rsidRPr="000C3F7E">
          <w:rPr>
            <w:rStyle w:val="Hyperlink"/>
            <w:noProof/>
          </w:rPr>
          <w:t>Figure 148: The Add Promotion form</w:t>
        </w:r>
        <w:r>
          <w:rPr>
            <w:noProof/>
            <w:webHidden/>
          </w:rPr>
          <w:tab/>
        </w:r>
        <w:r>
          <w:rPr>
            <w:noProof/>
            <w:webHidden/>
          </w:rPr>
          <w:fldChar w:fldCharType="begin"/>
        </w:r>
        <w:r>
          <w:rPr>
            <w:noProof/>
            <w:webHidden/>
          </w:rPr>
          <w:instrText xml:space="preserve"> PAGEREF _Toc237420171 \h </w:instrText>
        </w:r>
        <w:r>
          <w:rPr>
            <w:noProof/>
            <w:webHidden/>
          </w:rPr>
        </w:r>
        <w:r>
          <w:rPr>
            <w:noProof/>
            <w:webHidden/>
          </w:rPr>
          <w:fldChar w:fldCharType="separate"/>
        </w:r>
        <w:r>
          <w:rPr>
            <w:noProof/>
            <w:webHidden/>
          </w:rPr>
          <w:t>171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2" w:history="1">
        <w:r w:rsidRPr="000C3F7E">
          <w:rPr>
            <w:rStyle w:val="Hyperlink"/>
            <w:noProof/>
          </w:rPr>
          <w:t>Figure 149: The Transfers page</w:t>
        </w:r>
        <w:r>
          <w:rPr>
            <w:noProof/>
            <w:webHidden/>
          </w:rPr>
          <w:tab/>
        </w:r>
        <w:r>
          <w:rPr>
            <w:noProof/>
            <w:webHidden/>
          </w:rPr>
          <w:fldChar w:fldCharType="begin"/>
        </w:r>
        <w:r>
          <w:rPr>
            <w:noProof/>
            <w:webHidden/>
          </w:rPr>
          <w:instrText xml:space="preserve"> PAGEREF _Toc237420172 \h </w:instrText>
        </w:r>
        <w:r>
          <w:rPr>
            <w:noProof/>
            <w:webHidden/>
          </w:rPr>
        </w:r>
        <w:r>
          <w:rPr>
            <w:noProof/>
            <w:webHidden/>
          </w:rPr>
          <w:fldChar w:fldCharType="separate"/>
        </w:r>
        <w:r>
          <w:rPr>
            <w:noProof/>
            <w:webHidden/>
          </w:rPr>
          <w:t>172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3" w:history="1">
        <w:r w:rsidRPr="000C3F7E">
          <w:rPr>
            <w:rStyle w:val="Hyperlink"/>
            <w:noProof/>
          </w:rPr>
          <w:t>Figure 150: The Add Transfer form</w:t>
        </w:r>
        <w:r>
          <w:rPr>
            <w:noProof/>
            <w:webHidden/>
          </w:rPr>
          <w:tab/>
        </w:r>
        <w:r>
          <w:rPr>
            <w:noProof/>
            <w:webHidden/>
          </w:rPr>
          <w:fldChar w:fldCharType="begin"/>
        </w:r>
        <w:r>
          <w:rPr>
            <w:noProof/>
            <w:webHidden/>
          </w:rPr>
          <w:instrText xml:space="preserve"> PAGEREF _Toc237420173 \h </w:instrText>
        </w:r>
        <w:r>
          <w:rPr>
            <w:noProof/>
            <w:webHidden/>
          </w:rPr>
        </w:r>
        <w:r>
          <w:rPr>
            <w:noProof/>
            <w:webHidden/>
          </w:rPr>
          <w:fldChar w:fldCharType="separate"/>
        </w:r>
        <w:r>
          <w:rPr>
            <w:noProof/>
            <w:webHidden/>
          </w:rPr>
          <w:t>173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4" w:history="1">
        <w:r w:rsidRPr="000C3F7E">
          <w:rPr>
            <w:rStyle w:val="Hyperlink"/>
            <w:noProof/>
          </w:rPr>
          <w:t>Figure 151: The Trips page</w:t>
        </w:r>
        <w:r>
          <w:rPr>
            <w:noProof/>
            <w:webHidden/>
          </w:rPr>
          <w:tab/>
        </w:r>
        <w:r>
          <w:rPr>
            <w:noProof/>
            <w:webHidden/>
          </w:rPr>
          <w:fldChar w:fldCharType="begin"/>
        </w:r>
        <w:r>
          <w:rPr>
            <w:noProof/>
            <w:webHidden/>
          </w:rPr>
          <w:instrText xml:space="preserve"> PAGEREF _Toc237420174 \h </w:instrText>
        </w:r>
        <w:r>
          <w:rPr>
            <w:noProof/>
            <w:webHidden/>
          </w:rPr>
        </w:r>
        <w:r>
          <w:rPr>
            <w:noProof/>
            <w:webHidden/>
          </w:rPr>
          <w:fldChar w:fldCharType="separate"/>
        </w:r>
        <w:r>
          <w:rPr>
            <w:noProof/>
            <w:webHidden/>
          </w:rPr>
          <w:t>174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5" w:history="1">
        <w:r w:rsidRPr="000C3F7E">
          <w:rPr>
            <w:rStyle w:val="Hyperlink"/>
            <w:noProof/>
          </w:rPr>
          <w:t>Figure 152: The Add Trip form</w:t>
        </w:r>
        <w:r>
          <w:rPr>
            <w:noProof/>
            <w:webHidden/>
          </w:rPr>
          <w:tab/>
        </w:r>
        <w:r>
          <w:rPr>
            <w:noProof/>
            <w:webHidden/>
          </w:rPr>
          <w:fldChar w:fldCharType="begin"/>
        </w:r>
        <w:r>
          <w:rPr>
            <w:noProof/>
            <w:webHidden/>
          </w:rPr>
          <w:instrText xml:space="preserve"> PAGEREF _Toc237420175 \h </w:instrText>
        </w:r>
        <w:r>
          <w:rPr>
            <w:noProof/>
            <w:webHidden/>
          </w:rPr>
        </w:r>
        <w:r>
          <w:rPr>
            <w:noProof/>
            <w:webHidden/>
          </w:rPr>
          <w:fldChar w:fldCharType="separate"/>
        </w:r>
        <w:r>
          <w:rPr>
            <w:noProof/>
            <w:webHidden/>
          </w:rPr>
          <w:t>175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6" w:history="1">
        <w:r w:rsidRPr="000C3F7E">
          <w:rPr>
            <w:rStyle w:val="Hyperlink"/>
            <w:noProof/>
          </w:rPr>
          <w:t>Figure 153: The Warnings page</w:t>
        </w:r>
        <w:r>
          <w:rPr>
            <w:noProof/>
            <w:webHidden/>
          </w:rPr>
          <w:tab/>
        </w:r>
        <w:r>
          <w:rPr>
            <w:noProof/>
            <w:webHidden/>
          </w:rPr>
          <w:fldChar w:fldCharType="begin"/>
        </w:r>
        <w:r>
          <w:rPr>
            <w:noProof/>
            <w:webHidden/>
          </w:rPr>
          <w:instrText xml:space="preserve"> PAGEREF _Toc237420176 \h </w:instrText>
        </w:r>
        <w:r>
          <w:rPr>
            <w:noProof/>
            <w:webHidden/>
          </w:rPr>
        </w:r>
        <w:r>
          <w:rPr>
            <w:noProof/>
            <w:webHidden/>
          </w:rPr>
          <w:fldChar w:fldCharType="separate"/>
        </w:r>
        <w:r>
          <w:rPr>
            <w:noProof/>
            <w:webHidden/>
          </w:rPr>
          <w:t>176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7" w:history="1">
        <w:r w:rsidRPr="000C3F7E">
          <w:rPr>
            <w:rStyle w:val="Hyperlink"/>
            <w:noProof/>
          </w:rPr>
          <w:t>Figure 154: The Add Warning form</w:t>
        </w:r>
        <w:r>
          <w:rPr>
            <w:noProof/>
            <w:webHidden/>
          </w:rPr>
          <w:tab/>
        </w:r>
        <w:r>
          <w:rPr>
            <w:noProof/>
            <w:webHidden/>
          </w:rPr>
          <w:fldChar w:fldCharType="begin"/>
        </w:r>
        <w:r>
          <w:rPr>
            <w:noProof/>
            <w:webHidden/>
          </w:rPr>
          <w:instrText xml:space="preserve"> PAGEREF _Toc237420177 \h </w:instrText>
        </w:r>
        <w:r>
          <w:rPr>
            <w:noProof/>
            <w:webHidden/>
          </w:rPr>
        </w:r>
        <w:r>
          <w:rPr>
            <w:noProof/>
            <w:webHidden/>
          </w:rPr>
          <w:fldChar w:fldCharType="separate"/>
        </w:r>
        <w:r>
          <w:rPr>
            <w:noProof/>
            <w:webHidden/>
          </w:rPr>
          <w:t>177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8" w:history="1">
        <w:r w:rsidRPr="000C3F7E">
          <w:rPr>
            <w:rStyle w:val="Hyperlink"/>
            <w:noProof/>
          </w:rPr>
          <w:t>Figure 155: The Complaints page</w:t>
        </w:r>
        <w:r>
          <w:rPr>
            <w:noProof/>
            <w:webHidden/>
          </w:rPr>
          <w:tab/>
        </w:r>
        <w:r>
          <w:rPr>
            <w:noProof/>
            <w:webHidden/>
          </w:rPr>
          <w:fldChar w:fldCharType="begin"/>
        </w:r>
        <w:r>
          <w:rPr>
            <w:noProof/>
            <w:webHidden/>
          </w:rPr>
          <w:instrText xml:space="preserve"> PAGEREF _Toc237420178 \h </w:instrText>
        </w:r>
        <w:r>
          <w:rPr>
            <w:noProof/>
            <w:webHidden/>
          </w:rPr>
        </w:r>
        <w:r>
          <w:rPr>
            <w:noProof/>
            <w:webHidden/>
          </w:rPr>
          <w:fldChar w:fldCharType="separate"/>
        </w:r>
        <w:r>
          <w:rPr>
            <w:noProof/>
            <w:webHidden/>
          </w:rPr>
          <w:t>178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79" w:history="1">
        <w:r w:rsidRPr="000C3F7E">
          <w:rPr>
            <w:rStyle w:val="Hyperlink"/>
            <w:noProof/>
          </w:rPr>
          <w:t>Figure 156: The Add Complaint form</w:t>
        </w:r>
        <w:r>
          <w:rPr>
            <w:noProof/>
            <w:webHidden/>
          </w:rPr>
          <w:tab/>
        </w:r>
        <w:r>
          <w:rPr>
            <w:noProof/>
            <w:webHidden/>
          </w:rPr>
          <w:fldChar w:fldCharType="begin"/>
        </w:r>
        <w:r>
          <w:rPr>
            <w:noProof/>
            <w:webHidden/>
          </w:rPr>
          <w:instrText xml:space="preserve"> PAGEREF _Toc237420179 \h </w:instrText>
        </w:r>
        <w:r>
          <w:rPr>
            <w:noProof/>
            <w:webHidden/>
          </w:rPr>
        </w:r>
        <w:r>
          <w:rPr>
            <w:noProof/>
            <w:webHidden/>
          </w:rPr>
          <w:fldChar w:fldCharType="separate"/>
        </w:r>
        <w:r>
          <w:rPr>
            <w:noProof/>
            <w:webHidden/>
          </w:rPr>
          <w:t>179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0" w:history="1">
        <w:r w:rsidRPr="000C3F7E">
          <w:rPr>
            <w:rStyle w:val="Hyperlink"/>
            <w:noProof/>
          </w:rPr>
          <w:t>Figure 157: The Resignations page</w:t>
        </w:r>
        <w:r>
          <w:rPr>
            <w:noProof/>
            <w:webHidden/>
          </w:rPr>
          <w:tab/>
        </w:r>
        <w:r>
          <w:rPr>
            <w:noProof/>
            <w:webHidden/>
          </w:rPr>
          <w:fldChar w:fldCharType="begin"/>
        </w:r>
        <w:r>
          <w:rPr>
            <w:noProof/>
            <w:webHidden/>
          </w:rPr>
          <w:instrText xml:space="preserve"> PAGEREF _Toc237420180 \h </w:instrText>
        </w:r>
        <w:r>
          <w:rPr>
            <w:noProof/>
            <w:webHidden/>
          </w:rPr>
        </w:r>
        <w:r>
          <w:rPr>
            <w:noProof/>
            <w:webHidden/>
          </w:rPr>
          <w:fldChar w:fldCharType="separate"/>
        </w:r>
        <w:r>
          <w:rPr>
            <w:noProof/>
            <w:webHidden/>
          </w:rPr>
          <w:t>180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1" w:history="1">
        <w:r w:rsidRPr="000C3F7E">
          <w:rPr>
            <w:rStyle w:val="Hyperlink"/>
            <w:noProof/>
          </w:rPr>
          <w:t>Figure 158: The Add Resignation form</w:t>
        </w:r>
        <w:r>
          <w:rPr>
            <w:noProof/>
            <w:webHidden/>
          </w:rPr>
          <w:tab/>
        </w:r>
        <w:r>
          <w:rPr>
            <w:noProof/>
            <w:webHidden/>
          </w:rPr>
          <w:fldChar w:fldCharType="begin"/>
        </w:r>
        <w:r>
          <w:rPr>
            <w:noProof/>
            <w:webHidden/>
          </w:rPr>
          <w:instrText xml:space="preserve"> PAGEREF _Toc237420181 \h </w:instrText>
        </w:r>
        <w:r>
          <w:rPr>
            <w:noProof/>
            <w:webHidden/>
          </w:rPr>
        </w:r>
        <w:r>
          <w:rPr>
            <w:noProof/>
            <w:webHidden/>
          </w:rPr>
          <w:fldChar w:fldCharType="separate"/>
        </w:r>
        <w:r>
          <w:rPr>
            <w:noProof/>
            <w:webHidden/>
          </w:rPr>
          <w:t>181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2" w:history="1">
        <w:r w:rsidRPr="000C3F7E">
          <w:rPr>
            <w:rStyle w:val="Hyperlink"/>
            <w:noProof/>
          </w:rPr>
          <w:t>Figure 159: The Terminations page</w:t>
        </w:r>
        <w:r>
          <w:rPr>
            <w:noProof/>
            <w:webHidden/>
          </w:rPr>
          <w:tab/>
        </w:r>
        <w:r>
          <w:rPr>
            <w:noProof/>
            <w:webHidden/>
          </w:rPr>
          <w:fldChar w:fldCharType="begin"/>
        </w:r>
        <w:r>
          <w:rPr>
            <w:noProof/>
            <w:webHidden/>
          </w:rPr>
          <w:instrText xml:space="preserve"> PAGEREF _Toc237420182 \h </w:instrText>
        </w:r>
        <w:r>
          <w:rPr>
            <w:noProof/>
            <w:webHidden/>
          </w:rPr>
        </w:r>
        <w:r>
          <w:rPr>
            <w:noProof/>
            <w:webHidden/>
          </w:rPr>
          <w:fldChar w:fldCharType="separate"/>
        </w:r>
        <w:r>
          <w:rPr>
            <w:noProof/>
            <w:webHidden/>
          </w:rPr>
          <w:t>182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3" w:history="1">
        <w:r w:rsidRPr="000C3F7E">
          <w:rPr>
            <w:rStyle w:val="Hyperlink"/>
            <w:noProof/>
          </w:rPr>
          <w:t>Figure 160: The Add Termination form</w:t>
        </w:r>
        <w:r>
          <w:rPr>
            <w:noProof/>
            <w:webHidden/>
          </w:rPr>
          <w:tab/>
        </w:r>
        <w:r>
          <w:rPr>
            <w:noProof/>
            <w:webHidden/>
          </w:rPr>
          <w:fldChar w:fldCharType="begin"/>
        </w:r>
        <w:r>
          <w:rPr>
            <w:noProof/>
            <w:webHidden/>
          </w:rPr>
          <w:instrText xml:space="preserve"> PAGEREF _Toc237420183 \h </w:instrText>
        </w:r>
        <w:r>
          <w:rPr>
            <w:noProof/>
            <w:webHidden/>
          </w:rPr>
        </w:r>
        <w:r>
          <w:rPr>
            <w:noProof/>
            <w:webHidden/>
          </w:rPr>
          <w:fldChar w:fldCharType="separate"/>
        </w:r>
        <w:r>
          <w:rPr>
            <w:noProof/>
            <w:webHidden/>
          </w:rPr>
          <w:t>183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4" w:history="1">
        <w:r w:rsidRPr="000C3F7E">
          <w:rPr>
            <w:rStyle w:val="Hyperlink"/>
            <w:noProof/>
          </w:rPr>
          <w:t>Figure 161: The Holidays page</w:t>
        </w:r>
        <w:r>
          <w:rPr>
            <w:noProof/>
            <w:webHidden/>
          </w:rPr>
          <w:tab/>
        </w:r>
        <w:r>
          <w:rPr>
            <w:noProof/>
            <w:webHidden/>
          </w:rPr>
          <w:fldChar w:fldCharType="begin"/>
        </w:r>
        <w:r>
          <w:rPr>
            <w:noProof/>
            <w:webHidden/>
          </w:rPr>
          <w:instrText xml:space="preserve"> PAGEREF _Toc237420184 \h </w:instrText>
        </w:r>
        <w:r>
          <w:rPr>
            <w:noProof/>
            <w:webHidden/>
          </w:rPr>
        </w:r>
        <w:r>
          <w:rPr>
            <w:noProof/>
            <w:webHidden/>
          </w:rPr>
          <w:fldChar w:fldCharType="separate"/>
        </w:r>
        <w:r>
          <w:rPr>
            <w:noProof/>
            <w:webHidden/>
          </w:rPr>
          <w:t>184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5" w:history="1">
        <w:r w:rsidRPr="000C3F7E">
          <w:rPr>
            <w:rStyle w:val="Hyperlink"/>
            <w:noProof/>
          </w:rPr>
          <w:t>Figure 162: The Add Holiday form</w:t>
        </w:r>
        <w:r>
          <w:rPr>
            <w:noProof/>
            <w:webHidden/>
          </w:rPr>
          <w:tab/>
        </w:r>
        <w:r>
          <w:rPr>
            <w:noProof/>
            <w:webHidden/>
          </w:rPr>
          <w:fldChar w:fldCharType="begin"/>
        </w:r>
        <w:r>
          <w:rPr>
            <w:noProof/>
            <w:webHidden/>
          </w:rPr>
          <w:instrText xml:space="preserve"> PAGEREF _Toc237420185 \h </w:instrText>
        </w:r>
        <w:r>
          <w:rPr>
            <w:noProof/>
            <w:webHidden/>
          </w:rPr>
        </w:r>
        <w:r>
          <w:rPr>
            <w:noProof/>
            <w:webHidden/>
          </w:rPr>
          <w:fldChar w:fldCharType="separate"/>
        </w:r>
        <w:r>
          <w:rPr>
            <w:noProof/>
            <w:webHidden/>
          </w:rPr>
          <w:t>185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6" w:history="1">
        <w:r w:rsidRPr="000C3F7E">
          <w:rPr>
            <w:rStyle w:val="Hyperlink"/>
            <w:noProof/>
          </w:rPr>
          <w:t>Figure 163: The Announcements page</w:t>
        </w:r>
        <w:r>
          <w:rPr>
            <w:noProof/>
            <w:webHidden/>
          </w:rPr>
          <w:tab/>
        </w:r>
        <w:r>
          <w:rPr>
            <w:noProof/>
            <w:webHidden/>
          </w:rPr>
          <w:fldChar w:fldCharType="begin"/>
        </w:r>
        <w:r>
          <w:rPr>
            <w:noProof/>
            <w:webHidden/>
          </w:rPr>
          <w:instrText xml:space="preserve"> PAGEREF _Toc237420186 \h </w:instrText>
        </w:r>
        <w:r>
          <w:rPr>
            <w:noProof/>
            <w:webHidden/>
          </w:rPr>
        </w:r>
        <w:r>
          <w:rPr>
            <w:noProof/>
            <w:webHidden/>
          </w:rPr>
          <w:fldChar w:fldCharType="separate"/>
        </w:r>
        <w:r>
          <w:rPr>
            <w:noProof/>
            <w:webHidden/>
          </w:rPr>
          <w:t>186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7" w:history="1">
        <w:r w:rsidRPr="000C3F7E">
          <w:rPr>
            <w:rStyle w:val="Hyperlink"/>
            <w:noProof/>
          </w:rPr>
          <w:t>Figure 164: The Add Announcement form</w:t>
        </w:r>
        <w:r>
          <w:rPr>
            <w:noProof/>
            <w:webHidden/>
          </w:rPr>
          <w:tab/>
        </w:r>
        <w:r>
          <w:rPr>
            <w:noProof/>
            <w:webHidden/>
          </w:rPr>
          <w:fldChar w:fldCharType="begin"/>
        </w:r>
        <w:r>
          <w:rPr>
            <w:noProof/>
            <w:webHidden/>
          </w:rPr>
          <w:instrText xml:space="preserve"> PAGEREF _Toc237420187 \h </w:instrText>
        </w:r>
        <w:r>
          <w:rPr>
            <w:noProof/>
            <w:webHidden/>
          </w:rPr>
        </w:r>
        <w:r>
          <w:rPr>
            <w:noProof/>
            <w:webHidden/>
          </w:rPr>
          <w:fldChar w:fldCharType="separate"/>
        </w:r>
        <w:r>
          <w:rPr>
            <w:noProof/>
            <w:webHidden/>
          </w:rPr>
          <w:t>187</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8" w:history="1">
        <w:r w:rsidRPr="000C3F7E">
          <w:rPr>
            <w:rStyle w:val="Hyperlink"/>
            <w:noProof/>
          </w:rPr>
          <w:t>Figure 165: The Settings page</w:t>
        </w:r>
        <w:r>
          <w:rPr>
            <w:noProof/>
            <w:webHidden/>
          </w:rPr>
          <w:tab/>
        </w:r>
        <w:r>
          <w:rPr>
            <w:noProof/>
            <w:webHidden/>
          </w:rPr>
          <w:fldChar w:fldCharType="begin"/>
        </w:r>
        <w:r>
          <w:rPr>
            <w:noProof/>
            <w:webHidden/>
          </w:rPr>
          <w:instrText xml:space="preserve"> PAGEREF _Toc237420188 \h </w:instrText>
        </w:r>
        <w:r>
          <w:rPr>
            <w:noProof/>
            <w:webHidden/>
          </w:rPr>
        </w:r>
        <w:r>
          <w:rPr>
            <w:noProof/>
            <w:webHidden/>
          </w:rPr>
          <w:fldChar w:fldCharType="separate"/>
        </w:r>
        <w:r>
          <w:rPr>
            <w:noProof/>
            <w:webHidden/>
          </w:rPr>
          <w:t>190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89" w:history="1">
        <w:r w:rsidRPr="000C3F7E">
          <w:rPr>
            <w:rStyle w:val="Hyperlink"/>
            <w:noProof/>
          </w:rPr>
          <w:t>Figure 166: The Add IP Address form</w:t>
        </w:r>
        <w:r>
          <w:rPr>
            <w:noProof/>
            <w:webHidden/>
          </w:rPr>
          <w:tab/>
        </w:r>
        <w:r>
          <w:rPr>
            <w:noProof/>
            <w:webHidden/>
          </w:rPr>
          <w:fldChar w:fldCharType="begin"/>
        </w:r>
        <w:r>
          <w:rPr>
            <w:noProof/>
            <w:webHidden/>
          </w:rPr>
          <w:instrText xml:space="preserve"> PAGEREF _Toc237420189 \h </w:instrText>
        </w:r>
        <w:r>
          <w:rPr>
            <w:noProof/>
            <w:webHidden/>
          </w:rPr>
        </w:r>
        <w:r>
          <w:rPr>
            <w:noProof/>
            <w:webHidden/>
          </w:rPr>
          <w:fldChar w:fldCharType="separate"/>
        </w:r>
        <w:r>
          <w:rPr>
            <w:noProof/>
            <w:webHidden/>
          </w:rPr>
          <w:t>191</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0" w:history="1">
        <w:r w:rsidRPr="000C3F7E">
          <w:rPr>
            <w:rStyle w:val="Hyperlink"/>
            <w:noProof/>
          </w:rPr>
          <w:t>Figure 167: The Plans page</w:t>
        </w:r>
        <w:r>
          <w:rPr>
            <w:noProof/>
            <w:webHidden/>
          </w:rPr>
          <w:tab/>
        </w:r>
        <w:r>
          <w:rPr>
            <w:noProof/>
            <w:webHidden/>
          </w:rPr>
          <w:fldChar w:fldCharType="begin"/>
        </w:r>
        <w:r>
          <w:rPr>
            <w:noProof/>
            <w:webHidden/>
          </w:rPr>
          <w:instrText xml:space="preserve"> PAGEREF _Toc237420190 \h </w:instrText>
        </w:r>
        <w:r>
          <w:rPr>
            <w:noProof/>
            <w:webHidden/>
          </w:rPr>
        </w:r>
        <w:r>
          <w:rPr>
            <w:noProof/>
            <w:webHidden/>
          </w:rPr>
          <w:fldChar w:fldCharType="separate"/>
        </w:r>
        <w:r>
          <w:rPr>
            <w:noProof/>
            <w:webHidden/>
          </w:rPr>
          <w:t>192</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1" w:history="1">
        <w:r w:rsidRPr="000C3F7E">
          <w:rPr>
            <w:rStyle w:val="Hyperlink"/>
            <w:noProof/>
          </w:rPr>
          <w:t>Figure 168: The Plan Requests page</w:t>
        </w:r>
        <w:r>
          <w:rPr>
            <w:noProof/>
            <w:webHidden/>
          </w:rPr>
          <w:tab/>
        </w:r>
        <w:r>
          <w:rPr>
            <w:noProof/>
            <w:webHidden/>
          </w:rPr>
          <w:fldChar w:fldCharType="begin"/>
        </w:r>
        <w:r>
          <w:rPr>
            <w:noProof/>
            <w:webHidden/>
          </w:rPr>
          <w:instrText xml:space="preserve"> PAGEREF _Toc237420191 \h </w:instrText>
        </w:r>
        <w:r>
          <w:rPr>
            <w:noProof/>
            <w:webHidden/>
          </w:rPr>
        </w:r>
        <w:r>
          <w:rPr>
            <w:noProof/>
            <w:webHidden/>
          </w:rPr>
          <w:fldChar w:fldCharType="separate"/>
        </w:r>
        <w:r>
          <w:rPr>
            <w:noProof/>
            <w:webHidden/>
          </w:rPr>
          <w:t>193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2" w:history="1">
        <w:r w:rsidRPr="000C3F7E">
          <w:rPr>
            <w:rStyle w:val="Hyperlink"/>
            <w:noProof/>
          </w:rPr>
          <w:t>Figure 169: The Plan Orders page</w:t>
        </w:r>
        <w:r>
          <w:rPr>
            <w:noProof/>
            <w:webHidden/>
          </w:rPr>
          <w:tab/>
        </w:r>
        <w:r>
          <w:rPr>
            <w:noProof/>
            <w:webHidden/>
          </w:rPr>
          <w:fldChar w:fldCharType="begin"/>
        </w:r>
        <w:r>
          <w:rPr>
            <w:noProof/>
            <w:webHidden/>
          </w:rPr>
          <w:instrText xml:space="preserve"> PAGEREF _Toc237420192 \h </w:instrText>
        </w:r>
        <w:r>
          <w:rPr>
            <w:noProof/>
            <w:webHidden/>
          </w:rPr>
        </w:r>
        <w:r>
          <w:rPr>
            <w:noProof/>
            <w:webHidden/>
          </w:rPr>
          <w:fldChar w:fldCharType="separate"/>
        </w:r>
        <w:r>
          <w:rPr>
            <w:noProof/>
            <w:webHidden/>
          </w:rPr>
          <w:t>194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3" w:history="1">
        <w:r w:rsidRPr="000C3F7E">
          <w:rPr>
            <w:rStyle w:val="Hyperlink"/>
            <w:noProof/>
          </w:rPr>
          <w:t>Figure 170: The Referral Program page</w:t>
        </w:r>
        <w:r>
          <w:rPr>
            <w:noProof/>
            <w:webHidden/>
          </w:rPr>
          <w:tab/>
        </w:r>
        <w:r>
          <w:rPr>
            <w:noProof/>
            <w:webHidden/>
          </w:rPr>
          <w:fldChar w:fldCharType="begin"/>
        </w:r>
        <w:r>
          <w:rPr>
            <w:noProof/>
            <w:webHidden/>
          </w:rPr>
          <w:instrText xml:space="preserve"> PAGEREF _Toc237420193 \h </w:instrText>
        </w:r>
        <w:r>
          <w:rPr>
            <w:noProof/>
            <w:webHidden/>
          </w:rPr>
        </w:r>
        <w:r>
          <w:rPr>
            <w:noProof/>
            <w:webHidden/>
          </w:rPr>
          <w:fldChar w:fldCharType="separate"/>
        </w:r>
        <w:r>
          <w:rPr>
            <w:noProof/>
            <w:webHidden/>
          </w:rPr>
          <w:t>195</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4" w:history="1">
        <w:r w:rsidRPr="000C3F7E">
          <w:rPr>
            <w:rStyle w:val="Hyperlink"/>
            <w:noProof/>
          </w:rPr>
          <w:t>Figure 171: The Landing Page page</w:t>
        </w:r>
        <w:r>
          <w:rPr>
            <w:noProof/>
            <w:webHidden/>
          </w:rPr>
          <w:tab/>
        </w:r>
        <w:r>
          <w:rPr>
            <w:noProof/>
            <w:webHidden/>
          </w:rPr>
          <w:fldChar w:fldCharType="begin"/>
        </w:r>
        <w:r>
          <w:rPr>
            <w:noProof/>
            <w:webHidden/>
          </w:rPr>
          <w:instrText xml:space="preserve"> PAGEREF _Toc237420194 \h </w:instrText>
        </w:r>
        <w:r>
          <w:rPr>
            <w:noProof/>
            <w:webHidden/>
          </w:rPr>
        </w:r>
        <w:r>
          <w:rPr>
            <w:noProof/>
            <w:webHidden/>
          </w:rPr>
          <w:fldChar w:fldCharType="separate"/>
        </w:r>
        <w:r>
          <w:rPr>
            <w:noProof/>
            <w:webHidden/>
          </w:rPr>
          <w:t>196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5" w:history="1">
        <w:r w:rsidRPr="000C3F7E">
          <w:rPr>
            <w:rStyle w:val="Hyperlink"/>
            <w:noProof/>
          </w:rPr>
          <w:t>Figure 172: The API Tokens page</w:t>
        </w:r>
        <w:r>
          <w:rPr>
            <w:noProof/>
            <w:webHidden/>
          </w:rPr>
          <w:tab/>
        </w:r>
        <w:r>
          <w:rPr>
            <w:noProof/>
            <w:webHidden/>
          </w:rPr>
          <w:fldChar w:fldCharType="begin"/>
        </w:r>
        <w:r>
          <w:rPr>
            <w:noProof/>
            <w:webHidden/>
          </w:rPr>
          <w:instrText xml:space="preserve"> PAGEREF _Toc237420195 \h </w:instrText>
        </w:r>
        <w:r>
          <w:rPr>
            <w:noProof/>
            <w:webHidden/>
          </w:rPr>
        </w:r>
        <w:r>
          <w:rPr>
            <w:noProof/>
            <w:webHidden/>
          </w:rPr>
          <w:fldChar w:fldCharType="separate"/>
        </w:r>
        <w:r>
          <w:rPr>
            <w:noProof/>
            <w:webHidden/>
          </w:rPr>
          <w:t>198</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6" w:history="1">
        <w:r w:rsidRPr="000C3F7E">
          <w:rPr>
            <w:rStyle w:val="Hyperlink"/>
            <w:noProof/>
          </w:rPr>
          <w:t>Figure 173: The Webhooks page</w:t>
        </w:r>
        <w:r>
          <w:rPr>
            <w:noProof/>
            <w:webHidden/>
          </w:rPr>
          <w:tab/>
        </w:r>
        <w:r>
          <w:rPr>
            <w:noProof/>
            <w:webHidden/>
          </w:rPr>
          <w:fldChar w:fldCharType="begin"/>
        </w:r>
        <w:r>
          <w:rPr>
            <w:noProof/>
            <w:webHidden/>
          </w:rPr>
          <w:instrText xml:space="preserve"> PAGEREF _Toc237420196 \h </w:instrText>
        </w:r>
        <w:r>
          <w:rPr>
            <w:noProof/>
            <w:webHidden/>
          </w:rPr>
        </w:r>
        <w:r>
          <w:rPr>
            <w:noProof/>
            <w:webHidden/>
          </w:rPr>
          <w:fldChar w:fldCharType="separate"/>
        </w:r>
        <w:r>
          <w:rPr>
            <w:noProof/>
            <w:webHidden/>
          </w:rPr>
          <w:t>199</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7" w:history="1">
        <w:r w:rsidRPr="000C3F7E">
          <w:rPr>
            <w:rStyle w:val="Hyperlink"/>
            <w:noProof/>
          </w:rPr>
          <w:t>Figure 174: The API Reference page</w:t>
        </w:r>
        <w:r>
          <w:rPr>
            <w:noProof/>
            <w:webHidden/>
          </w:rPr>
          <w:tab/>
        </w:r>
        <w:r>
          <w:rPr>
            <w:noProof/>
            <w:webHidden/>
          </w:rPr>
          <w:fldChar w:fldCharType="begin"/>
        </w:r>
        <w:r>
          <w:rPr>
            <w:noProof/>
            <w:webHidden/>
          </w:rPr>
          <w:instrText xml:space="preserve"> PAGEREF _Toc237420197 \h </w:instrText>
        </w:r>
        <w:r>
          <w:rPr>
            <w:noProof/>
            <w:webHidden/>
          </w:rPr>
        </w:r>
        <w:r>
          <w:rPr>
            <w:noProof/>
            <w:webHidden/>
          </w:rPr>
          <w:fldChar w:fldCharType="separate"/>
        </w:r>
        <w:r>
          <w:rPr>
            <w:noProof/>
            <w:webHidden/>
          </w:rPr>
          <w:t>200</w:t>
        </w:r>
        <w:r>
          <w:rPr>
            <w:noProof/>
            <w:webHidden/>
          </w:rPr>
          <w:fldChar w:fldCharType="end"/>
        </w:r>
      </w:hyperlink>
    </w:p>
    <w:p w:rsidR="007E715F" w:rsidRDefault="00D52D88">
      <w:r>
        <w:fldChar w:fldCharType="end"/>
      </w:r>
    </w:p>
    <w:p w:rsidR="007E715F" w:rsidRDefault="00D52D88">
      <w:pPr>
        <w:keepNext/>
        <w:pageBreakBefore/>
        <w:spacing w:after="200"/>
      </w:pPr>
      <w:r>
        <w:rPr>
          <w:b/>
          <w:color w:val="0E9F6E"/>
          <w:sz w:val="40"/>
        </w:rPr>
        <w:lastRenderedPageBreak/>
        <w:t>List of Tables</w:t>
      </w:r>
    </w:p>
    <w:p w:rsidR="00D52D88" w:rsidRDefault="00D52D88">
      <w:pPr>
        <w:pStyle w:val="TableofFigures"/>
        <w:tabs>
          <w:tab w:val="right" w:leader="dot" w:pos="9062"/>
        </w:tabs>
        <w:rPr>
          <w:rFonts w:asciiTheme="minorHAnsi" w:hAnsiTheme="minorHAnsi"/>
          <w:noProof/>
          <w:color w:val="auto"/>
          <w:sz w:val="22"/>
        </w:rPr>
      </w:pPr>
      <w:r>
        <w:fldChar w:fldCharType="begin"/>
      </w:r>
      <w:r>
        <w:instrText xml:space="preserve"> TOC \h \z \c "Table" </w:instrText>
      </w:r>
      <w:r>
        <w:fldChar w:fldCharType="separate"/>
      </w:r>
      <w:hyperlink w:anchor="_Toc237420198" w:history="1">
        <w:r w:rsidRPr="00733358">
          <w:rPr>
            <w:rStyle w:val="Hyperlink"/>
            <w:noProof/>
          </w:rPr>
          <w:t>Table 1: The modules of Weaf HR and where each is documented</w:t>
        </w:r>
        <w:r>
          <w:rPr>
            <w:noProof/>
            <w:webHidden/>
          </w:rPr>
          <w:tab/>
        </w:r>
        <w:r>
          <w:rPr>
            <w:noProof/>
            <w:webHidden/>
          </w:rPr>
          <w:fldChar w:fldCharType="begin"/>
        </w:r>
        <w:r>
          <w:rPr>
            <w:noProof/>
            <w:webHidden/>
          </w:rPr>
          <w:instrText xml:space="preserve"> PAGEREF _Toc237420198 \h </w:instrText>
        </w:r>
        <w:r>
          <w:rPr>
            <w:noProof/>
            <w:webHidden/>
          </w:rPr>
        </w:r>
        <w:r>
          <w:rPr>
            <w:noProof/>
            <w:webHidden/>
          </w:rPr>
          <w:fldChar w:fldCharType="separate"/>
        </w:r>
        <w:r>
          <w:rPr>
            <w:noProof/>
            <w:webHidden/>
          </w:rPr>
          <w:t>3</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199" w:history="1">
        <w:r w:rsidRPr="00733358">
          <w:rPr>
            <w:rStyle w:val="Hyperlink"/>
            <w:noProof/>
          </w:rPr>
          <w:t>Table 2: The thirteen sections of the welcome page, in order</w:t>
        </w:r>
        <w:r>
          <w:rPr>
            <w:noProof/>
            <w:webHidden/>
          </w:rPr>
          <w:tab/>
        </w:r>
        <w:r>
          <w:rPr>
            <w:noProof/>
            <w:webHidden/>
          </w:rPr>
          <w:fldChar w:fldCharType="begin"/>
        </w:r>
        <w:r>
          <w:rPr>
            <w:noProof/>
            <w:webHidden/>
          </w:rPr>
          <w:instrText xml:space="preserve"> PAGEREF _Toc237420199 \h </w:instrText>
        </w:r>
        <w:r>
          <w:rPr>
            <w:noProof/>
            <w:webHidden/>
          </w:rPr>
        </w:r>
        <w:r>
          <w:rPr>
            <w:noProof/>
            <w:webHidden/>
          </w:rPr>
          <w:fldChar w:fldCharType="separate"/>
        </w:r>
        <w:r>
          <w:rPr>
            <w:noProof/>
            <w:webHidden/>
          </w:rPr>
          <w:t>6</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200" w:history="1">
        <w:r w:rsidRPr="00733358">
          <w:rPr>
            <w:rStyle w:val="Hyperlink"/>
            <w:noProof/>
          </w:rPr>
          <w:t>Table 3: Navigation destinations in the header, as published</w:t>
        </w:r>
        <w:r>
          <w:rPr>
            <w:noProof/>
            <w:webHidden/>
          </w:rPr>
          <w:tab/>
        </w:r>
        <w:r>
          <w:rPr>
            <w:noProof/>
            <w:webHidden/>
          </w:rPr>
          <w:fldChar w:fldCharType="begin"/>
        </w:r>
        <w:r>
          <w:rPr>
            <w:noProof/>
            <w:webHidden/>
          </w:rPr>
          <w:instrText xml:space="preserve"> PAGEREF _Toc237420200 \h </w:instrText>
        </w:r>
        <w:r>
          <w:rPr>
            <w:noProof/>
            <w:webHidden/>
          </w:rPr>
        </w:r>
        <w:r>
          <w:rPr>
            <w:noProof/>
            <w:webHidden/>
          </w:rPr>
          <w:fldChar w:fldCharType="separate"/>
        </w:r>
        <w:r>
          <w:rPr>
            <w:noProof/>
            <w:webHidden/>
          </w:rPr>
          <w:t>20</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201" w:history="1">
        <w:r w:rsidRPr="00733358">
          <w:rPr>
            <w:rStyle w:val="Hyperlink"/>
            <w:noProof/>
          </w:rPr>
          <w:t>Table 4: Fields on the registration form</w:t>
        </w:r>
        <w:r>
          <w:rPr>
            <w:noProof/>
            <w:webHidden/>
          </w:rPr>
          <w:tab/>
        </w:r>
        <w:r>
          <w:rPr>
            <w:noProof/>
            <w:webHidden/>
          </w:rPr>
          <w:fldChar w:fldCharType="begin"/>
        </w:r>
        <w:r>
          <w:rPr>
            <w:noProof/>
            <w:webHidden/>
          </w:rPr>
          <w:instrText xml:space="preserve"> PAGEREF _Toc237420201 \h </w:instrText>
        </w:r>
        <w:r>
          <w:rPr>
            <w:noProof/>
            <w:webHidden/>
          </w:rPr>
        </w:r>
        <w:r>
          <w:rPr>
            <w:noProof/>
            <w:webHidden/>
          </w:rPr>
          <w:fldChar w:fldCharType="separate"/>
        </w:r>
        <w:r>
          <w:rPr>
            <w:noProof/>
            <w:webHidden/>
          </w:rPr>
          <w:t>24</w:t>
        </w:r>
        <w:r>
          <w:rPr>
            <w:noProof/>
            <w:webHidden/>
          </w:rPr>
          <w:fldChar w:fldCharType="end"/>
        </w:r>
      </w:hyperlink>
    </w:p>
    <w:p w:rsidR="00D52D88" w:rsidRDefault="00D52D88">
      <w:pPr>
        <w:pStyle w:val="TableofFigures"/>
        <w:tabs>
          <w:tab w:val="right" w:leader="dot" w:pos="9062"/>
        </w:tabs>
        <w:rPr>
          <w:rFonts w:asciiTheme="minorHAnsi" w:hAnsiTheme="minorHAnsi"/>
          <w:noProof/>
          <w:color w:val="auto"/>
          <w:sz w:val="22"/>
        </w:rPr>
      </w:pPr>
      <w:hyperlink w:anchor="_Toc237420202" w:history="1">
        <w:r w:rsidRPr="00733358">
          <w:rPr>
            <w:rStyle w:val="Hyperlink"/>
            <w:noProof/>
          </w:rPr>
          <w:t>Table 5: Complete index of application pages</w:t>
        </w:r>
        <w:r>
          <w:rPr>
            <w:noProof/>
            <w:webHidden/>
          </w:rPr>
          <w:tab/>
        </w:r>
        <w:r>
          <w:rPr>
            <w:noProof/>
            <w:webHidden/>
          </w:rPr>
          <w:fldChar w:fldCharType="begin"/>
        </w:r>
        <w:r>
          <w:rPr>
            <w:noProof/>
            <w:webHidden/>
          </w:rPr>
          <w:instrText xml:space="preserve"> PAGEREF _Toc237420202 \h </w:instrText>
        </w:r>
        <w:r>
          <w:rPr>
            <w:noProof/>
            <w:webHidden/>
          </w:rPr>
        </w:r>
        <w:r>
          <w:rPr>
            <w:noProof/>
            <w:webHidden/>
          </w:rPr>
          <w:fldChar w:fldCharType="separate"/>
        </w:r>
        <w:r>
          <w:rPr>
            <w:noProof/>
            <w:webHidden/>
          </w:rPr>
          <w:t>202</w:t>
        </w:r>
        <w:r>
          <w:rPr>
            <w:noProof/>
            <w:webHidden/>
          </w:rPr>
          <w:fldChar w:fldCharType="end"/>
        </w:r>
      </w:hyperlink>
    </w:p>
    <w:p w:rsidR="007E715F" w:rsidRDefault="00D52D88">
      <w:r>
        <w:fldChar w:fldCharType="end"/>
      </w:r>
    </w:p>
    <w:p w:rsidR="007E715F" w:rsidRDefault="00D52D88">
      <w:pPr>
        <w:spacing w:before="320"/>
      </w:pPr>
      <w:r>
        <w:rPr>
          <w:i/>
          <w:color w:val="6B7280"/>
          <w:sz w:val="17"/>
        </w:rPr>
        <w:t>These three lists are Word fields. If they look out of date, select all (Ctrl+A) and press F9, then choose “Update entire table”.</w:t>
      </w:r>
    </w:p>
    <w:p w:rsidR="007E715F" w:rsidRDefault="007E715F">
      <w:pPr>
        <w:sectPr w:rsidR="007E715F">
          <w:footerReference w:type="default" r:id="rId8"/>
          <w:pgSz w:w="11906" w:h="16838"/>
          <w:pgMar w:top="1134" w:right="1417" w:bottom="1134" w:left="1417" w:header="720" w:footer="720" w:gutter="0"/>
          <w:pgNumType w:fmt="lowerRoman" w:start="1"/>
          <w:cols w:space="720"/>
          <w:docGrid w:linePitch="360"/>
        </w:sectPr>
      </w:pPr>
    </w:p>
    <w:p w:rsidR="007E715F" w:rsidRDefault="00D52D88">
      <w:pPr>
        <w:pStyle w:val="Heading1"/>
        <w:pageBreakBefore/>
        <w:spacing w:before="0"/>
      </w:pPr>
      <w:bookmarkStart w:id="1" w:name="_Toc237419879"/>
      <w:r>
        <w:lastRenderedPageBreak/>
        <w:t>Part I — Introduction</w:t>
      </w:r>
      <w:bookmarkEnd w:id="1"/>
    </w:p>
    <w:p w:rsidR="007E715F" w:rsidRDefault="00D52D88">
      <w:pPr>
        <w:pStyle w:val="Heading2"/>
        <w:pageBreakBefore/>
        <w:spacing w:before="0"/>
      </w:pPr>
      <w:bookmarkStart w:id="2" w:name="_Toc237419880"/>
      <w:r>
        <w:lastRenderedPageBreak/>
        <w:t>1. About This Document</w:t>
      </w:r>
      <w:bookmarkEnd w:id="2"/>
    </w:p>
    <w:p w:rsidR="007E715F" w:rsidRDefault="00D52D88">
      <w:pPr>
        <w:pStyle w:val="Heading3"/>
      </w:pPr>
      <w:bookmarkStart w:id="3" w:name="_Toc237419881"/>
      <w:r>
        <w:t>1.1 Who this is for</w:t>
      </w:r>
      <w:bookmarkEnd w:id="3"/>
    </w:p>
    <w:p w:rsidR="007E715F" w:rsidRDefault="00D52D88">
      <w:r>
        <w:t>This manual assumes no prior knowledge of Weaf HR. It starts at the public website, walks through creating a company and signing in, and then covers every page of the application in the order</w:t>
      </w:r>
      <w:r>
        <w:t xml:space="preserve"> someone setting the system up would meet them. A reader who follows it from the beginning will be able to run the system; a reader who already knows it can use the contents pages to jump to one screen.</w:t>
      </w:r>
    </w:p>
    <w:p w:rsidR="007E715F" w:rsidRDefault="00D52D88">
      <w:pPr>
        <w:pStyle w:val="Heading3"/>
      </w:pPr>
      <w:bookmarkStart w:id="4" w:name="_Toc237419882"/>
      <w:r>
        <w:t>1.2 How this document was produced</w:t>
      </w:r>
      <w:bookmarkEnd w:id="4"/>
    </w:p>
    <w:p w:rsidR="007E715F" w:rsidRDefault="00D52D88">
      <w:r>
        <w:t>Every screenshot w</w:t>
      </w:r>
      <w:r>
        <w:t>as captured from the running system at https://weafpayroll.weafcompany.com, and the details quoted in the text — page titles, table columns, button labels and form fields — were read from those same pages rather than from the source code. Where a page is c</w:t>
      </w:r>
      <w:r>
        <w:t>onfigurable and an administrator has changed it, the live page is treated as correct.</w:t>
      </w:r>
    </w:p>
    <w:p w:rsidR="007E715F" w:rsidRDefault="00D52D88">
      <w:r>
        <w:t>The screens shown belong to a demonstration company, so the names, salaries and other details in them are fictitious. The structure around that data is real.</w:t>
      </w:r>
    </w:p>
    <w:p w:rsidR="007E715F" w:rsidRDefault="00D52D88">
      <w:pPr>
        <w:pStyle w:val="Heading3"/>
      </w:pPr>
      <w:bookmarkStart w:id="5" w:name="_Toc237419883"/>
      <w:r>
        <w:t>1.3 How to r</w:t>
      </w:r>
      <w:r>
        <w:t>ead the figures</w:t>
      </w:r>
      <w:bookmarkEnd w:id="5"/>
    </w:p>
    <w:p w:rsidR="007E715F" w:rsidRDefault="00D52D88">
      <w:r>
        <w:t xml:space="preserve">Screenshots are marked up. A crimson outline identifies the element being discussed and a numbered crimson badge sits on its corner; the numbered list under the figure explains the marked elements in the same order. Crimson appears nowhere </w:t>
      </w:r>
      <w:r>
        <w:t>in the product’s own palette, so an annotation can never be mistaken for part of the interface.</w:t>
      </w:r>
    </w:p>
    <w:p w:rsidR="007E715F" w:rsidRDefault="00D52D88">
      <w:r>
        <w:t>Captures were taken on a desktop screen. The system is responsive: on a narrow screen the sidebar collapses behind a menu button and multi-column layouts stack.</w:t>
      </w:r>
      <w:r>
        <w:t xml:space="preserve"> The content is the same; only its arrangement changes.</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Instructions in this manual never include a final confirmation of anything destructive. Where a screen can delete or approve, the manual says so but stops short of walking you through it.</w:t>
            </w:r>
          </w:p>
        </w:tc>
      </w:tr>
    </w:tbl>
    <w:p w:rsidR="007E715F" w:rsidRDefault="007E715F">
      <w:pPr>
        <w:spacing w:after="40"/>
      </w:pPr>
    </w:p>
    <w:p w:rsidR="007E715F" w:rsidRDefault="00D52D88">
      <w:pPr>
        <w:pStyle w:val="Heading2"/>
        <w:pageBreakBefore/>
        <w:spacing w:before="0"/>
      </w:pPr>
      <w:bookmarkStart w:id="6" w:name="_Toc237419884"/>
      <w:r>
        <w:lastRenderedPageBreak/>
        <w:t xml:space="preserve">2. </w:t>
      </w:r>
      <w:r>
        <w:t>What Weaf HR Is</w:t>
      </w:r>
      <w:bookmarkEnd w:id="6"/>
    </w:p>
    <w:p w:rsidR="007E715F" w:rsidRDefault="00D52D88">
      <w:r>
        <w:t xml:space="preserve">Weaf HR is a human resource and payroll platform for a company and its staff. It holds the record of who works for you, what they are paid, when they are at work, when they are on leave, how they are performing, and everything that happens </w:t>
      </w:r>
      <w:r>
        <w:t>between joining and leaving.</w:t>
      </w:r>
    </w:p>
    <w:p w:rsidR="007E715F" w:rsidRDefault="00D52D88">
      <w:r>
        <w:t>It is multi-company by design: each company's data is separate, and a company signs up for its own account rather than being created by an administrator. The public website in chapter 3 is the front door to that sign-up.</w:t>
      </w:r>
    </w:p>
    <w:p w:rsidR="007E715F" w:rsidRDefault="00D52D88">
      <w:pPr>
        <w:pStyle w:val="Heading3"/>
      </w:pPr>
      <w:bookmarkStart w:id="7" w:name="_Toc237419885"/>
      <w:r>
        <w:t>2.1 Th</w:t>
      </w:r>
      <w:r>
        <w:t>e modules</w:t>
      </w:r>
      <w:bookmarkEnd w:id="7"/>
    </w:p>
    <w:p w:rsidR="007E715F" w:rsidRDefault="00D52D88">
      <w:r>
        <w:t>The sidebar groups the system into modules. This manual devotes a chapter to each, in the order they are usually set up:</w:t>
      </w:r>
    </w:p>
    <w:p w:rsidR="007E715F" w:rsidRDefault="00D52D88">
      <w:pPr>
        <w:pStyle w:val="Caption"/>
        <w:spacing w:before="160"/>
        <w:jc w:val="center"/>
      </w:pPr>
      <w:bookmarkStart w:id="8" w:name="_Toc237420198"/>
      <w:r>
        <w:rPr>
          <w:color w:val="6B7280"/>
        </w:rPr>
        <w:t xml:space="preserve">Table </w:t>
      </w:r>
      <w:r>
        <w:rPr>
          <w:color w:val="6B7280"/>
        </w:rPr>
        <w:fldChar w:fldCharType="begin"/>
      </w:r>
      <w:r>
        <w:rPr>
          <w:color w:val="6B7280"/>
        </w:rPr>
        <w:instrText xml:space="preserve"> SEQ Table \* ARABIC </w:instrText>
      </w:r>
      <w:r>
        <w:rPr>
          <w:color w:val="6B7280"/>
        </w:rPr>
        <w:fldChar w:fldCharType="separate"/>
      </w:r>
      <w:r>
        <w:rPr>
          <w:noProof/>
          <w:color w:val="6B7280"/>
        </w:rPr>
        <w:t>1</w:t>
      </w:r>
      <w:r>
        <w:rPr>
          <w:color w:val="6B7280"/>
        </w:rPr>
        <w:fldChar w:fldCharType="end"/>
      </w:r>
      <w:r>
        <w:rPr>
          <w:b w:val="0"/>
          <w:color w:val="6B7280"/>
        </w:rPr>
        <w:t>: The modules of Weaf HR and where each is documented</w:t>
      </w:r>
      <w:bookmarkEnd w:id="8"/>
    </w:p>
    <w:tbl>
      <w:tblPr>
        <w:tblStyle w:val="TableGrid"/>
        <w:tblW w:w="0" w:type="auto"/>
        <w:jc w:val="center"/>
        <w:tblLook w:val="04A0" w:firstRow="1" w:lastRow="0" w:firstColumn="1" w:lastColumn="0" w:noHBand="0" w:noVBand="1"/>
      </w:tblPr>
      <w:tblGrid>
        <w:gridCol w:w="2448"/>
        <w:gridCol w:w="5040"/>
        <w:gridCol w:w="1296"/>
      </w:tblGrid>
      <w:tr w:rsidR="007E715F">
        <w:trPr>
          <w:tblHeader/>
          <w:jc w:val="center"/>
        </w:trPr>
        <w:tc>
          <w:tcPr>
            <w:tcW w:w="2448" w:type="dxa"/>
            <w:shd w:val="clear" w:color="auto" w:fill="0E9F6E"/>
          </w:tcPr>
          <w:p w:rsidR="007E715F" w:rsidRDefault="00D52D88">
            <w:r>
              <w:rPr>
                <w:b/>
                <w:color w:val="FFFFFF"/>
                <w:sz w:val="18"/>
              </w:rPr>
              <w:t>Module</w:t>
            </w:r>
          </w:p>
        </w:tc>
        <w:tc>
          <w:tcPr>
            <w:tcW w:w="5040" w:type="dxa"/>
            <w:shd w:val="clear" w:color="auto" w:fill="0E9F6E"/>
          </w:tcPr>
          <w:p w:rsidR="007E715F" w:rsidRDefault="00D52D88">
            <w:r>
              <w:rPr>
                <w:b/>
                <w:color w:val="FFFFFF"/>
                <w:sz w:val="18"/>
              </w:rPr>
              <w:t>What it covers</w:t>
            </w:r>
          </w:p>
        </w:tc>
        <w:tc>
          <w:tcPr>
            <w:tcW w:w="1296" w:type="dxa"/>
            <w:shd w:val="clear" w:color="auto" w:fill="0E9F6E"/>
          </w:tcPr>
          <w:p w:rsidR="007E715F" w:rsidRDefault="00D52D88">
            <w:r>
              <w:rPr>
                <w:b/>
                <w:color w:val="FFFFFF"/>
                <w:sz w:val="18"/>
              </w:rPr>
              <w:t>Chapter</w:t>
            </w:r>
          </w:p>
        </w:tc>
      </w:tr>
      <w:tr w:rsidR="007E715F">
        <w:trPr>
          <w:jc w:val="center"/>
        </w:trPr>
        <w:tc>
          <w:tcPr>
            <w:tcW w:w="2448" w:type="dxa"/>
          </w:tcPr>
          <w:p w:rsidR="007E715F" w:rsidRDefault="00D52D88">
            <w:r>
              <w:rPr>
                <w:sz w:val="18"/>
              </w:rPr>
              <w:t>Staff</w:t>
            </w:r>
          </w:p>
        </w:tc>
        <w:tc>
          <w:tcPr>
            <w:tcW w:w="5040" w:type="dxa"/>
          </w:tcPr>
          <w:p w:rsidR="007E715F" w:rsidRDefault="00D52D88">
            <w:r>
              <w:rPr>
                <w:sz w:val="18"/>
              </w:rPr>
              <w:t>Logins and permissions</w:t>
            </w:r>
          </w:p>
        </w:tc>
        <w:tc>
          <w:tcPr>
            <w:tcW w:w="1296" w:type="dxa"/>
          </w:tcPr>
          <w:p w:rsidR="007E715F" w:rsidRDefault="00D52D88">
            <w:r>
              <w:rPr>
                <w:sz w:val="18"/>
              </w:rPr>
              <w:t>7</w:t>
            </w:r>
          </w:p>
        </w:tc>
      </w:tr>
      <w:tr w:rsidR="007E715F">
        <w:trPr>
          <w:jc w:val="center"/>
        </w:trPr>
        <w:tc>
          <w:tcPr>
            <w:tcW w:w="2448" w:type="dxa"/>
          </w:tcPr>
          <w:p w:rsidR="007E715F" w:rsidRDefault="00D52D88">
            <w:r>
              <w:rPr>
                <w:sz w:val="18"/>
              </w:rPr>
              <w:t>HR Management</w:t>
            </w:r>
          </w:p>
        </w:tc>
        <w:tc>
          <w:tcPr>
            <w:tcW w:w="5040" w:type="dxa"/>
          </w:tcPr>
          <w:p w:rsidR="007E715F" w:rsidRDefault="00D52D88">
            <w:r>
              <w:rPr>
                <w:sz w:val="18"/>
              </w:rPr>
              <w:t>Branches, departments, designations, employees</w:t>
            </w:r>
          </w:p>
        </w:tc>
        <w:tc>
          <w:tcPr>
            <w:tcW w:w="1296" w:type="dxa"/>
          </w:tcPr>
          <w:p w:rsidR="007E715F" w:rsidRDefault="00D52D88">
            <w:r>
              <w:rPr>
                <w:sz w:val="18"/>
              </w:rPr>
              <w:t>8, 9</w:t>
            </w:r>
          </w:p>
        </w:tc>
      </w:tr>
      <w:tr w:rsidR="007E715F">
        <w:trPr>
          <w:jc w:val="center"/>
        </w:trPr>
        <w:tc>
          <w:tcPr>
            <w:tcW w:w="2448" w:type="dxa"/>
          </w:tcPr>
          <w:p w:rsidR="007E715F" w:rsidRDefault="00D52D88">
            <w:r>
              <w:rPr>
                <w:sz w:val="18"/>
              </w:rPr>
              <w:t>Leave Management</w:t>
            </w:r>
          </w:p>
        </w:tc>
        <w:tc>
          <w:tcPr>
            <w:tcW w:w="5040" w:type="dxa"/>
          </w:tcPr>
          <w:p w:rsidR="007E715F" w:rsidRDefault="00D52D88">
            <w:r>
              <w:rPr>
                <w:sz w:val="18"/>
              </w:rPr>
              <w:t>Leave types, policies, applications, balances</w:t>
            </w:r>
          </w:p>
        </w:tc>
        <w:tc>
          <w:tcPr>
            <w:tcW w:w="1296" w:type="dxa"/>
          </w:tcPr>
          <w:p w:rsidR="007E715F" w:rsidRDefault="00D52D88">
            <w:r>
              <w:rPr>
                <w:sz w:val="18"/>
              </w:rPr>
              <w:t>10</w:t>
            </w:r>
          </w:p>
        </w:tc>
      </w:tr>
      <w:tr w:rsidR="007E715F">
        <w:trPr>
          <w:jc w:val="center"/>
        </w:trPr>
        <w:tc>
          <w:tcPr>
            <w:tcW w:w="2448" w:type="dxa"/>
          </w:tcPr>
          <w:p w:rsidR="007E715F" w:rsidRDefault="00D52D88">
            <w:r>
              <w:rPr>
                <w:sz w:val="18"/>
              </w:rPr>
              <w:t>Attendance / Time Tracking</w:t>
            </w:r>
          </w:p>
        </w:tc>
        <w:tc>
          <w:tcPr>
            <w:tcW w:w="5040" w:type="dxa"/>
          </w:tcPr>
          <w:p w:rsidR="007E715F" w:rsidRDefault="00D52D88">
            <w:r>
              <w:rPr>
                <w:sz w:val="18"/>
              </w:rPr>
              <w:t>Shifts, records, corrections, project hours</w:t>
            </w:r>
          </w:p>
        </w:tc>
        <w:tc>
          <w:tcPr>
            <w:tcW w:w="1296" w:type="dxa"/>
          </w:tcPr>
          <w:p w:rsidR="007E715F" w:rsidRDefault="00D52D88">
            <w:r>
              <w:rPr>
                <w:sz w:val="18"/>
              </w:rPr>
              <w:t>11</w:t>
            </w:r>
          </w:p>
        </w:tc>
      </w:tr>
      <w:tr w:rsidR="007E715F">
        <w:trPr>
          <w:jc w:val="center"/>
        </w:trPr>
        <w:tc>
          <w:tcPr>
            <w:tcW w:w="2448" w:type="dxa"/>
          </w:tcPr>
          <w:p w:rsidR="007E715F" w:rsidRDefault="00D52D88">
            <w:r>
              <w:rPr>
                <w:sz w:val="18"/>
              </w:rPr>
              <w:t>Payroll Management</w:t>
            </w:r>
          </w:p>
        </w:tc>
        <w:tc>
          <w:tcPr>
            <w:tcW w:w="5040" w:type="dxa"/>
          </w:tcPr>
          <w:p w:rsidR="007E715F" w:rsidRDefault="00D52D88">
            <w:r>
              <w:rPr>
                <w:sz w:val="18"/>
              </w:rPr>
              <w:t>Components, salaries, runs, payslips, advances</w:t>
            </w:r>
          </w:p>
        </w:tc>
        <w:tc>
          <w:tcPr>
            <w:tcW w:w="1296" w:type="dxa"/>
          </w:tcPr>
          <w:p w:rsidR="007E715F" w:rsidRDefault="00D52D88">
            <w:r>
              <w:rPr>
                <w:sz w:val="18"/>
              </w:rPr>
              <w:t>12</w:t>
            </w:r>
          </w:p>
        </w:tc>
      </w:tr>
      <w:tr w:rsidR="007E715F">
        <w:trPr>
          <w:jc w:val="center"/>
        </w:trPr>
        <w:tc>
          <w:tcPr>
            <w:tcW w:w="2448" w:type="dxa"/>
          </w:tcPr>
          <w:p w:rsidR="007E715F" w:rsidRDefault="00D52D88">
            <w:r>
              <w:rPr>
                <w:sz w:val="18"/>
              </w:rPr>
              <w:t>Recruitment</w:t>
            </w:r>
          </w:p>
        </w:tc>
        <w:tc>
          <w:tcPr>
            <w:tcW w:w="5040" w:type="dxa"/>
          </w:tcPr>
          <w:p w:rsidR="007E715F" w:rsidRDefault="00D52D88">
            <w:r>
              <w:rPr>
                <w:sz w:val="18"/>
              </w:rPr>
              <w:t>Postings, candidates, interviews, offers, onboarding</w:t>
            </w:r>
          </w:p>
        </w:tc>
        <w:tc>
          <w:tcPr>
            <w:tcW w:w="1296" w:type="dxa"/>
          </w:tcPr>
          <w:p w:rsidR="007E715F" w:rsidRDefault="00D52D88">
            <w:r>
              <w:rPr>
                <w:sz w:val="18"/>
              </w:rPr>
              <w:t>13</w:t>
            </w:r>
          </w:p>
        </w:tc>
      </w:tr>
      <w:tr w:rsidR="007E715F">
        <w:trPr>
          <w:jc w:val="center"/>
        </w:trPr>
        <w:tc>
          <w:tcPr>
            <w:tcW w:w="2448" w:type="dxa"/>
          </w:tcPr>
          <w:p w:rsidR="007E715F" w:rsidRDefault="00D52D88">
            <w:r>
              <w:rPr>
                <w:sz w:val="18"/>
              </w:rPr>
              <w:t>Performance</w:t>
            </w:r>
          </w:p>
        </w:tc>
        <w:tc>
          <w:tcPr>
            <w:tcW w:w="5040" w:type="dxa"/>
          </w:tcPr>
          <w:p w:rsidR="007E715F" w:rsidRDefault="00D52D88">
            <w:r>
              <w:rPr>
                <w:sz w:val="18"/>
              </w:rPr>
              <w:t>Indicators, goals, review cycles, reviews</w:t>
            </w:r>
          </w:p>
        </w:tc>
        <w:tc>
          <w:tcPr>
            <w:tcW w:w="1296" w:type="dxa"/>
          </w:tcPr>
          <w:p w:rsidR="007E715F" w:rsidRDefault="00D52D88">
            <w:r>
              <w:rPr>
                <w:sz w:val="18"/>
              </w:rPr>
              <w:t>14</w:t>
            </w:r>
          </w:p>
        </w:tc>
      </w:tr>
      <w:tr w:rsidR="007E715F">
        <w:trPr>
          <w:jc w:val="center"/>
        </w:trPr>
        <w:tc>
          <w:tcPr>
            <w:tcW w:w="2448" w:type="dxa"/>
          </w:tcPr>
          <w:p w:rsidR="007E715F" w:rsidRDefault="00D52D88">
            <w:r>
              <w:rPr>
                <w:sz w:val="18"/>
              </w:rPr>
              <w:t>Training</w:t>
            </w:r>
          </w:p>
        </w:tc>
        <w:tc>
          <w:tcPr>
            <w:tcW w:w="5040" w:type="dxa"/>
          </w:tcPr>
          <w:p w:rsidR="007E715F" w:rsidRDefault="00D52D88">
            <w:r>
              <w:rPr>
                <w:sz w:val="18"/>
              </w:rPr>
              <w:t>Programmes, sessions, employee assignments</w:t>
            </w:r>
          </w:p>
        </w:tc>
        <w:tc>
          <w:tcPr>
            <w:tcW w:w="1296" w:type="dxa"/>
          </w:tcPr>
          <w:p w:rsidR="007E715F" w:rsidRDefault="00D52D88">
            <w:r>
              <w:rPr>
                <w:sz w:val="18"/>
              </w:rPr>
              <w:t>15</w:t>
            </w:r>
          </w:p>
        </w:tc>
      </w:tr>
      <w:tr w:rsidR="007E715F">
        <w:trPr>
          <w:jc w:val="center"/>
        </w:trPr>
        <w:tc>
          <w:tcPr>
            <w:tcW w:w="2448" w:type="dxa"/>
          </w:tcPr>
          <w:p w:rsidR="007E715F" w:rsidRDefault="00D52D88">
            <w:r>
              <w:rPr>
                <w:sz w:val="18"/>
              </w:rPr>
              <w:t>Asset Management</w:t>
            </w:r>
          </w:p>
        </w:tc>
        <w:tc>
          <w:tcPr>
            <w:tcW w:w="5040" w:type="dxa"/>
          </w:tcPr>
          <w:p w:rsidR="007E715F" w:rsidRDefault="00D52D88">
            <w:r>
              <w:rPr>
                <w:sz w:val="18"/>
              </w:rPr>
              <w:t>Asset</w:t>
            </w:r>
            <w:r>
              <w:rPr>
                <w:sz w:val="18"/>
              </w:rPr>
              <w:t xml:space="preserve"> register, assignment, depreciation</w:t>
            </w:r>
          </w:p>
        </w:tc>
        <w:tc>
          <w:tcPr>
            <w:tcW w:w="1296" w:type="dxa"/>
          </w:tcPr>
          <w:p w:rsidR="007E715F" w:rsidRDefault="00D52D88">
            <w:r>
              <w:rPr>
                <w:sz w:val="18"/>
              </w:rPr>
              <w:t>16</w:t>
            </w:r>
          </w:p>
        </w:tc>
      </w:tr>
      <w:tr w:rsidR="007E715F">
        <w:trPr>
          <w:jc w:val="center"/>
        </w:trPr>
        <w:tc>
          <w:tcPr>
            <w:tcW w:w="2448" w:type="dxa"/>
          </w:tcPr>
          <w:p w:rsidR="007E715F" w:rsidRDefault="00D52D88">
            <w:r>
              <w:rPr>
                <w:sz w:val="18"/>
              </w:rPr>
              <w:t>Contract Management</w:t>
            </w:r>
          </w:p>
        </w:tc>
        <w:tc>
          <w:tcPr>
            <w:tcW w:w="5040" w:type="dxa"/>
          </w:tcPr>
          <w:p w:rsidR="007E715F" w:rsidRDefault="00D52D88">
            <w:r>
              <w:rPr>
                <w:sz w:val="18"/>
              </w:rPr>
              <w:t>Contract types, templates, agreements</w:t>
            </w:r>
          </w:p>
        </w:tc>
        <w:tc>
          <w:tcPr>
            <w:tcW w:w="1296" w:type="dxa"/>
          </w:tcPr>
          <w:p w:rsidR="007E715F" w:rsidRDefault="00D52D88">
            <w:r>
              <w:rPr>
                <w:sz w:val="18"/>
              </w:rPr>
              <w:t>17</w:t>
            </w:r>
          </w:p>
        </w:tc>
      </w:tr>
      <w:tr w:rsidR="007E715F">
        <w:trPr>
          <w:jc w:val="center"/>
        </w:trPr>
        <w:tc>
          <w:tcPr>
            <w:tcW w:w="2448" w:type="dxa"/>
          </w:tcPr>
          <w:p w:rsidR="007E715F" w:rsidRDefault="00D52D88">
            <w:r>
              <w:rPr>
                <w:sz w:val="18"/>
              </w:rPr>
              <w:t>Document Management</w:t>
            </w:r>
          </w:p>
        </w:tc>
        <w:tc>
          <w:tcPr>
            <w:tcW w:w="5040" w:type="dxa"/>
          </w:tcPr>
          <w:p w:rsidR="007E715F" w:rsidRDefault="00D52D88">
            <w:r>
              <w:rPr>
                <w:sz w:val="18"/>
              </w:rPr>
              <w:t>Documents, templates, acknowledgements</w:t>
            </w:r>
          </w:p>
        </w:tc>
        <w:tc>
          <w:tcPr>
            <w:tcW w:w="1296" w:type="dxa"/>
          </w:tcPr>
          <w:p w:rsidR="007E715F" w:rsidRDefault="00D52D88">
            <w:r>
              <w:rPr>
                <w:sz w:val="18"/>
              </w:rPr>
              <w:t>18</w:t>
            </w:r>
          </w:p>
        </w:tc>
      </w:tr>
      <w:tr w:rsidR="007E715F">
        <w:trPr>
          <w:jc w:val="center"/>
        </w:trPr>
        <w:tc>
          <w:tcPr>
            <w:tcW w:w="2448" w:type="dxa"/>
          </w:tcPr>
          <w:p w:rsidR="007E715F" w:rsidRDefault="00D52D88">
            <w:r>
              <w:rPr>
                <w:sz w:val="18"/>
              </w:rPr>
              <w:t>Meetings and Calendar</w:t>
            </w:r>
          </w:p>
        </w:tc>
        <w:tc>
          <w:tcPr>
            <w:tcW w:w="5040" w:type="dxa"/>
          </w:tcPr>
          <w:p w:rsidR="007E715F" w:rsidRDefault="00D52D88">
            <w:r>
              <w:rPr>
                <w:sz w:val="18"/>
              </w:rPr>
              <w:t>Meetings, minutes, action items</w:t>
            </w:r>
          </w:p>
        </w:tc>
        <w:tc>
          <w:tcPr>
            <w:tcW w:w="1296" w:type="dxa"/>
          </w:tcPr>
          <w:p w:rsidR="007E715F" w:rsidRDefault="00D52D88">
            <w:r>
              <w:rPr>
                <w:sz w:val="18"/>
              </w:rPr>
              <w:t>19</w:t>
            </w:r>
          </w:p>
        </w:tc>
      </w:tr>
      <w:tr w:rsidR="007E715F">
        <w:trPr>
          <w:jc w:val="center"/>
        </w:trPr>
        <w:tc>
          <w:tcPr>
            <w:tcW w:w="2448" w:type="dxa"/>
          </w:tcPr>
          <w:p w:rsidR="007E715F" w:rsidRDefault="00D52D88">
            <w:r>
              <w:rPr>
                <w:sz w:val="18"/>
              </w:rPr>
              <w:t>Employee lifecycle</w:t>
            </w:r>
          </w:p>
        </w:tc>
        <w:tc>
          <w:tcPr>
            <w:tcW w:w="5040" w:type="dxa"/>
          </w:tcPr>
          <w:p w:rsidR="007E715F" w:rsidRDefault="00D52D88">
            <w:r>
              <w:rPr>
                <w:sz w:val="18"/>
              </w:rPr>
              <w:t xml:space="preserve">Awards, </w:t>
            </w:r>
            <w:r>
              <w:rPr>
                <w:sz w:val="18"/>
              </w:rPr>
              <w:t>promotions, transfers, discipline, exits</w:t>
            </w:r>
          </w:p>
        </w:tc>
        <w:tc>
          <w:tcPr>
            <w:tcW w:w="1296" w:type="dxa"/>
          </w:tcPr>
          <w:p w:rsidR="007E715F" w:rsidRDefault="00D52D88">
            <w:r>
              <w:rPr>
                <w:sz w:val="18"/>
              </w:rPr>
              <w:t>20</w:t>
            </w:r>
          </w:p>
        </w:tc>
      </w:tr>
      <w:tr w:rsidR="007E715F">
        <w:trPr>
          <w:jc w:val="center"/>
        </w:trPr>
        <w:tc>
          <w:tcPr>
            <w:tcW w:w="2448" w:type="dxa"/>
          </w:tcPr>
          <w:p w:rsidR="007E715F" w:rsidRDefault="00D52D88">
            <w:r>
              <w:rPr>
                <w:sz w:val="18"/>
              </w:rPr>
              <w:t>Administration</w:t>
            </w:r>
          </w:p>
        </w:tc>
        <w:tc>
          <w:tcPr>
            <w:tcW w:w="5040" w:type="dxa"/>
          </w:tcPr>
          <w:p w:rsidR="007E715F" w:rsidRDefault="00D52D88">
            <w:r>
              <w:rPr>
                <w:sz w:val="18"/>
              </w:rPr>
              <w:t>Settings, plans, referrals, the public site</w:t>
            </w:r>
          </w:p>
        </w:tc>
        <w:tc>
          <w:tcPr>
            <w:tcW w:w="1296" w:type="dxa"/>
          </w:tcPr>
          <w:p w:rsidR="007E715F" w:rsidRDefault="00D52D88">
            <w:r>
              <w:rPr>
                <w:sz w:val="18"/>
              </w:rPr>
              <w:t>21</w:t>
            </w:r>
          </w:p>
        </w:tc>
      </w:tr>
      <w:tr w:rsidR="007E715F">
        <w:trPr>
          <w:jc w:val="center"/>
        </w:trPr>
        <w:tc>
          <w:tcPr>
            <w:tcW w:w="2448" w:type="dxa"/>
          </w:tcPr>
          <w:p w:rsidR="007E715F" w:rsidRDefault="00D52D88">
            <w:r>
              <w:rPr>
                <w:sz w:val="18"/>
              </w:rPr>
              <w:t>Developer</w:t>
            </w:r>
          </w:p>
        </w:tc>
        <w:tc>
          <w:tcPr>
            <w:tcW w:w="5040" w:type="dxa"/>
          </w:tcPr>
          <w:p w:rsidR="007E715F" w:rsidRDefault="00D52D88">
            <w:r>
              <w:rPr>
                <w:sz w:val="18"/>
              </w:rPr>
              <w:t>API tokens, webhooks, the API reference</w:t>
            </w:r>
          </w:p>
        </w:tc>
        <w:tc>
          <w:tcPr>
            <w:tcW w:w="1296" w:type="dxa"/>
          </w:tcPr>
          <w:p w:rsidR="007E715F" w:rsidRDefault="00D52D88">
            <w:r>
              <w:rPr>
                <w:sz w:val="18"/>
              </w:rPr>
              <w:t>22</w:t>
            </w:r>
          </w:p>
        </w:tc>
      </w:tr>
    </w:tbl>
    <w:p w:rsidR="007E715F" w:rsidRDefault="007E715F">
      <w:pPr>
        <w:spacing w:after="40"/>
      </w:pPr>
    </w:p>
    <w:p w:rsidR="007E715F" w:rsidRDefault="00D52D88">
      <w:pPr>
        <w:pStyle w:val="Heading3"/>
      </w:pPr>
      <w:bookmarkStart w:id="9" w:name="_Toc237419886"/>
      <w:r>
        <w:t>2.2 Users, employees, and the difference</w:t>
      </w:r>
      <w:bookmarkEnd w:id="9"/>
    </w:p>
    <w:p w:rsidR="007E715F" w:rsidRDefault="00D52D88">
      <w:r>
        <w:t xml:space="preserve">One distinction causes more confusion than any </w:t>
      </w:r>
      <w:r>
        <w:t>other, so it is worth settling before anything else.</w:t>
      </w:r>
    </w:p>
    <w:p w:rsidR="007E715F" w:rsidRDefault="00D52D88">
      <w:pPr>
        <w:pStyle w:val="ListBullet"/>
        <w:spacing w:after="40"/>
      </w:pPr>
      <w:r>
        <w:rPr>
          <w:b/>
        </w:rPr>
        <w:t xml:space="preserve">A user — </w:t>
      </w:r>
      <w:r>
        <w:t>is a login: an email address, a password and a role that says what they may do.</w:t>
      </w:r>
    </w:p>
    <w:p w:rsidR="007E715F" w:rsidRDefault="00D52D88">
      <w:pPr>
        <w:pStyle w:val="ListBullet"/>
        <w:spacing w:after="40"/>
      </w:pPr>
      <w:r>
        <w:rPr>
          <w:b/>
        </w:rPr>
        <w:t xml:space="preserve">An employee — </w:t>
      </w:r>
      <w:r>
        <w:t>is an HR record: a person the company employs, with a department, a salary and a leave balance.</w:t>
      </w:r>
    </w:p>
    <w:p w:rsidR="007E715F" w:rsidRDefault="00D52D88">
      <w:r>
        <w:t>They</w:t>
      </w:r>
      <w:r>
        <w:t xml:space="preserve"> are related but not the same. A worker who never touches a computer is an employee with no user. An external accountant may be a user who is not an employee. Creating one does not create the other, and chapter 7 covers users while chapter 9 covers employe</w:t>
      </w:r>
      <w:r>
        <w:t>es.</w:t>
      </w:r>
    </w:p>
    <w:p w:rsidR="007E715F" w:rsidRDefault="00D52D88">
      <w:pPr>
        <w:pStyle w:val="Heading1"/>
        <w:pageBreakBefore/>
        <w:spacing w:before="0"/>
      </w:pPr>
      <w:bookmarkStart w:id="10" w:name="_Toc237419887"/>
      <w:r>
        <w:lastRenderedPageBreak/>
        <w:t>Part II — Getting Started</w:t>
      </w:r>
      <w:bookmarkEnd w:id="10"/>
    </w:p>
    <w:p w:rsidR="007E715F" w:rsidRDefault="00D52D88">
      <w:pPr>
        <w:pStyle w:val="Heading2"/>
        <w:pageBreakBefore/>
        <w:spacing w:before="0"/>
      </w:pPr>
      <w:bookmarkStart w:id="11" w:name="_Toc237419888"/>
      <w:r>
        <w:lastRenderedPageBreak/>
        <w:t>3. The Public Website</w:t>
      </w:r>
      <w:bookmarkEnd w:id="11"/>
    </w:p>
    <w:p w:rsidR="007E715F" w:rsidRDefault="00D52D88">
      <w:r>
        <w:t>The welcome page is served at the root of the application and is the only screen a visitor sees before deciding whether to register. It has three jobs, in order: explain what the product does, give enough</w:t>
      </w:r>
      <w:r>
        <w:t xml:space="preserve"> evidence to believe it, and route the visitor onward — into registration, into an existing account, or into a conversation.</w:t>
      </w:r>
    </w:p>
    <w:p w:rsidR="007E715F" w:rsidRDefault="00D52D88">
      <w:pPr>
        <w:pStyle w:val="Heading3"/>
      </w:pPr>
      <w:bookmarkStart w:id="12" w:name="_Toc237419889"/>
      <w:r>
        <w:t>3.1 The page at a glance</w:t>
      </w:r>
      <w:bookmarkEnd w:id="12"/>
    </w:p>
    <w:p w:rsidR="007E715F" w:rsidRDefault="00D52D88">
      <w:r>
        <w:t>The page is built from thirteen stacked sections and runs to roughly 11,354 pixels at desktop width. The f</w:t>
      </w:r>
      <w:r>
        <w:t>igure below shows the whole page reduced to fit, with each section numbered down the left margin.</w:t>
      </w:r>
    </w:p>
    <w:tbl>
      <w:tblPr>
        <w:tblW w:w="0" w:type="auto"/>
        <w:jc w:val="center"/>
        <w:tblLook w:val="04A0" w:firstRow="1" w:lastRow="0" w:firstColumn="1" w:lastColumn="0" w:noHBand="0" w:noVBand="1"/>
      </w:tblPr>
      <w:tblGrid>
        <w:gridCol w:w="4464"/>
        <w:gridCol w:w="4464"/>
      </w:tblGrid>
      <w:tr w:rsidR="007E715F">
        <w:trPr>
          <w:jc w:val="center"/>
        </w:trPr>
        <w:tc>
          <w:tcPr>
            <w:tcW w:w="4464" w:type="dxa"/>
          </w:tcPr>
          <w:p w:rsidR="007E715F" w:rsidRDefault="00D52D88">
            <w:pPr>
              <w:jc w:val="center"/>
            </w:pPr>
            <w:r>
              <w:rPr>
                <w:noProof/>
              </w:rPr>
              <w:drawing>
                <wp:inline distT="0" distB="0" distL="0" distR="0">
                  <wp:extent cx="2697480" cy="6366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map-a.png"/>
                          <pic:cNvPicPr/>
                        </pic:nvPicPr>
                        <pic:blipFill>
                          <a:blip r:embed="rId9"/>
                          <a:stretch>
                            <a:fillRect/>
                          </a:stretch>
                        </pic:blipFill>
                        <pic:spPr>
                          <a:xfrm>
                            <a:off x="0" y="0"/>
                            <a:ext cx="2697480" cy="6366052"/>
                          </a:xfrm>
                          <a:prstGeom prst="rect">
                            <a:avLst/>
                          </a:prstGeom>
                        </pic:spPr>
                      </pic:pic>
                    </a:graphicData>
                  </a:graphic>
                </wp:inline>
              </w:drawing>
            </w:r>
          </w:p>
        </w:tc>
        <w:tc>
          <w:tcPr>
            <w:tcW w:w="4464" w:type="dxa"/>
          </w:tcPr>
          <w:p w:rsidR="007E715F" w:rsidRDefault="00D52D88">
            <w:pPr>
              <w:jc w:val="center"/>
            </w:pPr>
            <w:r>
              <w:rPr>
                <w:noProof/>
              </w:rPr>
              <w:drawing>
                <wp:inline distT="0" distB="0" distL="0" distR="0">
                  <wp:extent cx="2697480" cy="6950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map-b.jpg"/>
                          <pic:cNvPicPr/>
                        </pic:nvPicPr>
                        <pic:blipFill>
                          <a:blip r:embed="rId10"/>
                          <a:stretch>
                            <a:fillRect/>
                          </a:stretch>
                        </pic:blipFill>
                        <pic:spPr>
                          <a:xfrm>
                            <a:off x="0" y="0"/>
                            <a:ext cx="2697480" cy="6950115"/>
                          </a:xfrm>
                          <a:prstGeom prst="rect">
                            <a:avLst/>
                          </a:prstGeom>
                        </pic:spPr>
                      </pic:pic>
                    </a:graphicData>
                  </a:graphic>
                </wp:inline>
              </w:drawing>
            </w:r>
          </w:p>
        </w:tc>
      </w:tr>
    </w:tbl>
    <w:p w:rsidR="007E715F" w:rsidRDefault="00D52D88">
      <w:pPr>
        <w:pStyle w:val="Caption"/>
        <w:jc w:val="center"/>
      </w:pPr>
      <w:bookmarkStart w:id="13" w:name="_Toc23742002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w:t>
      </w:r>
      <w:r>
        <w:rPr>
          <w:color w:val="6B7280"/>
        </w:rPr>
        <w:fldChar w:fldCharType="end"/>
      </w:r>
      <w:r>
        <w:rPr>
          <w:b w:val="0"/>
          <w:color w:val="6B7280"/>
        </w:rPr>
        <w:t>: The complete welcome page in two columns, reading left to right, with its thirteen sections numbered</w:t>
      </w:r>
      <w:bookmarkEnd w:id="13"/>
    </w:p>
    <w:p w:rsidR="007E715F" w:rsidRDefault="00D52D88">
      <w:pPr>
        <w:pStyle w:val="Caption"/>
        <w:spacing w:before="160"/>
        <w:jc w:val="center"/>
      </w:pPr>
      <w:bookmarkStart w:id="14" w:name="_Toc237420199"/>
      <w:r>
        <w:rPr>
          <w:color w:val="6B7280"/>
        </w:rPr>
        <w:lastRenderedPageBreak/>
        <w:t xml:space="preserve">Table </w:t>
      </w:r>
      <w:r>
        <w:rPr>
          <w:color w:val="6B7280"/>
        </w:rPr>
        <w:fldChar w:fldCharType="begin"/>
      </w:r>
      <w:r>
        <w:rPr>
          <w:color w:val="6B7280"/>
        </w:rPr>
        <w:instrText xml:space="preserve"> SEQ Table \* ARABIC </w:instrText>
      </w:r>
      <w:r>
        <w:rPr>
          <w:color w:val="6B7280"/>
        </w:rPr>
        <w:fldChar w:fldCharType="separate"/>
      </w:r>
      <w:r>
        <w:rPr>
          <w:noProof/>
          <w:color w:val="6B7280"/>
        </w:rPr>
        <w:t>2</w:t>
      </w:r>
      <w:r>
        <w:rPr>
          <w:color w:val="6B7280"/>
        </w:rPr>
        <w:fldChar w:fldCharType="end"/>
      </w:r>
      <w:r>
        <w:rPr>
          <w:b w:val="0"/>
          <w:color w:val="6B7280"/>
        </w:rPr>
        <w:t>: The thirteen sections of the welcome page, in order</w:t>
      </w:r>
      <w:bookmarkEnd w:id="14"/>
    </w:p>
    <w:tbl>
      <w:tblPr>
        <w:tblStyle w:val="TableGrid"/>
        <w:tblW w:w="0" w:type="auto"/>
        <w:jc w:val="center"/>
        <w:tblLook w:val="04A0" w:firstRow="1" w:lastRow="0" w:firstColumn="1" w:lastColumn="0" w:noHBand="0" w:noVBand="1"/>
      </w:tblPr>
      <w:tblGrid>
        <w:gridCol w:w="576"/>
        <w:gridCol w:w="2304"/>
        <w:gridCol w:w="6192"/>
      </w:tblGrid>
      <w:tr w:rsidR="007E715F">
        <w:trPr>
          <w:tblHeader/>
          <w:jc w:val="center"/>
        </w:trPr>
        <w:tc>
          <w:tcPr>
            <w:tcW w:w="576" w:type="dxa"/>
            <w:shd w:val="clear" w:color="auto" w:fill="0E9F6E"/>
          </w:tcPr>
          <w:p w:rsidR="007E715F" w:rsidRDefault="00D52D88">
            <w:r>
              <w:rPr>
                <w:b/>
                <w:color w:val="FFFFFF"/>
                <w:sz w:val="18"/>
              </w:rPr>
              <w:t>#</w:t>
            </w:r>
          </w:p>
        </w:tc>
        <w:tc>
          <w:tcPr>
            <w:tcW w:w="2304" w:type="dxa"/>
            <w:shd w:val="clear" w:color="auto" w:fill="0E9F6E"/>
          </w:tcPr>
          <w:p w:rsidR="007E715F" w:rsidRDefault="00D52D88">
            <w:r>
              <w:rPr>
                <w:b/>
                <w:color w:val="FFFFFF"/>
                <w:sz w:val="18"/>
              </w:rPr>
              <w:t>Section</w:t>
            </w:r>
          </w:p>
        </w:tc>
        <w:tc>
          <w:tcPr>
            <w:tcW w:w="6192" w:type="dxa"/>
            <w:shd w:val="clear" w:color="auto" w:fill="0E9F6E"/>
          </w:tcPr>
          <w:p w:rsidR="007E715F" w:rsidRDefault="00D52D88">
            <w:r>
              <w:rPr>
                <w:b/>
                <w:color w:val="FFFFFF"/>
                <w:sz w:val="18"/>
              </w:rPr>
              <w:t>What it does</w:t>
            </w:r>
          </w:p>
        </w:tc>
      </w:tr>
      <w:tr w:rsidR="007E715F">
        <w:trPr>
          <w:jc w:val="center"/>
        </w:trPr>
        <w:tc>
          <w:tcPr>
            <w:tcW w:w="576" w:type="dxa"/>
          </w:tcPr>
          <w:p w:rsidR="007E715F" w:rsidRDefault="00D52D88">
            <w:r>
              <w:rPr>
                <w:sz w:val="18"/>
              </w:rPr>
              <w:t>1</w:t>
            </w:r>
          </w:p>
        </w:tc>
        <w:tc>
          <w:tcPr>
            <w:tcW w:w="2304" w:type="dxa"/>
          </w:tcPr>
          <w:p w:rsidR="007E715F" w:rsidRDefault="00D52D88">
            <w:r>
              <w:rPr>
                <w:sz w:val="18"/>
              </w:rPr>
              <w:t>Header / navigation</w:t>
            </w:r>
          </w:p>
        </w:tc>
        <w:tc>
          <w:tcPr>
            <w:tcW w:w="6192" w:type="dxa"/>
          </w:tcPr>
          <w:p w:rsidR="007E715F" w:rsidRDefault="00D52D88">
            <w:r>
              <w:rPr>
                <w:sz w:val="18"/>
              </w:rPr>
              <w:t>Fixed bar with the brand, navigation and account actions.</w:t>
            </w:r>
          </w:p>
        </w:tc>
      </w:tr>
      <w:tr w:rsidR="007E715F">
        <w:trPr>
          <w:jc w:val="center"/>
        </w:trPr>
        <w:tc>
          <w:tcPr>
            <w:tcW w:w="576" w:type="dxa"/>
          </w:tcPr>
          <w:p w:rsidR="007E715F" w:rsidRDefault="00D52D88">
            <w:r>
              <w:rPr>
                <w:sz w:val="18"/>
              </w:rPr>
              <w:t>2</w:t>
            </w:r>
          </w:p>
        </w:tc>
        <w:tc>
          <w:tcPr>
            <w:tcW w:w="2304" w:type="dxa"/>
          </w:tcPr>
          <w:p w:rsidR="007E715F" w:rsidRDefault="00D52D88">
            <w:r>
              <w:rPr>
                <w:sz w:val="18"/>
              </w:rPr>
              <w:t>Hero</w:t>
            </w:r>
          </w:p>
        </w:tc>
        <w:tc>
          <w:tcPr>
            <w:tcW w:w="6192" w:type="dxa"/>
          </w:tcPr>
          <w:p w:rsidR="007E715F" w:rsidRDefault="00D52D88">
            <w:r>
              <w:rPr>
                <w:sz w:val="18"/>
              </w:rPr>
              <w:t>Headline, calls to action and a product preview.</w:t>
            </w:r>
          </w:p>
        </w:tc>
      </w:tr>
      <w:tr w:rsidR="007E715F">
        <w:trPr>
          <w:jc w:val="center"/>
        </w:trPr>
        <w:tc>
          <w:tcPr>
            <w:tcW w:w="576" w:type="dxa"/>
          </w:tcPr>
          <w:p w:rsidR="007E715F" w:rsidRDefault="00D52D88">
            <w:r>
              <w:rPr>
                <w:sz w:val="18"/>
              </w:rPr>
              <w:t>3</w:t>
            </w:r>
          </w:p>
        </w:tc>
        <w:tc>
          <w:tcPr>
            <w:tcW w:w="2304" w:type="dxa"/>
          </w:tcPr>
          <w:p w:rsidR="007E715F" w:rsidRDefault="00D52D88">
            <w:r>
              <w:rPr>
                <w:sz w:val="18"/>
              </w:rPr>
              <w:t>Features</w:t>
            </w:r>
          </w:p>
        </w:tc>
        <w:tc>
          <w:tcPr>
            <w:tcW w:w="6192" w:type="dxa"/>
          </w:tcPr>
          <w:p w:rsidR="007E715F" w:rsidRDefault="00D52D88">
            <w:r>
              <w:rPr>
                <w:sz w:val="18"/>
              </w:rPr>
              <w:t xml:space="preserve">Six </w:t>
            </w:r>
            <w:r>
              <w:rPr>
                <w:sz w:val="18"/>
              </w:rPr>
              <w:t>cards naming the main capabilities.</w:t>
            </w:r>
          </w:p>
        </w:tc>
      </w:tr>
      <w:tr w:rsidR="007E715F">
        <w:trPr>
          <w:jc w:val="center"/>
        </w:trPr>
        <w:tc>
          <w:tcPr>
            <w:tcW w:w="576" w:type="dxa"/>
          </w:tcPr>
          <w:p w:rsidR="007E715F" w:rsidRDefault="00D52D88">
            <w:r>
              <w:rPr>
                <w:sz w:val="18"/>
              </w:rPr>
              <w:t>4</w:t>
            </w:r>
          </w:p>
        </w:tc>
        <w:tc>
          <w:tcPr>
            <w:tcW w:w="2304" w:type="dxa"/>
          </w:tcPr>
          <w:p w:rsidR="007E715F" w:rsidRDefault="00D52D88">
            <w:r>
              <w:rPr>
                <w:sz w:val="18"/>
              </w:rPr>
              <w:t>Product tour</w:t>
            </w:r>
          </w:p>
        </w:tc>
        <w:tc>
          <w:tcPr>
            <w:tcW w:w="6192" w:type="dxa"/>
          </w:tcPr>
          <w:p w:rsidR="007E715F" w:rsidRDefault="00D52D88">
            <w:r>
              <w:rPr>
                <w:sz w:val="18"/>
              </w:rPr>
              <w:t>Captioned screenshots of the application.</w:t>
            </w:r>
          </w:p>
        </w:tc>
      </w:tr>
      <w:tr w:rsidR="007E715F">
        <w:trPr>
          <w:jc w:val="center"/>
        </w:trPr>
        <w:tc>
          <w:tcPr>
            <w:tcW w:w="576" w:type="dxa"/>
          </w:tcPr>
          <w:p w:rsidR="007E715F" w:rsidRDefault="00D52D88">
            <w:r>
              <w:rPr>
                <w:sz w:val="18"/>
              </w:rPr>
              <w:t>5</w:t>
            </w:r>
          </w:p>
        </w:tc>
        <w:tc>
          <w:tcPr>
            <w:tcW w:w="2304" w:type="dxa"/>
          </w:tcPr>
          <w:p w:rsidR="007E715F" w:rsidRDefault="00D52D88">
            <w:r>
              <w:rPr>
                <w:sz w:val="18"/>
              </w:rPr>
              <w:t>Why choose us</w:t>
            </w:r>
          </w:p>
        </w:tc>
        <w:tc>
          <w:tcPr>
            <w:tcW w:w="6192" w:type="dxa"/>
          </w:tcPr>
          <w:p w:rsidR="007E715F" w:rsidRDefault="00D52D88">
            <w:r>
              <w:rPr>
                <w:sz w:val="18"/>
              </w:rPr>
              <w:t>Four differentiators and a trust panel.</w:t>
            </w:r>
          </w:p>
        </w:tc>
      </w:tr>
      <w:tr w:rsidR="007E715F">
        <w:trPr>
          <w:jc w:val="center"/>
        </w:trPr>
        <w:tc>
          <w:tcPr>
            <w:tcW w:w="576" w:type="dxa"/>
          </w:tcPr>
          <w:p w:rsidR="007E715F" w:rsidRDefault="00D52D88">
            <w:r>
              <w:rPr>
                <w:sz w:val="18"/>
              </w:rPr>
              <w:t>6</w:t>
            </w:r>
          </w:p>
        </w:tc>
        <w:tc>
          <w:tcPr>
            <w:tcW w:w="2304" w:type="dxa"/>
          </w:tcPr>
          <w:p w:rsidR="007E715F" w:rsidRDefault="00D52D88">
            <w:r>
              <w:rPr>
                <w:sz w:val="18"/>
              </w:rPr>
              <w:t>About</w:t>
            </w:r>
          </w:p>
        </w:tc>
        <w:tc>
          <w:tcPr>
            <w:tcW w:w="6192" w:type="dxa"/>
          </w:tcPr>
          <w:p w:rsidR="007E715F" w:rsidRDefault="00D52D88">
            <w:r>
              <w:rPr>
                <w:sz w:val="18"/>
              </w:rPr>
              <w:t>Company background, mission, values and vision.</w:t>
            </w:r>
          </w:p>
        </w:tc>
      </w:tr>
      <w:tr w:rsidR="007E715F">
        <w:trPr>
          <w:jc w:val="center"/>
        </w:trPr>
        <w:tc>
          <w:tcPr>
            <w:tcW w:w="576" w:type="dxa"/>
          </w:tcPr>
          <w:p w:rsidR="007E715F" w:rsidRDefault="00D52D88">
            <w:r>
              <w:rPr>
                <w:sz w:val="18"/>
              </w:rPr>
              <w:t>7</w:t>
            </w:r>
          </w:p>
        </w:tc>
        <w:tc>
          <w:tcPr>
            <w:tcW w:w="2304" w:type="dxa"/>
          </w:tcPr>
          <w:p w:rsidR="007E715F" w:rsidRDefault="00D52D88">
            <w:r>
              <w:rPr>
                <w:sz w:val="18"/>
              </w:rPr>
              <w:t>Team</w:t>
            </w:r>
          </w:p>
        </w:tc>
        <w:tc>
          <w:tcPr>
            <w:tcW w:w="6192" w:type="dxa"/>
          </w:tcPr>
          <w:p w:rsidR="007E715F" w:rsidRDefault="00D52D88">
            <w:r>
              <w:rPr>
                <w:sz w:val="18"/>
              </w:rPr>
              <w:t>The people behind the product.</w:t>
            </w:r>
          </w:p>
        </w:tc>
      </w:tr>
      <w:tr w:rsidR="007E715F">
        <w:trPr>
          <w:jc w:val="center"/>
        </w:trPr>
        <w:tc>
          <w:tcPr>
            <w:tcW w:w="576" w:type="dxa"/>
          </w:tcPr>
          <w:p w:rsidR="007E715F" w:rsidRDefault="00D52D88">
            <w:r>
              <w:rPr>
                <w:sz w:val="18"/>
              </w:rPr>
              <w:t>8</w:t>
            </w:r>
          </w:p>
        </w:tc>
        <w:tc>
          <w:tcPr>
            <w:tcW w:w="2304" w:type="dxa"/>
          </w:tcPr>
          <w:p w:rsidR="007E715F" w:rsidRDefault="00D52D88">
            <w:r>
              <w:rPr>
                <w:sz w:val="18"/>
              </w:rPr>
              <w:t>Testimonials</w:t>
            </w:r>
          </w:p>
        </w:tc>
        <w:tc>
          <w:tcPr>
            <w:tcW w:w="6192" w:type="dxa"/>
          </w:tcPr>
          <w:p w:rsidR="007E715F" w:rsidRDefault="00D52D88">
            <w:r>
              <w:rPr>
                <w:sz w:val="18"/>
              </w:rPr>
              <w:t>Customer quotes and an aggregate rating.</w:t>
            </w:r>
          </w:p>
        </w:tc>
      </w:tr>
      <w:tr w:rsidR="007E715F">
        <w:trPr>
          <w:jc w:val="center"/>
        </w:trPr>
        <w:tc>
          <w:tcPr>
            <w:tcW w:w="576" w:type="dxa"/>
          </w:tcPr>
          <w:p w:rsidR="007E715F" w:rsidRDefault="00D52D88">
            <w:r>
              <w:rPr>
                <w:sz w:val="18"/>
              </w:rPr>
              <w:t>9</w:t>
            </w:r>
          </w:p>
        </w:tc>
        <w:tc>
          <w:tcPr>
            <w:tcW w:w="2304" w:type="dxa"/>
          </w:tcPr>
          <w:p w:rsidR="007E715F" w:rsidRDefault="00D52D88">
            <w:r>
              <w:rPr>
                <w:sz w:val="18"/>
              </w:rPr>
              <w:t>Pricing plans</w:t>
            </w:r>
          </w:p>
        </w:tc>
        <w:tc>
          <w:tcPr>
            <w:tcW w:w="6192" w:type="dxa"/>
          </w:tcPr>
          <w:p w:rsidR="007E715F" w:rsidRDefault="00D52D88">
            <w:r>
              <w:rPr>
                <w:sz w:val="18"/>
              </w:rPr>
              <w:t>Subscription tiers with a billing toggle.</w:t>
            </w:r>
          </w:p>
        </w:tc>
      </w:tr>
      <w:tr w:rsidR="007E715F">
        <w:trPr>
          <w:jc w:val="center"/>
        </w:trPr>
        <w:tc>
          <w:tcPr>
            <w:tcW w:w="576" w:type="dxa"/>
          </w:tcPr>
          <w:p w:rsidR="007E715F" w:rsidRDefault="00D52D88">
            <w:r>
              <w:rPr>
                <w:sz w:val="18"/>
              </w:rPr>
              <w:t>10</w:t>
            </w:r>
          </w:p>
        </w:tc>
        <w:tc>
          <w:tcPr>
            <w:tcW w:w="2304" w:type="dxa"/>
          </w:tcPr>
          <w:p w:rsidR="007E715F" w:rsidRDefault="00D52D88">
            <w:r>
              <w:rPr>
                <w:sz w:val="18"/>
              </w:rPr>
              <w:t>FAQ</w:t>
            </w:r>
          </w:p>
        </w:tc>
        <w:tc>
          <w:tcPr>
            <w:tcW w:w="6192" w:type="dxa"/>
          </w:tcPr>
          <w:p w:rsidR="007E715F" w:rsidRDefault="00D52D88">
            <w:r>
              <w:rPr>
                <w:sz w:val="18"/>
              </w:rPr>
              <w:t>Seven expandable questions.</w:t>
            </w:r>
          </w:p>
        </w:tc>
      </w:tr>
      <w:tr w:rsidR="007E715F">
        <w:trPr>
          <w:jc w:val="center"/>
        </w:trPr>
        <w:tc>
          <w:tcPr>
            <w:tcW w:w="576" w:type="dxa"/>
          </w:tcPr>
          <w:p w:rsidR="007E715F" w:rsidRDefault="00D52D88">
            <w:r>
              <w:rPr>
                <w:sz w:val="18"/>
              </w:rPr>
              <w:t>11</w:t>
            </w:r>
          </w:p>
        </w:tc>
        <w:tc>
          <w:tcPr>
            <w:tcW w:w="2304" w:type="dxa"/>
          </w:tcPr>
          <w:p w:rsidR="007E715F" w:rsidRDefault="00D52D88">
            <w:r>
              <w:rPr>
                <w:sz w:val="18"/>
              </w:rPr>
              <w:t>Newsletter</w:t>
            </w:r>
          </w:p>
        </w:tc>
        <w:tc>
          <w:tcPr>
            <w:tcW w:w="6192" w:type="dxa"/>
          </w:tcPr>
          <w:p w:rsidR="007E715F" w:rsidRDefault="00D52D88">
            <w:r>
              <w:rPr>
                <w:sz w:val="18"/>
              </w:rPr>
              <w:t>Email capture for announcements.</w:t>
            </w:r>
          </w:p>
        </w:tc>
      </w:tr>
      <w:tr w:rsidR="007E715F">
        <w:trPr>
          <w:jc w:val="center"/>
        </w:trPr>
        <w:tc>
          <w:tcPr>
            <w:tcW w:w="576" w:type="dxa"/>
          </w:tcPr>
          <w:p w:rsidR="007E715F" w:rsidRDefault="00D52D88">
            <w:r>
              <w:rPr>
                <w:sz w:val="18"/>
              </w:rPr>
              <w:t>12</w:t>
            </w:r>
          </w:p>
        </w:tc>
        <w:tc>
          <w:tcPr>
            <w:tcW w:w="2304" w:type="dxa"/>
          </w:tcPr>
          <w:p w:rsidR="007E715F" w:rsidRDefault="00D52D88">
            <w:r>
              <w:rPr>
                <w:sz w:val="18"/>
              </w:rPr>
              <w:t>Contact</w:t>
            </w:r>
          </w:p>
        </w:tc>
        <w:tc>
          <w:tcPr>
            <w:tcW w:w="6192" w:type="dxa"/>
          </w:tcPr>
          <w:p w:rsidR="007E715F" w:rsidRDefault="00D52D88">
            <w:r>
              <w:rPr>
                <w:sz w:val="18"/>
              </w:rPr>
              <w:t>Enquiry form and contact details.</w:t>
            </w:r>
          </w:p>
        </w:tc>
      </w:tr>
      <w:tr w:rsidR="007E715F">
        <w:trPr>
          <w:jc w:val="center"/>
        </w:trPr>
        <w:tc>
          <w:tcPr>
            <w:tcW w:w="576" w:type="dxa"/>
          </w:tcPr>
          <w:p w:rsidR="007E715F" w:rsidRDefault="00D52D88">
            <w:r>
              <w:rPr>
                <w:sz w:val="18"/>
              </w:rPr>
              <w:t>13</w:t>
            </w:r>
          </w:p>
        </w:tc>
        <w:tc>
          <w:tcPr>
            <w:tcW w:w="2304" w:type="dxa"/>
          </w:tcPr>
          <w:p w:rsidR="007E715F" w:rsidRDefault="00D52D88">
            <w:r>
              <w:rPr>
                <w:sz w:val="18"/>
              </w:rPr>
              <w:t>Footer</w:t>
            </w:r>
          </w:p>
        </w:tc>
        <w:tc>
          <w:tcPr>
            <w:tcW w:w="6192" w:type="dxa"/>
          </w:tcPr>
          <w:p w:rsidR="007E715F" w:rsidRDefault="00D52D88">
            <w:r>
              <w:rPr>
                <w:sz w:val="18"/>
              </w:rPr>
              <w:t>Grouped links, social links and copyright.</w:t>
            </w:r>
          </w:p>
        </w:tc>
      </w:tr>
    </w:tbl>
    <w:p w:rsidR="007E715F" w:rsidRDefault="007E715F">
      <w:pPr>
        <w:spacing w:after="40"/>
      </w:pPr>
    </w:p>
    <w:p w:rsidR="007E715F" w:rsidRDefault="00D52D88">
      <w:pPr>
        <w:pStyle w:val="Heading3"/>
        <w:pageBreakBefore/>
        <w:spacing w:before="0"/>
      </w:pPr>
      <w:bookmarkStart w:id="15" w:name="_Toc237419890"/>
      <w:r>
        <w:lastRenderedPageBreak/>
        <w:t>3.2 Header and navigation</w:t>
      </w:r>
      <w:bookmarkEnd w:id="15"/>
    </w:p>
    <w:p w:rsidR="007E715F" w:rsidRDefault="00D52D88">
      <w:r>
        <w:t>The header is fixed to the top of the window and stays visible as the visitor scrolls, so the two account actions are always one click away. It carries the brand on the left, the naviga</w:t>
      </w:r>
      <w:r>
        <w:t>tion in the centre and the account actions on the right.</w:t>
      </w:r>
    </w:p>
    <w:p w:rsidR="007E715F" w:rsidRDefault="00D52D88">
      <w:pPr>
        <w:spacing w:before="120" w:after="80"/>
        <w:jc w:val="center"/>
      </w:pPr>
      <w:r>
        <w:rPr>
          <w:noProof/>
        </w:rPr>
        <w:drawing>
          <wp:inline distT="0" distB="0" distL="0" distR="0">
            <wp:extent cx="5760720" cy="2560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header.png"/>
                    <pic:cNvPicPr/>
                  </pic:nvPicPr>
                  <pic:blipFill>
                    <a:blip r:embed="rId11"/>
                    <a:stretch>
                      <a:fillRect/>
                    </a:stretch>
                  </pic:blipFill>
                  <pic:spPr>
                    <a:xfrm>
                      <a:off x="0" y="0"/>
                      <a:ext cx="5760720" cy="256032"/>
                    </a:xfrm>
                    <a:prstGeom prst="rect">
                      <a:avLst/>
                    </a:prstGeom>
                    <a:ln w="9525">
                      <a:solidFill>
                        <a:srgbClr val="D8DCE3"/>
                      </a:solidFill>
                    </a:ln>
                  </pic:spPr>
                </pic:pic>
              </a:graphicData>
            </a:graphic>
          </wp:inline>
        </w:drawing>
      </w:r>
    </w:p>
    <w:p w:rsidR="007E715F" w:rsidRDefault="00D52D88">
      <w:pPr>
        <w:pStyle w:val="Caption"/>
        <w:jc w:val="center"/>
      </w:pPr>
      <w:bookmarkStart w:id="16" w:name="_Toc23742002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w:t>
      </w:r>
      <w:r>
        <w:rPr>
          <w:color w:val="6B7280"/>
        </w:rPr>
        <w:fldChar w:fldCharType="end"/>
      </w:r>
      <w:r>
        <w:rPr>
          <w:b w:val="0"/>
          <w:color w:val="6B7280"/>
        </w:rPr>
        <w:t>: The header and navigation section</w:t>
      </w:r>
      <w:bookmarkEnd w:id="16"/>
    </w:p>
    <w:p w:rsidR="007E715F" w:rsidRDefault="00D52D88">
      <w:pPr>
        <w:spacing w:after="40"/>
        <w:ind w:left="403"/>
      </w:pPr>
      <w:r>
        <w:rPr>
          <w:b/>
          <w:color w:val="D7263D"/>
        </w:rPr>
        <w:t xml:space="preserve">1  </w:t>
      </w:r>
      <w:r>
        <w:rPr>
          <w:b/>
        </w:rPr>
        <w:t xml:space="preserve">Brand wordmark — </w:t>
      </w:r>
      <w:r>
        <w:t>the company name or logo, linking back to the top. Set from the landing page settings.</w:t>
      </w:r>
    </w:p>
    <w:p w:rsidR="007E715F" w:rsidRDefault="00D52D88">
      <w:pPr>
        <w:spacing w:after="40"/>
        <w:ind w:left="403"/>
      </w:pPr>
      <w:r>
        <w:rPr>
          <w:b/>
          <w:color w:val="D7263D"/>
        </w:rPr>
        <w:t xml:space="preserve">2  </w:t>
      </w:r>
      <w:r>
        <w:rPr>
          <w:b/>
        </w:rPr>
        <w:t xml:space="preserve">Primary navigation — </w:t>
      </w:r>
      <w:r>
        <w:t>in-page anchors and standalone pages. The anchors scroll; the rest navigate.</w:t>
      </w:r>
    </w:p>
    <w:p w:rsidR="007E715F" w:rsidRDefault="00D52D88">
      <w:pPr>
        <w:spacing w:after="40"/>
        <w:ind w:left="403"/>
      </w:pPr>
      <w:r>
        <w:rPr>
          <w:b/>
          <w:color w:val="D7263D"/>
        </w:rPr>
        <w:t xml:space="preserve">3  </w:t>
      </w:r>
      <w:r>
        <w:rPr>
          <w:b/>
        </w:rPr>
        <w:t xml:space="preserve">Login — </w:t>
      </w:r>
      <w:r>
        <w:t>sends an existing user to the sign-in screen.</w:t>
      </w:r>
    </w:p>
    <w:p w:rsidR="007E715F" w:rsidRDefault="00D52D88">
      <w:pPr>
        <w:spacing w:after="40"/>
        <w:ind w:left="403"/>
      </w:pPr>
      <w:r>
        <w:rPr>
          <w:b/>
          <w:color w:val="D7263D"/>
        </w:rPr>
        <w:t xml:space="preserve">4  </w:t>
      </w:r>
      <w:r>
        <w:rPr>
          <w:b/>
        </w:rPr>
        <w:t xml:space="preserve">Get Started — </w:t>
      </w:r>
      <w:r>
        <w:t>the registration route, shown only when the platform runs in multi-company mode.</w:t>
      </w:r>
    </w:p>
    <w:p w:rsidR="007E715F" w:rsidRDefault="00D52D88">
      <w:pPr>
        <w:pStyle w:val="Heading3"/>
        <w:pageBreakBefore/>
        <w:spacing w:before="0"/>
      </w:pPr>
      <w:bookmarkStart w:id="17" w:name="_Toc237419891"/>
      <w:r>
        <w:lastRenderedPageBreak/>
        <w:t>3.3</w:t>
      </w:r>
      <w:r>
        <w:t xml:space="preserve"> Hero</w:t>
      </w:r>
      <w:bookmarkEnd w:id="17"/>
    </w:p>
    <w:p w:rsidR="007E715F" w:rsidRDefault="00D52D88">
      <w:r>
        <w:t>The hero fills the first screen: a headline stating the proposition, a supporting line naming the areas covered, two actions — register or sign in — three statistics used as proof, and a screenshot of the real dashboard.</w:t>
      </w:r>
    </w:p>
    <w:p w:rsidR="007E715F" w:rsidRDefault="00D52D88">
      <w:pPr>
        <w:spacing w:before="120" w:after="80"/>
        <w:jc w:val="center"/>
      </w:pPr>
      <w:r>
        <w:rPr>
          <w:noProof/>
        </w:rPr>
        <w:drawing>
          <wp:inline distT="0" distB="0" distL="0" distR="0">
            <wp:extent cx="5760720" cy="3600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hero.png"/>
                    <pic:cNvPicPr/>
                  </pic:nvPicPr>
                  <pic:blipFill>
                    <a:blip r:embed="rId1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8" w:name="_Toc237420026"/>
      <w:r>
        <w:rPr>
          <w:color w:val="6B7280"/>
        </w:rPr>
        <w:t xml:space="preserve">Figure </w:t>
      </w:r>
      <w:r>
        <w:rPr>
          <w:color w:val="6B7280"/>
        </w:rPr>
        <w:fldChar w:fldCharType="begin"/>
      </w:r>
      <w:r>
        <w:rPr>
          <w:color w:val="6B7280"/>
        </w:rPr>
        <w:instrText xml:space="preserve"> SEQ Figure \* ARABI</w:instrText>
      </w:r>
      <w:r>
        <w:rPr>
          <w:color w:val="6B7280"/>
        </w:rPr>
        <w:instrText xml:space="preserve">C </w:instrText>
      </w:r>
      <w:r>
        <w:rPr>
          <w:color w:val="6B7280"/>
        </w:rPr>
        <w:fldChar w:fldCharType="separate"/>
      </w:r>
      <w:r>
        <w:rPr>
          <w:noProof/>
          <w:color w:val="6B7280"/>
        </w:rPr>
        <w:t>3</w:t>
      </w:r>
      <w:r>
        <w:rPr>
          <w:color w:val="6B7280"/>
        </w:rPr>
        <w:fldChar w:fldCharType="end"/>
      </w:r>
      <w:r>
        <w:rPr>
          <w:b w:val="0"/>
          <w:color w:val="6B7280"/>
        </w:rPr>
        <w:t>: The hero section</w:t>
      </w:r>
      <w:bookmarkEnd w:id="18"/>
    </w:p>
    <w:p w:rsidR="007E715F" w:rsidRDefault="00D52D88">
      <w:pPr>
        <w:spacing w:after="40"/>
        <w:ind w:left="403"/>
      </w:pPr>
      <w:r>
        <w:rPr>
          <w:b/>
          <w:color w:val="D7263D"/>
        </w:rPr>
        <w:t xml:space="preserve">1  </w:t>
      </w:r>
      <w:r>
        <w:rPr>
          <w:b/>
        </w:rPr>
        <w:t xml:space="preserve">Announcement pill — </w:t>
      </w:r>
      <w:r>
        <w:t>an optional one-line notice for the most recent release. Left empty, it disappears.</w:t>
      </w:r>
    </w:p>
    <w:p w:rsidR="007E715F" w:rsidRDefault="00D52D88">
      <w:pPr>
        <w:spacing w:after="40"/>
        <w:ind w:left="403"/>
      </w:pPr>
      <w:r>
        <w:rPr>
          <w:b/>
          <w:color w:val="D7263D"/>
        </w:rPr>
        <w:t xml:space="preserve">2  </w:t>
      </w:r>
      <w:r>
        <w:rPr>
          <w:b/>
        </w:rPr>
        <w:t xml:space="preserve">Headline — </w:t>
      </w:r>
      <w:r>
        <w:t>the main proposition, and the page’s only level-one heading.</w:t>
      </w:r>
    </w:p>
    <w:p w:rsidR="007E715F" w:rsidRDefault="00D52D88">
      <w:pPr>
        <w:spacing w:after="40"/>
        <w:ind w:left="403"/>
      </w:pPr>
      <w:r>
        <w:rPr>
          <w:b/>
          <w:color w:val="D7263D"/>
        </w:rPr>
        <w:t xml:space="preserve">3  </w:t>
      </w:r>
      <w:r>
        <w:rPr>
          <w:b/>
        </w:rPr>
        <w:t xml:space="preserve">Supporting line — </w:t>
      </w:r>
      <w:r>
        <w:t>one sentence naming the area</w:t>
      </w:r>
      <w:r>
        <w:t>s the platform covers.</w:t>
      </w:r>
    </w:p>
    <w:p w:rsidR="007E715F" w:rsidRDefault="00D52D88">
      <w:pPr>
        <w:spacing w:after="40"/>
        <w:ind w:left="403"/>
      </w:pPr>
      <w:r>
        <w:rPr>
          <w:b/>
          <w:color w:val="D7263D"/>
        </w:rPr>
        <w:t xml:space="preserve">4  </w:t>
      </w:r>
      <w:r>
        <w:rPr>
          <w:b/>
        </w:rPr>
        <w:t xml:space="preserve">Primary action — </w:t>
      </w:r>
      <w:r>
        <w:t>the conversion route into registration.</w:t>
      </w:r>
    </w:p>
    <w:p w:rsidR="007E715F" w:rsidRDefault="00D52D88">
      <w:pPr>
        <w:spacing w:after="40"/>
        <w:ind w:left="403"/>
      </w:pPr>
      <w:r>
        <w:rPr>
          <w:b/>
          <w:color w:val="D7263D"/>
        </w:rPr>
        <w:t xml:space="preserve">5  </w:t>
      </w:r>
      <w:r>
        <w:rPr>
          <w:b/>
        </w:rPr>
        <w:t xml:space="preserve">Secondary action — </w:t>
      </w:r>
      <w:r>
        <w:t>the route for people who already have an account.</w:t>
      </w:r>
    </w:p>
    <w:p w:rsidR="007E715F" w:rsidRDefault="00D52D88">
      <w:pPr>
        <w:spacing w:after="40"/>
        <w:ind w:left="403"/>
      </w:pPr>
      <w:r>
        <w:rPr>
          <w:b/>
          <w:color w:val="D7263D"/>
        </w:rPr>
        <w:t xml:space="preserve">6  </w:t>
      </w:r>
      <w:r>
        <w:rPr>
          <w:b/>
        </w:rPr>
        <w:t xml:space="preserve">Proof statistics — </w:t>
      </w:r>
      <w:r>
        <w:t>three configurable figures used as social proof.</w:t>
      </w:r>
    </w:p>
    <w:p w:rsidR="007E715F" w:rsidRDefault="00D52D88">
      <w:pPr>
        <w:spacing w:after="40"/>
        <w:ind w:left="403"/>
      </w:pPr>
      <w:r>
        <w:rPr>
          <w:b/>
          <w:color w:val="D7263D"/>
        </w:rPr>
        <w:t xml:space="preserve">7  </w:t>
      </w:r>
      <w:r>
        <w:rPr>
          <w:b/>
        </w:rPr>
        <w:t xml:space="preserve">Product preview — </w:t>
      </w:r>
      <w:r>
        <w:t xml:space="preserve">a </w:t>
      </w:r>
      <w:r>
        <w:t>screenshot of the real dashboard, so the first impression is the product rather than an illustration.</w:t>
      </w:r>
    </w:p>
    <w:p w:rsidR="007E715F" w:rsidRDefault="00D52D88">
      <w:pPr>
        <w:pStyle w:val="Heading3"/>
        <w:pageBreakBefore/>
        <w:spacing w:before="0"/>
      </w:pPr>
      <w:bookmarkStart w:id="19" w:name="_Toc237419892"/>
      <w:r>
        <w:lastRenderedPageBreak/>
        <w:t>3.4 Features</w:t>
      </w:r>
      <w:bookmarkEnd w:id="19"/>
    </w:p>
    <w:p w:rsidR="007E715F" w:rsidRDefault="00D52D88">
      <w:r>
        <w:t>Six cards summarising what the platform does, each with an icon, a name and a single sentence. The intent is scannability; the detail belongs</w:t>
      </w:r>
      <w:r>
        <w:t xml:space="preserve"> to the tour that follows.</w:t>
      </w:r>
    </w:p>
    <w:p w:rsidR="007E715F" w:rsidRDefault="00D52D88">
      <w:pPr>
        <w:spacing w:before="120" w:after="80"/>
        <w:jc w:val="center"/>
      </w:pPr>
      <w:r>
        <w:rPr>
          <w:noProof/>
        </w:rPr>
        <w:drawing>
          <wp:inline distT="0" distB="0" distL="0" distR="0">
            <wp:extent cx="5760720" cy="323560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features.png"/>
                    <pic:cNvPicPr/>
                  </pic:nvPicPr>
                  <pic:blipFill>
                    <a:blip r:embed="rId13"/>
                    <a:stretch>
                      <a:fillRect/>
                    </a:stretch>
                  </pic:blipFill>
                  <pic:spPr>
                    <a:xfrm>
                      <a:off x="0" y="0"/>
                      <a:ext cx="5760720" cy="3235604"/>
                    </a:xfrm>
                    <a:prstGeom prst="rect">
                      <a:avLst/>
                    </a:prstGeom>
                    <a:ln w="9525">
                      <a:solidFill>
                        <a:srgbClr val="D8DCE3"/>
                      </a:solidFill>
                    </a:ln>
                  </pic:spPr>
                </pic:pic>
              </a:graphicData>
            </a:graphic>
          </wp:inline>
        </w:drawing>
      </w:r>
    </w:p>
    <w:p w:rsidR="007E715F" w:rsidRDefault="00D52D88">
      <w:pPr>
        <w:pStyle w:val="Caption"/>
        <w:jc w:val="center"/>
      </w:pPr>
      <w:bookmarkStart w:id="20" w:name="_Toc23742002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w:t>
      </w:r>
      <w:r>
        <w:rPr>
          <w:color w:val="6B7280"/>
        </w:rPr>
        <w:fldChar w:fldCharType="end"/>
      </w:r>
      <w:r>
        <w:rPr>
          <w:b w:val="0"/>
          <w:color w:val="6B7280"/>
        </w:rPr>
        <w:t>: The features section</w:t>
      </w:r>
      <w:bookmarkEnd w:id="20"/>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section subtitle   ·   </w:t>
      </w:r>
      <w:r>
        <w:rPr>
          <w:b/>
          <w:color w:val="D7263D"/>
          <w:sz w:val="18"/>
        </w:rPr>
        <w:t xml:space="preserve">3 </w:t>
      </w:r>
      <w:r>
        <w:rPr>
          <w:color w:val="6B7280"/>
          <w:sz w:val="18"/>
        </w:rPr>
        <w:t>feature card</w:t>
      </w:r>
    </w:p>
    <w:p w:rsidR="007E715F" w:rsidRDefault="00D52D88">
      <w:pPr>
        <w:pStyle w:val="Heading3"/>
        <w:pageBreakBefore/>
        <w:spacing w:before="0"/>
      </w:pPr>
      <w:bookmarkStart w:id="21" w:name="_Toc237419893"/>
      <w:r>
        <w:lastRenderedPageBreak/>
        <w:t>3.5 Product tour</w:t>
      </w:r>
      <w:bookmarkEnd w:id="21"/>
    </w:p>
    <w:p w:rsidR="007E715F" w:rsidRDefault="00D52D88">
      <w:r>
        <w:t>Where the features section asserts, this one shows: six captioned screenshots of the worki</w:t>
      </w:r>
      <w:r>
        <w:t>ng application, each labelled with the module it comes from.</w:t>
      </w:r>
    </w:p>
    <w:p w:rsidR="007E715F" w:rsidRDefault="00D52D88">
      <w:pPr>
        <w:spacing w:before="120" w:after="80"/>
        <w:jc w:val="center"/>
      </w:pPr>
      <w:r>
        <w:rPr>
          <w:noProof/>
        </w:rPr>
        <w:drawing>
          <wp:inline distT="0" distB="0" distL="0" distR="0">
            <wp:extent cx="5683425" cy="457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creenshots.jpg"/>
                    <pic:cNvPicPr/>
                  </pic:nvPicPr>
                  <pic:blipFill>
                    <a:blip r:embed="rId14"/>
                    <a:stretch>
                      <a:fillRect/>
                    </a:stretch>
                  </pic:blipFill>
                  <pic:spPr>
                    <a:xfrm>
                      <a:off x="0" y="0"/>
                      <a:ext cx="5683425" cy="4572000"/>
                    </a:xfrm>
                    <a:prstGeom prst="rect">
                      <a:avLst/>
                    </a:prstGeom>
                    <a:ln w="9525">
                      <a:solidFill>
                        <a:srgbClr val="D8DCE3"/>
                      </a:solidFill>
                    </a:ln>
                  </pic:spPr>
                </pic:pic>
              </a:graphicData>
            </a:graphic>
          </wp:inline>
        </w:drawing>
      </w:r>
    </w:p>
    <w:p w:rsidR="007E715F" w:rsidRDefault="00D52D88">
      <w:pPr>
        <w:pStyle w:val="Caption"/>
        <w:jc w:val="center"/>
      </w:pPr>
      <w:bookmarkStart w:id="22" w:name="_Toc23742002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w:t>
      </w:r>
      <w:r>
        <w:rPr>
          <w:color w:val="6B7280"/>
        </w:rPr>
        <w:fldChar w:fldCharType="end"/>
      </w:r>
      <w:r>
        <w:rPr>
          <w:b w:val="0"/>
          <w:color w:val="6B7280"/>
        </w:rPr>
        <w:t>: The product tour section</w:t>
      </w:r>
      <w:bookmarkEnd w:id="22"/>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one captioned screen</w:t>
      </w:r>
    </w:p>
    <w:p w:rsidR="007E715F" w:rsidRDefault="00D52D88">
      <w:pPr>
        <w:pStyle w:val="Heading3"/>
        <w:pageBreakBefore/>
        <w:spacing w:before="0"/>
      </w:pPr>
      <w:bookmarkStart w:id="23" w:name="_Toc237419894"/>
      <w:r>
        <w:lastRenderedPageBreak/>
        <w:t>3.6 Why choose us</w:t>
      </w:r>
      <w:bookmarkEnd w:id="23"/>
    </w:p>
    <w:p w:rsidR="007E715F" w:rsidRDefault="00D52D88">
      <w:r>
        <w:t xml:space="preserve">Four differentiators beside a panel of adoption and satisfaction </w:t>
      </w:r>
      <w:r>
        <w:t>figures. This answers the comparison question rather than the capability question.</w:t>
      </w:r>
    </w:p>
    <w:p w:rsidR="007E715F" w:rsidRDefault="00D52D88">
      <w:pPr>
        <w:spacing w:before="120" w:after="80"/>
        <w:jc w:val="center"/>
      </w:pPr>
      <w:r>
        <w:rPr>
          <w:noProof/>
        </w:rPr>
        <w:drawing>
          <wp:inline distT="0" distB="0" distL="0" distR="0">
            <wp:extent cx="5760720" cy="2483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why.png"/>
                    <pic:cNvPicPr/>
                  </pic:nvPicPr>
                  <pic:blipFill>
                    <a:blip r:embed="rId15"/>
                    <a:stretch>
                      <a:fillRect/>
                    </a:stretch>
                  </pic:blipFill>
                  <pic:spPr>
                    <a:xfrm>
                      <a:off x="0" y="0"/>
                      <a:ext cx="5760720" cy="2483510"/>
                    </a:xfrm>
                    <a:prstGeom prst="rect">
                      <a:avLst/>
                    </a:prstGeom>
                    <a:ln w="9525">
                      <a:solidFill>
                        <a:srgbClr val="D8DCE3"/>
                      </a:solidFill>
                    </a:ln>
                  </pic:spPr>
                </pic:pic>
              </a:graphicData>
            </a:graphic>
          </wp:inline>
        </w:drawing>
      </w:r>
    </w:p>
    <w:p w:rsidR="007E715F" w:rsidRDefault="00D52D88">
      <w:pPr>
        <w:pStyle w:val="Caption"/>
        <w:jc w:val="center"/>
      </w:pPr>
      <w:bookmarkStart w:id="24" w:name="_Toc23742002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w:t>
      </w:r>
      <w:r>
        <w:rPr>
          <w:color w:val="6B7280"/>
        </w:rPr>
        <w:fldChar w:fldCharType="end"/>
      </w:r>
      <w:r>
        <w:rPr>
          <w:b w:val="0"/>
          <w:color w:val="6B7280"/>
        </w:rPr>
        <w:t>: The why choose us section</w:t>
      </w:r>
      <w:bookmarkEnd w:id="24"/>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one differentiator   ·   </w:t>
      </w:r>
      <w:r>
        <w:rPr>
          <w:b/>
          <w:color w:val="D7263D"/>
          <w:sz w:val="18"/>
        </w:rPr>
        <w:t xml:space="preserve">3 </w:t>
      </w:r>
      <w:r>
        <w:rPr>
          <w:color w:val="6B7280"/>
          <w:sz w:val="18"/>
        </w:rPr>
        <w:t>adoption and satisfaction panel</w:t>
      </w:r>
    </w:p>
    <w:p w:rsidR="007E715F" w:rsidRDefault="00D52D88">
      <w:pPr>
        <w:pStyle w:val="Heading3"/>
        <w:pageBreakBefore/>
        <w:spacing w:before="0"/>
      </w:pPr>
      <w:bookmarkStart w:id="25" w:name="_Toc237419895"/>
      <w:r>
        <w:lastRenderedPageBreak/>
        <w:t>3.7 About</w:t>
      </w:r>
      <w:bookmarkEnd w:id="25"/>
    </w:p>
    <w:p w:rsidR="007E715F" w:rsidRDefault="00D52D88">
      <w:r>
        <w:t>The company rat</w:t>
      </w:r>
      <w:r>
        <w:t>her than the software: how long it has operated, who it serves, and four statements covering mission, values, commitment and vision.</w:t>
      </w:r>
    </w:p>
    <w:p w:rsidR="007E715F" w:rsidRDefault="00D52D88">
      <w:pPr>
        <w:spacing w:before="120" w:after="80"/>
        <w:jc w:val="center"/>
      </w:pPr>
      <w:r>
        <w:rPr>
          <w:noProof/>
        </w:rPr>
        <w:drawing>
          <wp:inline distT="0" distB="0" distL="0" distR="0">
            <wp:extent cx="5760720" cy="4006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about.jpg"/>
                    <pic:cNvPicPr/>
                  </pic:nvPicPr>
                  <pic:blipFill>
                    <a:blip r:embed="rId16"/>
                    <a:stretch>
                      <a:fillRect/>
                    </a:stretch>
                  </pic:blipFill>
                  <pic:spPr>
                    <a:xfrm>
                      <a:off x="0" y="0"/>
                      <a:ext cx="5760720" cy="4006900"/>
                    </a:xfrm>
                    <a:prstGeom prst="rect">
                      <a:avLst/>
                    </a:prstGeom>
                    <a:ln w="9525">
                      <a:solidFill>
                        <a:srgbClr val="D8DCE3"/>
                      </a:solidFill>
                    </a:ln>
                  </pic:spPr>
                </pic:pic>
              </a:graphicData>
            </a:graphic>
          </wp:inline>
        </w:drawing>
      </w:r>
    </w:p>
    <w:p w:rsidR="007E715F" w:rsidRDefault="00D52D88">
      <w:pPr>
        <w:pStyle w:val="Caption"/>
        <w:jc w:val="center"/>
      </w:pPr>
      <w:bookmarkStart w:id="26" w:name="_Toc23742003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w:t>
      </w:r>
      <w:r>
        <w:rPr>
          <w:color w:val="6B7280"/>
        </w:rPr>
        <w:fldChar w:fldCharType="end"/>
      </w:r>
      <w:r>
        <w:rPr>
          <w:b w:val="0"/>
          <w:color w:val="6B7280"/>
        </w:rPr>
        <w:t>: The about section</w:t>
      </w:r>
      <w:bookmarkEnd w:id="26"/>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highlight panel   ·   </w:t>
      </w:r>
      <w:r>
        <w:rPr>
          <w:b/>
          <w:color w:val="D7263D"/>
          <w:sz w:val="18"/>
        </w:rPr>
        <w:t xml:space="preserve">3 </w:t>
      </w:r>
      <w:r>
        <w:rPr>
          <w:color w:val="6B7280"/>
          <w:sz w:val="18"/>
        </w:rPr>
        <w:t xml:space="preserve">one of four value </w:t>
      </w:r>
      <w:r>
        <w:rPr>
          <w:color w:val="6B7280"/>
          <w:sz w:val="18"/>
        </w:rPr>
        <w:t>cards</w:t>
      </w:r>
    </w:p>
    <w:p w:rsidR="007E715F" w:rsidRDefault="00D52D88">
      <w:pPr>
        <w:pStyle w:val="Heading3"/>
        <w:pageBreakBefore/>
        <w:spacing w:before="0"/>
      </w:pPr>
      <w:bookmarkStart w:id="27" w:name="_Toc237419896"/>
      <w:r>
        <w:lastRenderedPageBreak/>
        <w:t>3.8 Team</w:t>
      </w:r>
      <w:bookmarkEnd w:id="27"/>
    </w:p>
    <w:p w:rsidR="007E715F" w:rsidRDefault="00D52D88">
      <w:r>
        <w:t>Named people with roles and photographs, followed by a recruitment prompt linking to open positions.</w:t>
      </w:r>
    </w:p>
    <w:p w:rsidR="007E715F" w:rsidRDefault="00D52D88">
      <w:pPr>
        <w:spacing w:before="120" w:after="80"/>
        <w:jc w:val="center"/>
      </w:pPr>
      <w:r>
        <w:rPr>
          <w:noProof/>
        </w:rPr>
        <w:drawing>
          <wp:inline distT="0" distB="0" distL="0" distR="0">
            <wp:extent cx="5760720" cy="37476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team.png"/>
                    <pic:cNvPicPr/>
                  </pic:nvPicPr>
                  <pic:blipFill>
                    <a:blip r:embed="rId17"/>
                    <a:stretch>
                      <a:fillRect/>
                    </a:stretch>
                  </pic:blipFill>
                  <pic:spPr>
                    <a:xfrm>
                      <a:off x="0" y="0"/>
                      <a:ext cx="5760720" cy="3747668"/>
                    </a:xfrm>
                    <a:prstGeom prst="rect">
                      <a:avLst/>
                    </a:prstGeom>
                    <a:ln w="9525">
                      <a:solidFill>
                        <a:srgbClr val="D8DCE3"/>
                      </a:solidFill>
                    </a:ln>
                  </pic:spPr>
                </pic:pic>
              </a:graphicData>
            </a:graphic>
          </wp:inline>
        </w:drawing>
      </w:r>
    </w:p>
    <w:p w:rsidR="007E715F" w:rsidRDefault="00D52D88">
      <w:pPr>
        <w:pStyle w:val="Caption"/>
        <w:jc w:val="center"/>
      </w:pPr>
      <w:bookmarkStart w:id="28" w:name="_Toc23742003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w:t>
      </w:r>
      <w:r>
        <w:rPr>
          <w:color w:val="6B7280"/>
        </w:rPr>
        <w:fldChar w:fldCharType="end"/>
      </w:r>
      <w:r>
        <w:rPr>
          <w:b w:val="0"/>
          <w:color w:val="6B7280"/>
        </w:rPr>
        <w:t>: The team section</w:t>
      </w:r>
      <w:bookmarkEnd w:id="28"/>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a team member   ·   </w:t>
      </w:r>
      <w:r>
        <w:rPr>
          <w:b/>
          <w:color w:val="D7263D"/>
          <w:sz w:val="18"/>
        </w:rPr>
        <w:t xml:space="preserve">3 </w:t>
      </w:r>
      <w:r>
        <w:rPr>
          <w:color w:val="6B7280"/>
          <w:sz w:val="18"/>
        </w:rPr>
        <w:t>recruitment prompt</w:t>
      </w:r>
    </w:p>
    <w:p w:rsidR="007E715F" w:rsidRDefault="00D52D88">
      <w:pPr>
        <w:pStyle w:val="Heading3"/>
        <w:pageBreakBefore/>
        <w:spacing w:before="0"/>
      </w:pPr>
      <w:bookmarkStart w:id="29" w:name="_Toc237419897"/>
      <w:r>
        <w:lastRenderedPageBreak/>
        <w:t>3.9 Testimonials</w:t>
      </w:r>
      <w:bookmarkEnd w:id="29"/>
    </w:p>
    <w:p w:rsidR="007E715F" w:rsidRDefault="00D52D88">
      <w:r>
        <w:t>Customer quotes with star ratings and attributed authors, closing with an aggregate rating panel. These are records in the system, so they can be added or withdrawn without a release.</w:t>
      </w:r>
    </w:p>
    <w:p w:rsidR="007E715F" w:rsidRDefault="00D52D88">
      <w:pPr>
        <w:spacing w:before="120" w:after="80"/>
        <w:jc w:val="center"/>
      </w:pPr>
      <w:r>
        <w:rPr>
          <w:noProof/>
        </w:rPr>
        <w:drawing>
          <wp:inline distT="0" distB="0" distL="0" distR="0">
            <wp:extent cx="5760720" cy="433014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testimonials.jpg"/>
                    <pic:cNvPicPr/>
                  </pic:nvPicPr>
                  <pic:blipFill>
                    <a:blip r:embed="rId18"/>
                    <a:stretch>
                      <a:fillRect/>
                    </a:stretch>
                  </pic:blipFill>
                  <pic:spPr>
                    <a:xfrm>
                      <a:off x="0" y="0"/>
                      <a:ext cx="5760720" cy="4330141"/>
                    </a:xfrm>
                    <a:prstGeom prst="rect">
                      <a:avLst/>
                    </a:prstGeom>
                    <a:ln w="9525">
                      <a:solidFill>
                        <a:srgbClr val="D8DCE3"/>
                      </a:solidFill>
                    </a:ln>
                  </pic:spPr>
                </pic:pic>
              </a:graphicData>
            </a:graphic>
          </wp:inline>
        </w:drawing>
      </w:r>
    </w:p>
    <w:p w:rsidR="007E715F" w:rsidRDefault="00D52D88">
      <w:pPr>
        <w:pStyle w:val="Caption"/>
        <w:jc w:val="center"/>
      </w:pPr>
      <w:bookmarkStart w:id="30" w:name="_Toc23742003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w:t>
      </w:r>
      <w:r>
        <w:rPr>
          <w:color w:val="6B7280"/>
        </w:rPr>
        <w:fldChar w:fldCharType="end"/>
      </w:r>
      <w:r>
        <w:rPr>
          <w:b w:val="0"/>
          <w:color w:val="6B7280"/>
        </w:rPr>
        <w:t>: The testimonials section</w:t>
      </w:r>
      <w:bookmarkEnd w:id="30"/>
    </w:p>
    <w:p w:rsidR="007E715F" w:rsidRDefault="00D52D88">
      <w:pPr>
        <w:spacing w:after="100"/>
        <w:ind w:left="144"/>
      </w:pPr>
      <w:r>
        <w:rPr>
          <w:b/>
          <w:color w:val="D7263D"/>
          <w:sz w:val="18"/>
        </w:rPr>
        <w:t xml:space="preserve">1 </w:t>
      </w:r>
      <w:r>
        <w:rPr>
          <w:color w:val="6B7280"/>
          <w:sz w:val="18"/>
        </w:rPr>
        <w:t xml:space="preserve">section </w:t>
      </w:r>
      <w:r>
        <w:rPr>
          <w:color w:val="6B7280"/>
          <w:sz w:val="18"/>
        </w:rPr>
        <w:t xml:space="preserve">heading   ·   </w:t>
      </w:r>
      <w:r>
        <w:rPr>
          <w:b/>
          <w:color w:val="D7263D"/>
          <w:sz w:val="18"/>
        </w:rPr>
        <w:t xml:space="preserve">2 </w:t>
      </w:r>
      <w:r>
        <w:rPr>
          <w:color w:val="6B7280"/>
          <w:sz w:val="18"/>
        </w:rPr>
        <w:t xml:space="preserve">one testimonial   ·   </w:t>
      </w:r>
      <w:r>
        <w:rPr>
          <w:b/>
          <w:color w:val="D7263D"/>
          <w:sz w:val="18"/>
        </w:rPr>
        <w:t xml:space="preserve">3 </w:t>
      </w:r>
      <w:r>
        <w:rPr>
          <w:color w:val="6B7280"/>
          <w:sz w:val="18"/>
        </w:rPr>
        <w:t>aggregate rating</w:t>
      </w:r>
    </w:p>
    <w:p w:rsidR="007E715F" w:rsidRDefault="00D52D88">
      <w:pPr>
        <w:pStyle w:val="Heading3"/>
        <w:pageBreakBefore/>
        <w:spacing w:before="0"/>
      </w:pPr>
      <w:bookmarkStart w:id="31" w:name="_Toc237419898"/>
      <w:r>
        <w:lastRenderedPageBreak/>
        <w:t>3.10 Pricing plans</w:t>
      </w:r>
      <w:bookmarkEnd w:id="31"/>
    </w:p>
    <w:p w:rsidR="007E715F" w:rsidRDefault="00D52D88">
      <w:r>
        <w:t>Three plans side by side, with the recommended plan raised and badged. Each card states its price, the usage limits that define the tier, the features it unlocks and its own call t</w:t>
      </w:r>
      <w:r>
        <w:t>o action. A toggle switches every price between monthly and yearly.</w:t>
      </w:r>
    </w:p>
    <w:p w:rsidR="007E715F" w:rsidRDefault="00D52D88">
      <w:pPr>
        <w:spacing w:before="120" w:after="80"/>
        <w:jc w:val="center"/>
      </w:pPr>
      <w:r>
        <w:rPr>
          <w:noProof/>
        </w:rPr>
        <w:drawing>
          <wp:inline distT="0" distB="0" distL="0" distR="0">
            <wp:extent cx="4389120" cy="45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ricing.jpg"/>
                    <pic:cNvPicPr/>
                  </pic:nvPicPr>
                  <pic:blipFill>
                    <a:blip r:embed="rId19"/>
                    <a:stretch>
                      <a:fillRect/>
                    </a:stretch>
                  </pic:blipFill>
                  <pic:spPr>
                    <a:xfrm>
                      <a:off x="0" y="0"/>
                      <a:ext cx="4389120" cy="4572000"/>
                    </a:xfrm>
                    <a:prstGeom prst="rect">
                      <a:avLst/>
                    </a:prstGeom>
                    <a:ln w="9525">
                      <a:solidFill>
                        <a:srgbClr val="D8DCE3"/>
                      </a:solidFill>
                    </a:ln>
                  </pic:spPr>
                </pic:pic>
              </a:graphicData>
            </a:graphic>
          </wp:inline>
        </w:drawing>
      </w:r>
    </w:p>
    <w:p w:rsidR="007E715F" w:rsidRDefault="00D52D88">
      <w:pPr>
        <w:pStyle w:val="Caption"/>
        <w:jc w:val="center"/>
      </w:pPr>
      <w:bookmarkStart w:id="32" w:name="_Toc23742003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w:t>
      </w:r>
      <w:r>
        <w:rPr>
          <w:color w:val="6B7280"/>
        </w:rPr>
        <w:fldChar w:fldCharType="end"/>
      </w:r>
      <w:r>
        <w:rPr>
          <w:b w:val="0"/>
          <w:color w:val="6B7280"/>
        </w:rPr>
        <w:t>: The pricing plans section</w:t>
      </w:r>
      <w:bookmarkEnd w:id="32"/>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billing period toggle   ·   </w:t>
      </w:r>
      <w:r>
        <w:rPr>
          <w:b/>
          <w:color w:val="D7263D"/>
          <w:sz w:val="18"/>
        </w:rPr>
        <w:t xml:space="preserve">3 </w:t>
      </w:r>
      <w:r>
        <w:rPr>
          <w:color w:val="6B7280"/>
          <w:sz w:val="18"/>
        </w:rPr>
        <w:t xml:space="preserve">the recommended plan   ·   </w:t>
      </w:r>
      <w:r>
        <w:rPr>
          <w:b/>
          <w:color w:val="D7263D"/>
          <w:sz w:val="18"/>
        </w:rPr>
        <w:t xml:space="preserve">4 </w:t>
      </w:r>
      <w:r>
        <w:rPr>
          <w:color w:val="6B7280"/>
          <w:sz w:val="18"/>
        </w:rPr>
        <w:t>usage limits</w:t>
      </w:r>
    </w:p>
    <w:p w:rsidR="007E715F" w:rsidRDefault="00D52D88">
      <w:pPr>
        <w:pStyle w:val="Heading3"/>
        <w:pageBreakBefore/>
        <w:spacing w:before="0"/>
      </w:pPr>
      <w:bookmarkStart w:id="33" w:name="_Toc237419899"/>
      <w:r>
        <w:lastRenderedPageBreak/>
        <w:t>3.11 Frequently asked quest</w:t>
      </w:r>
      <w:r>
        <w:t>ions</w:t>
      </w:r>
      <w:bookmarkEnd w:id="33"/>
    </w:p>
    <w:p w:rsidR="007E715F" w:rsidRDefault="00D52D88">
      <w:r>
        <w:t>Seven questions in an expandable list, collapsed by default, covering how the platform works, payroll and leave automation, data security, recruitment, appraisals, reporting and plan changes.</w:t>
      </w:r>
    </w:p>
    <w:p w:rsidR="007E715F" w:rsidRDefault="00D52D88">
      <w:pPr>
        <w:spacing w:before="120" w:after="80"/>
        <w:jc w:val="center"/>
      </w:pPr>
      <w:r>
        <w:rPr>
          <w:noProof/>
        </w:rPr>
        <w:drawing>
          <wp:inline distT="0" distB="0" distL="0" distR="0">
            <wp:extent cx="5760720" cy="3802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faq.png"/>
                    <pic:cNvPicPr/>
                  </pic:nvPicPr>
                  <pic:blipFill>
                    <a:blip r:embed="rId20"/>
                    <a:stretch>
                      <a:fillRect/>
                    </a:stretch>
                  </pic:blipFill>
                  <pic:spPr>
                    <a:xfrm>
                      <a:off x="0" y="0"/>
                      <a:ext cx="5760720" cy="3802075"/>
                    </a:xfrm>
                    <a:prstGeom prst="rect">
                      <a:avLst/>
                    </a:prstGeom>
                    <a:ln w="9525">
                      <a:solidFill>
                        <a:srgbClr val="D8DCE3"/>
                      </a:solidFill>
                    </a:ln>
                  </pic:spPr>
                </pic:pic>
              </a:graphicData>
            </a:graphic>
          </wp:inline>
        </w:drawing>
      </w:r>
    </w:p>
    <w:p w:rsidR="007E715F" w:rsidRDefault="00D52D88">
      <w:pPr>
        <w:pStyle w:val="Caption"/>
        <w:jc w:val="center"/>
      </w:pPr>
      <w:bookmarkStart w:id="34" w:name="_Toc23742003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w:t>
      </w:r>
      <w:r>
        <w:rPr>
          <w:color w:val="6B7280"/>
        </w:rPr>
        <w:fldChar w:fldCharType="end"/>
      </w:r>
      <w:r>
        <w:rPr>
          <w:b w:val="0"/>
          <w:color w:val="6B7280"/>
        </w:rPr>
        <w:t xml:space="preserve">: The frequently asked </w:t>
      </w:r>
      <w:r>
        <w:rPr>
          <w:b w:val="0"/>
          <w:color w:val="6B7280"/>
        </w:rPr>
        <w:t>questions section</w:t>
      </w:r>
      <w:bookmarkEnd w:id="34"/>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one collapsed question</w:t>
      </w:r>
    </w:p>
    <w:p w:rsidR="007E715F" w:rsidRDefault="00D52D88">
      <w:pPr>
        <w:pStyle w:val="Heading3"/>
        <w:pageBreakBefore/>
        <w:spacing w:before="0"/>
      </w:pPr>
      <w:bookmarkStart w:id="35" w:name="_Toc237419900"/>
      <w:r>
        <w:lastRenderedPageBreak/>
        <w:t>3.12 Newsletter</w:t>
      </w:r>
      <w:bookmarkEnd w:id="35"/>
    </w:p>
    <w:p w:rsidR="007E715F" w:rsidRDefault="00D52D88">
      <w:r>
        <w:t>An email field and a subscribe button, with three lines describing what a subscriber receives. Submission is handled without leaving the page.</w:t>
      </w:r>
    </w:p>
    <w:p w:rsidR="007E715F" w:rsidRDefault="00D52D88">
      <w:pPr>
        <w:spacing w:before="120" w:after="80"/>
        <w:jc w:val="center"/>
      </w:pPr>
      <w:r>
        <w:rPr>
          <w:noProof/>
        </w:rPr>
        <w:drawing>
          <wp:inline distT="0" distB="0" distL="0" distR="0">
            <wp:extent cx="5760720" cy="299557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newsletter.png"/>
                    <pic:cNvPicPr/>
                  </pic:nvPicPr>
                  <pic:blipFill>
                    <a:blip r:embed="rId21"/>
                    <a:stretch>
                      <a:fillRect/>
                    </a:stretch>
                  </pic:blipFill>
                  <pic:spPr>
                    <a:xfrm>
                      <a:off x="0" y="0"/>
                      <a:ext cx="5760720" cy="2995574"/>
                    </a:xfrm>
                    <a:prstGeom prst="rect">
                      <a:avLst/>
                    </a:prstGeom>
                    <a:ln w="9525">
                      <a:solidFill>
                        <a:srgbClr val="D8DCE3"/>
                      </a:solidFill>
                    </a:ln>
                  </pic:spPr>
                </pic:pic>
              </a:graphicData>
            </a:graphic>
          </wp:inline>
        </w:drawing>
      </w:r>
    </w:p>
    <w:p w:rsidR="007E715F" w:rsidRDefault="00D52D88">
      <w:pPr>
        <w:pStyle w:val="Caption"/>
        <w:jc w:val="center"/>
      </w:pPr>
      <w:bookmarkStart w:id="36" w:name="_Toc23742003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w:t>
      </w:r>
      <w:r>
        <w:rPr>
          <w:color w:val="6B7280"/>
        </w:rPr>
        <w:fldChar w:fldCharType="end"/>
      </w:r>
      <w:r>
        <w:rPr>
          <w:b w:val="0"/>
          <w:color w:val="6B7280"/>
        </w:rPr>
        <w:t>: The newsletter section</w:t>
      </w:r>
      <w:bookmarkEnd w:id="36"/>
    </w:p>
    <w:p w:rsidR="007E715F" w:rsidRDefault="00D52D88">
      <w:pPr>
        <w:spacing w:after="100"/>
        <w:ind w:left="144"/>
      </w:pPr>
      <w:r>
        <w:rPr>
          <w:b/>
          <w:color w:val="D7263D"/>
          <w:sz w:val="18"/>
        </w:rPr>
        <w:t xml:space="preserve">1 </w:t>
      </w:r>
      <w:r>
        <w:rPr>
          <w:color w:val="6B7280"/>
          <w:sz w:val="18"/>
        </w:rPr>
        <w:t xml:space="preserve">email field   ·   </w:t>
      </w:r>
      <w:r>
        <w:rPr>
          <w:b/>
          <w:color w:val="D7263D"/>
          <w:sz w:val="18"/>
        </w:rPr>
        <w:t xml:space="preserve">2 </w:t>
      </w:r>
      <w:r>
        <w:rPr>
          <w:color w:val="6B7280"/>
          <w:sz w:val="18"/>
        </w:rPr>
        <w:t>subscribe</w:t>
      </w:r>
    </w:p>
    <w:p w:rsidR="007E715F" w:rsidRDefault="00D52D88">
      <w:pPr>
        <w:pStyle w:val="Heading3"/>
        <w:pageBreakBefore/>
        <w:spacing w:before="0"/>
      </w:pPr>
      <w:bookmarkStart w:id="37" w:name="_Toc237419901"/>
      <w:r>
        <w:lastRenderedPageBreak/>
        <w:t>3.13 Contact</w:t>
      </w:r>
      <w:bookmarkEnd w:id="37"/>
    </w:p>
    <w:p w:rsidR="007E715F" w:rsidRDefault="00D52D88">
      <w:r>
        <w:t>An enquiry form beside the company’s published contact details, so a visitor can choose between writing on the page and using their own email or telephone.</w:t>
      </w:r>
    </w:p>
    <w:p w:rsidR="007E715F" w:rsidRDefault="00D52D88">
      <w:pPr>
        <w:spacing w:before="120" w:after="80"/>
        <w:jc w:val="center"/>
      </w:pPr>
      <w:r>
        <w:rPr>
          <w:noProof/>
        </w:rPr>
        <w:drawing>
          <wp:inline distT="0" distB="0" distL="0" distR="0">
            <wp:extent cx="5760720" cy="36740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contact.png"/>
                    <pic:cNvPicPr/>
                  </pic:nvPicPr>
                  <pic:blipFill>
                    <a:blip r:embed="rId22"/>
                    <a:stretch>
                      <a:fillRect/>
                    </a:stretch>
                  </pic:blipFill>
                  <pic:spPr>
                    <a:xfrm>
                      <a:off x="0" y="0"/>
                      <a:ext cx="5760720" cy="3674059"/>
                    </a:xfrm>
                    <a:prstGeom prst="rect">
                      <a:avLst/>
                    </a:prstGeom>
                    <a:ln w="9525">
                      <a:solidFill>
                        <a:srgbClr val="D8DCE3"/>
                      </a:solidFill>
                    </a:ln>
                  </pic:spPr>
                </pic:pic>
              </a:graphicData>
            </a:graphic>
          </wp:inline>
        </w:drawing>
      </w:r>
    </w:p>
    <w:p w:rsidR="007E715F" w:rsidRDefault="00D52D88">
      <w:pPr>
        <w:pStyle w:val="Caption"/>
        <w:jc w:val="center"/>
      </w:pPr>
      <w:bookmarkStart w:id="38" w:name="_Toc237420036"/>
      <w:r>
        <w:rPr>
          <w:color w:val="6B7280"/>
        </w:rPr>
        <w:t>Fi</w:t>
      </w:r>
      <w:r>
        <w:rPr>
          <w:color w:val="6B7280"/>
        </w:rPr>
        <w:t xml:space="preserve">gure </w:t>
      </w:r>
      <w:r>
        <w:rPr>
          <w:color w:val="6B7280"/>
        </w:rPr>
        <w:fldChar w:fldCharType="begin"/>
      </w:r>
      <w:r>
        <w:rPr>
          <w:color w:val="6B7280"/>
        </w:rPr>
        <w:instrText xml:space="preserve"> SEQ Figure \* ARABIC </w:instrText>
      </w:r>
      <w:r>
        <w:rPr>
          <w:color w:val="6B7280"/>
        </w:rPr>
        <w:fldChar w:fldCharType="separate"/>
      </w:r>
      <w:r>
        <w:rPr>
          <w:noProof/>
          <w:color w:val="6B7280"/>
        </w:rPr>
        <w:t>13</w:t>
      </w:r>
      <w:r>
        <w:rPr>
          <w:color w:val="6B7280"/>
        </w:rPr>
        <w:fldChar w:fldCharType="end"/>
      </w:r>
      <w:r>
        <w:rPr>
          <w:b w:val="0"/>
          <w:color w:val="6B7280"/>
        </w:rPr>
        <w:t>: The contact section</w:t>
      </w:r>
      <w:bookmarkEnd w:id="38"/>
    </w:p>
    <w:p w:rsidR="007E715F" w:rsidRDefault="00D52D88">
      <w:pPr>
        <w:spacing w:after="100"/>
        <w:ind w:left="144"/>
      </w:pPr>
      <w:r>
        <w:rPr>
          <w:b/>
          <w:color w:val="D7263D"/>
          <w:sz w:val="18"/>
        </w:rPr>
        <w:t xml:space="preserve">1 </w:t>
      </w:r>
      <w:r>
        <w:rPr>
          <w:color w:val="6B7280"/>
          <w:sz w:val="18"/>
        </w:rPr>
        <w:t xml:space="preserve">section heading   ·   </w:t>
      </w:r>
      <w:r>
        <w:rPr>
          <w:b/>
          <w:color w:val="D7263D"/>
          <w:sz w:val="18"/>
        </w:rPr>
        <w:t xml:space="preserve">2 </w:t>
      </w:r>
      <w:r>
        <w:rPr>
          <w:color w:val="6B7280"/>
          <w:sz w:val="18"/>
        </w:rPr>
        <w:t xml:space="preserve">enquiry form   ·   </w:t>
      </w:r>
      <w:r>
        <w:rPr>
          <w:b/>
          <w:color w:val="D7263D"/>
          <w:sz w:val="18"/>
        </w:rPr>
        <w:t xml:space="preserve">3 </w:t>
      </w:r>
      <w:r>
        <w:rPr>
          <w:color w:val="6B7280"/>
          <w:sz w:val="18"/>
        </w:rPr>
        <w:t>published contact details</w:t>
      </w:r>
    </w:p>
    <w:p w:rsidR="007E715F" w:rsidRDefault="00D52D88">
      <w:pPr>
        <w:pStyle w:val="Heading3"/>
        <w:pageBreakBefore/>
        <w:spacing w:before="0"/>
      </w:pPr>
      <w:bookmarkStart w:id="39" w:name="_Toc237419902"/>
      <w:r>
        <w:lastRenderedPageBreak/>
        <w:t>3.14 Footer</w:t>
      </w:r>
      <w:bookmarkEnd w:id="39"/>
    </w:p>
    <w:p w:rsidR="007E715F" w:rsidRDefault="00D52D88">
      <w:r>
        <w:t>Five columns of links, a second subscribe box for visitors who reached the bottom without acting, social links and the</w:t>
      </w:r>
      <w:r>
        <w:t xml:space="preserve"> copyright line. The Developers entry leads to the public API documentation.</w:t>
      </w:r>
    </w:p>
    <w:p w:rsidR="007E715F" w:rsidRDefault="00D52D88">
      <w:pPr>
        <w:spacing w:before="120" w:after="80"/>
        <w:jc w:val="center"/>
      </w:pPr>
      <w:r>
        <w:rPr>
          <w:noProof/>
        </w:rPr>
        <w:drawing>
          <wp:inline distT="0" distB="0" distL="0" distR="0">
            <wp:extent cx="5760720" cy="268833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footer.png"/>
                    <pic:cNvPicPr/>
                  </pic:nvPicPr>
                  <pic:blipFill>
                    <a:blip r:embed="rId23"/>
                    <a:stretch>
                      <a:fillRect/>
                    </a:stretch>
                  </pic:blipFill>
                  <pic:spPr>
                    <a:xfrm>
                      <a:off x="0" y="0"/>
                      <a:ext cx="5760720" cy="2688336"/>
                    </a:xfrm>
                    <a:prstGeom prst="rect">
                      <a:avLst/>
                    </a:prstGeom>
                    <a:ln w="9525">
                      <a:solidFill>
                        <a:srgbClr val="D8DCE3"/>
                      </a:solidFill>
                    </a:ln>
                  </pic:spPr>
                </pic:pic>
              </a:graphicData>
            </a:graphic>
          </wp:inline>
        </w:drawing>
      </w:r>
    </w:p>
    <w:p w:rsidR="007E715F" w:rsidRDefault="00D52D88">
      <w:pPr>
        <w:pStyle w:val="Caption"/>
        <w:jc w:val="center"/>
      </w:pPr>
      <w:bookmarkStart w:id="40" w:name="_Toc23742003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w:t>
      </w:r>
      <w:r>
        <w:rPr>
          <w:color w:val="6B7280"/>
        </w:rPr>
        <w:fldChar w:fldCharType="end"/>
      </w:r>
      <w:r>
        <w:rPr>
          <w:b w:val="0"/>
          <w:color w:val="6B7280"/>
        </w:rPr>
        <w:t>: The footer section</w:t>
      </w:r>
      <w:bookmarkEnd w:id="40"/>
    </w:p>
    <w:p w:rsidR="007E715F" w:rsidRDefault="00D52D88">
      <w:pPr>
        <w:spacing w:after="100"/>
        <w:ind w:left="144"/>
      </w:pPr>
      <w:r>
        <w:rPr>
          <w:b/>
          <w:color w:val="D7263D"/>
          <w:sz w:val="18"/>
        </w:rPr>
        <w:t xml:space="preserve">1 </w:t>
      </w:r>
      <w:r>
        <w:rPr>
          <w:color w:val="6B7280"/>
          <w:sz w:val="18"/>
        </w:rPr>
        <w:t xml:space="preserve">one of five link columns   ·   </w:t>
      </w:r>
      <w:r>
        <w:rPr>
          <w:b/>
          <w:color w:val="D7263D"/>
          <w:sz w:val="18"/>
        </w:rPr>
        <w:t xml:space="preserve">2 </w:t>
      </w:r>
      <w:r>
        <w:rPr>
          <w:color w:val="6B7280"/>
          <w:sz w:val="18"/>
        </w:rPr>
        <w:t xml:space="preserve">developers (api docs)   ·   </w:t>
      </w:r>
      <w:r>
        <w:rPr>
          <w:b/>
          <w:color w:val="D7263D"/>
          <w:sz w:val="18"/>
        </w:rPr>
        <w:t xml:space="preserve">3 </w:t>
      </w:r>
      <w:r>
        <w:rPr>
          <w:color w:val="6B7280"/>
          <w:sz w:val="18"/>
        </w:rPr>
        <w:t xml:space="preserve">second subscribe box   ·   </w:t>
      </w:r>
      <w:r>
        <w:rPr>
          <w:b/>
          <w:color w:val="D7263D"/>
          <w:sz w:val="18"/>
        </w:rPr>
        <w:t xml:space="preserve">4 </w:t>
      </w:r>
      <w:r>
        <w:rPr>
          <w:color w:val="6B7280"/>
          <w:sz w:val="18"/>
        </w:rPr>
        <w:t>copyright and social links</w:t>
      </w:r>
    </w:p>
    <w:p w:rsidR="007E715F" w:rsidRDefault="00D52D88">
      <w:pPr>
        <w:pStyle w:val="Heading3"/>
        <w:pageBreakBefore/>
        <w:spacing w:before="0"/>
      </w:pPr>
      <w:bookmarkStart w:id="41" w:name="_Toc237419903"/>
      <w:r>
        <w:lastRenderedPageBreak/>
        <w:t>3.</w:t>
      </w:r>
      <w:r>
        <w:t>15 Where the navigation leads</w:t>
      </w:r>
      <w:bookmarkEnd w:id="41"/>
    </w:p>
    <w:p w:rsidR="007E715F" w:rsidRDefault="00D52D88">
      <w:pPr>
        <w:pStyle w:val="Caption"/>
        <w:spacing w:before="160"/>
        <w:jc w:val="center"/>
      </w:pPr>
      <w:bookmarkStart w:id="42" w:name="_Toc237420200"/>
      <w:r>
        <w:rPr>
          <w:color w:val="6B7280"/>
        </w:rPr>
        <w:t xml:space="preserve">Table </w:t>
      </w:r>
      <w:r>
        <w:rPr>
          <w:color w:val="6B7280"/>
        </w:rPr>
        <w:fldChar w:fldCharType="begin"/>
      </w:r>
      <w:r>
        <w:rPr>
          <w:color w:val="6B7280"/>
        </w:rPr>
        <w:instrText xml:space="preserve"> SEQ Table \* ARABIC </w:instrText>
      </w:r>
      <w:r>
        <w:rPr>
          <w:color w:val="6B7280"/>
        </w:rPr>
        <w:fldChar w:fldCharType="separate"/>
      </w:r>
      <w:r>
        <w:rPr>
          <w:noProof/>
          <w:color w:val="6B7280"/>
        </w:rPr>
        <w:t>3</w:t>
      </w:r>
      <w:r>
        <w:rPr>
          <w:color w:val="6B7280"/>
        </w:rPr>
        <w:fldChar w:fldCharType="end"/>
      </w:r>
      <w:r>
        <w:rPr>
          <w:b w:val="0"/>
          <w:color w:val="6B7280"/>
        </w:rPr>
        <w:t>: Navigation destinations in the header, as published</w:t>
      </w:r>
      <w:bookmarkEnd w:id="42"/>
    </w:p>
    <w:tbl>
      <w:tblPr>
        <w:tblStyle w:val="TableGrid"/>
        <w:tblW w:w="0" w:type="auto"/>
        <w:jc w:val="center"/>
        <w:tblLook w:val="04A0" w:firstRow="1" w:lastRow="0" w:firstColumn="1" w:lastColumn="0" w:noHBand="0" w:noVBand="1"/>
      </w:tblPr>
      <w:tblGrid>
        <w:gridCol w:w="2160"/>
        <w:gridCol w:w="3744"/>
        <w:gridCol w:w="3168"/>
      </w:tblGrid>
      <w:tr w:rsidR="007E715F">
        <w:trPr>
          <w:tblHeader/>
          <w:jc w:val="center"/>
        </w:trPr>
        <w:tc>
          <w:tcPr>
            <w:tcW w:w="2160" w:type="dxa"/>
            <w:shd w:val="clear" w:color="auto" w:fill="0E9F6E"/>
          </w:tcPr>
          <w:p w:rsidR="007E715F" w:rsidRDefault="00D52D88">
            <w:r>
              <w:rPr>
                <w:b/>
                <w:color w:val="FFFFFF"/>
                <w:sz w:val="18"/>
              </w:rPr>
              <w:t>Label</w:t>
            </w:r>
          </w:p>
        </w:tc>
        <w:tc>
          <w:tcPr>
            <w:tcW w:w="3744" w:type="dxa"/>
            <w:shd w:val="clear" w:color="auto" w:fill="0E9F6E"/>
          </w:tcPr>
          <w:p w:rsidR="007E715F" w:rsidRDefault="00D52D88">
            <w:r>
              <w:rPr>
                <w:b/>
                <w:color w:val="FFFFFF"/>
                <w:sz w:val="18"/>
              </w:rPr>
              <w:t>Destination</w:t>
            </w:r>
          </w:p>
        </w:tc>
        <w:tc>
          <w:tcPr>
            <w:tcW w:w="3168" w:type="dxa"/>
            <w:shd w:val="clear" w:color="auto" w:fill="0E9F6E"/>
          </w:tcPr>
          <w:p w:rsidR="007E715F" w:rsidRDefault="00D52D88">
            <w:r>
              <w:rPr>
                <w:b/>
                <w:color w:val="FFFFFF"/>
                <w:sz w:val="18"/>
              </w:rPr>
              <w:t>Type</w:t>
            </w:r>
          </w:p>
        </w:tc>
      </w:tr>
      <w:tr w:rsidR="007E715F">
        <w:trPr>
          <w:jc w:val="center"/>
        </w:trPr>
        <w:tc>
          <w:tcPr>
            <w:tcW w:w="2160" w:type="dxa"/>
          </w:tcPr>
          <w:p w:rsidR="007E715F" w:rsidRDefault="00D52D88">
            <w:r>
              <w:rPr>
                <w:sz w:val="18"/>
              </w:rPr>
              <w:t>Home</w:t>
            </w:r>
          </w:p>
        </w:tc>
        <w:tc>
          <w:tcPr>
            <w:tcW w:w="3744" w:type="dxa"/>
          </w:tcPr>
          <w:p w:rsidR="007E715F" w:rsidRDefault="00D52D88">
            <w:r>
              <w:rPr>
                <w:sz w:val="18"/>
              </w:rPr>
              <w:t>/</w:t>
            </w:r>
          </w:p>
        </w:tc>
        <w:tc>
          <w:tcPr>
            <w:tcW w:w="3168" w:type="dxa"/>
          </w:tcPr>
          <w:p w:rsidR="007E715F" w:rsidRDefault="00D52D88">
            <w:r>
              <w:rPr>
                <w:sz w:val="18"/>
              </w:rPr>
              <w:t>Page</w:t>
            </w:r>
          </w:p>
        </w:tc>
      </w:tr>
      <w:tr w:rsidR="007E715F">
        <w:trPr>
          <w:jc w:val="center"/>
        </w:trPr>
        <w:tc>
          <w:tcPr>
            <w:tcW w:w="2160" w:type="dxa"/>
          </w:tcPr>
          <w:p w:rsidR="007E715F" w:rsidRDefault="00D52D88">
            <w:r>
              <w:rPr>
                <w:sz w:val="18"/>
              </w:rPr>
              <w:t>Pricing</w:t>
            </w:r>
          </w:p>
        </w:tc>
        <w:tc>
          <w:tcPr>
            <w:tcW w:w="3744" w:type="dxa"/>
          </w:tcPr>
          <w:p w:rsidR="007E715F" w:rsidRDefault="00D52D88">
            <w:r>
              <w:rPr>
                <w:sz w:val="18"/>
              </w:rPr>
              <w:t>/pricing</w:t>
            </w:r>
          </w:p>
        </w:tc>
        <w:tc>
          <w:tcPr>
            <w:tcW w:w="3168" w:type="dxa"/>
          </w:tcPr>
          <w:p w:rsidR="007E715F" w:rsidRDefault="00D52D88">
            <w:r>
              <w:rPr>
                <w:sz w:val="18"/>
              </w:rPr>
              <w:t>Page</w:t>
            </w:r>
          </w:p>
        </w:tc>
      </w:tr>
      <w:tr w:rsidR="007E715F">
        <w:trPr>
          <w:jc w:val="center"/>
        </w:trPr>
        <w:tc>
          <w:tcPr>
            <w:tcW w:w="2160" w:type="dxa"/>
          </w:tcPr>
          <w:p w:rsidR="007E715F" w:rsidRDefault="00D52D88">
            <w:r>
              <w:rPr>
                <w:sz w:val="18"/>
              </w:rPr>
              <w:t>Developers</w:t>
            </w:r>
          </w:p>
        </w:tc>
        <w:tc>
          <w:tcPr>
            <w:tcW w:w="3744" w:type="dxa"/>
          </w:tcPr>
          <w:p w:rsidR="007E715F" w:rsidRDefault="00D52D88">
            <w:r>
              <w:rPr>
                <w:sz w:val="18"/>
              </w:rPr>
              <w:t>/api/docs</w:t>
            </w:r>
          </w:p>
        </w:tc>
        <w:tc>
          <w:tcPr>
            <w:tcW w:w="3168" w:type="dxa"/>
          </w:tcPr>
          <w:p w:rsidR="007E715F" w:rsidRDefault="00D52D88">
            <w:r>
              <w:rPr>
                <w:sz w:val="18"/>
              </w:rPr>
              <w:t>Public API documentation</w:t>
            </w:r>
          </w:p>
        </w:tc>
      </w:tr>
      <w:tr w:rsidR="007E715F">
        <w:trPr>
          <w:jc w:val="center"/>
        </w:trPr>
        <w:tc>
          <w:tcPr>
            <w:tcW w:w="2160" w:type="dxa"/>
          </w:tcPr>
          <w:p w:rsidR="007E715F" w:rsidRDefault="00D52D88">
            <w:r>
              <w:rPr>
                <w:sz w:val="18"/>
              </w:rPr>
              <w:t>About Us</w:t>
            </w:r>
          </w:p>
        </w:tc>
        <w:tc>
          <w:tcPr>
            <w:tcW w:w="3744" w:type="dxa"/>
          </w:tcPr>
          <w:p w:rsidR="007E715F" w:rsidRDefault="00D52D88">
            <w:r>
              <w:rPr>
                <w:sz w:val="18"/>
              </w:rPr>
              <w:t>/page/about-us</w:t>
            </w:r>
          </w:p>
        </w:tc>
        <w:tc>
          <w:tcPr>
            <w:tcW w:w="3168" w:type="dxa"/>
          </w:tcPr>
          <w:p w:rsidR="007E715F" w:rsidRDefault="00D52D88">
            <w:r>
              <w:rPr>
                <w:sz w:val="18"/>
              </w:rPr>
              <w:t xml:space="preserve">Content </w:t>
            </w:r>
            <w:r>
              <w:rPr>
                <w:sz w:val="18"/>
              </w:rPr>
              <w:t>page</w:t>
            </w:r>
          </w:p>
        </w:tc>
      </w:tr>
      <w:tr w:rsidR="007E715F">
        <w:trPr>
          <w:jc w:val="center"/>
        </w:trPr>
        <w:tc>
          <w:tcPr>
            <w:tcW w:w="2160" w:type="dxa"/>
          </w:tcPr>
          <w:p w:rsidR="007E715F" w:rsidRDefault="00D52D88">
            <w:r>
              <w:rPr>
                <w:sz w:val="18"/>
              </w:rPr>
              <w:t>Privacy Policy</w:t>
            </w:r>
          </w:p>
        </w:tc>
        <w:tc>
          <w:tcPr>
            <w:tcW w:w="3744" w:type="dxa"/>
          </w:tcPr>
          <w:p w:rsidR="007E715F" w:rsidRDefault="00D52D88">
            <w:r>
              <w:rPr>
                <w:sz w:val="18"/>
              </w:rPr>
              <w:t>/page/privacy-policy</w:t>
            </w:r>
          </w:p>
        </w:tc>
        <w:tc>
          <w:tcPr>
            <w:tcW w:w="3168" w:type="dxa"/>
          </w:tcPr>
          <w:p w:rsidR="007E715F" w:rsidRDefault="00D52D88">
            <w:r>
              <w:rPr>
                <w:sz w:val="18"/>
              </w:rPr>
              <w:t>Content page</w:t>
            </w:r>
          </w:p>
        </w:tc>
      </w:tr>
      <w:tr w:rsidR="007E715F">
        <w:trPr>
          <w:jc w:val="center"/>
        </w:trPr>
        <w:tc>
          <w:tcPr>
            <w:tcW w:w="2160" w:type="dxa"/>
          </w:tcPr>
          <w:p w:rsidR="007E715F" w:rsidRDefault="00D52D88">
            <w:r>
              <w:rPr>
                <w:sz w:val="18"/>
              </w:rPr>
              <w:t>Terms of Service</w:t>
            </w:r>
          </w:p>
        </w:tc>
        <w:tc>
          <w:tcPr>
            <w:tcW w:w="3744" w:type="dxa"/>
          </w:tcPr>
          <w:p w:rsidR="007E715F" w:rsidRDefault="00D52D88">
            <w:r>
              <w:rPr>
                <w:sz w:val="18"/>
              </w:rPr>
              <w:t>/page/terms-of-service</w:t>
            </w:r>
          </w:p>
        </w:tc>
        <w:tc>
          <w:tcPr>
            <w:tcW w:w="3168" w:type="dxa"/>
          </w:tcPr>
          <w:p w:rsidR="007E715F" w:rsidRDefault="00D52D88">
            <w:r>
              <w:rPr>
                <w:sz w:val="18"/>
              </w:rPr>
              <w:t>Content page</w:t>
            </w:r>
          </w:p>
        </w:tc>
      </w:tr>
      <w:tr w:rsidR="007E715F">
        <w:trPr>
          <w:jc w:val="center"/>
        </w:trPr>
        <w:tc>
          <w:tcPr>
            <w:tcW w:w="2160" w:type="dxa"/>
          </w:tcPr>
          <w:p w:rsidR="007E715F" w:rsidRDefault="00D52D88">
            <w:r>
              <w:rPr>
                <w:sz w:val="18"/>
              </w:rPr>
              <w:t>Contact Us</w:t>
            </w:r>
          </w:p>
        </w:tc>
        <w:tc>
          <w:tcPr>
            <w:tcW w:w="3744" w:type="dxa"/>
          </w:tcPr>
          <w:p w:rsidR="007E715F" w:rsidRDefault="00D52D88">
            <w:r>
              <w:rPr>
                <w:sz w:val="18"/>
              </w:rPr>
              <w:t>/page/contact-us</w:t>
            </w:r>
          </w:p>
        </w:tc>
        <w:tc>
          <w:tcPr>
            <w:tcW w:w="3168" w:type="dxa"/>
          </w:tcPr>
          <w:p w:rsidR="007E715F" w:rsidRDefault="00D52D88">
            <w:r>
              <w:rPr>
                <w:sz w:val="18"/>
              </w:rPr>
              <w:t>Content page</w:t>
            </w:r>
          </w:p>
        </w:tc>
      </w:tr>
      <w:tr w:rsidR="007E715F">
        <w:trPr>
          <w:jc w:val="center"/>
        </w:trPr>
        <w:tc>
          <w:tcPr>
            <w:tcW w:w="2160" w:type="dxa"/>
          </w:tcPr>
          <w:p w:rsidR="007E715F" w:rsidRDefault="00D52D88">
            <w:r>
              <w:rPr>
                <w:sz w:val="18"/>
              </w:rPr>
              <w:t>FAQ</w:t>
            </w:r>
          </w:p>
        </w:tc>
        <w:tc>
          <w:tcPr>
            <w:tcW w:w="3744" w:type="dxa"/>
          </w:tcPr>
          <w:p w:rsidR="007E715F" w:rsidRDefault="00D52D88">
            <w:r>
              <w:rPr>
                <w:sz w:val="18"/>
              </w:rPr>
              <w:t>/page/faq</w:t>
            </w:r>
          </w:p>
        </w:tc>
        <w:tc>
          <w:tcPr>
            <w:tcW w:w="3168" w:type="dxa"/>
          </w:tcPr>
          <w:p w:rsidR="007E715F" w:rsidRDefault="00D52D88">
            <w:r>
              <w:rPr>
                <w:sz w:val="18"/>
              </w:rPr>
              <w:t>Content page</w:t>
            </w:r>
          </w:p>
        </w:tc>
      </w:tr>
      <w:tr w:rsidR="007E715F">
        <w:trPr>
          <w:jc w:val="center"/>
        </w:trPr>
        <w:tc>
          <w:tcPr>
            <w:tcW w:w="2160" w:type="dxa"/>
          </w:tcPr>
          <w:p w:rsidR="007E715F" w:rsidRDefault="00D52D88">
            <w:r>
              <w:rPr>
                <w:sz w:val="18"/>
              </w:rPr>
              <w:t>Refund Policy</w:t>
            </w:r>
          </w:p>
        </w:tc>
        <w:tc>
          <w:tcPr>
            <w:tcW w:w="3744" w:type="dxa"/>
          </w:tcPr>
          <w:p w:rsidR="007E715F" w:rsidRDefault="00D52D88">
            <w:r>
              <w:rPr>
                <w:sz w:val="18"/>
              </w:rPr>
              <w:t>/page/refund-policy</w:t>
            </w:r>
          </w:p>
        </w:tc>
        <w:tc>
          <w:tcPr>
            <w:tcW w:w="3168" w:type="dxa"/>
          </w:tcPr>
          <w:p w:rsidR="007E715F" w:rsidRDefault="00D52D88">
            <w:r>
              <w:rPr>
                <w:sz w:val="18"/>
              </w:rPr>
              <w:t>Content page</w:t>
            </w:r>
          </w:p>
        </w:tc>
      </w:tr>
      <w:tr w:rsidR="007E715F">
        <w:trPr>
          <w:jc w:val="center"/>
        </w:trPr>
        <w:tc>
          <w:tcPr>
            <w:tcW w:w="2160" w:type="dxa"/>
          </w:tcPr>
          <w:p w:rsidR="007E715F" w:rsidRDefault="00D52D88">
            <w:r>
              <w:rPr>
                <w:sz w:val="18"/>
              </w:rPr>
              <w:t>Login</w:t>
            </w:r>
          </w:p>
        </w:tc>
        <w:tc>
          <w:tcPr>
            <w:tcW w:w="3744" w:type="dxa"/>
          </w:tcPr>
          <w:p w:rsidR="007E715F" w:rsidRDefault="00D52D88">
            <w:r>
              <w:rPr>
                <w:sz w:val="18"/>
              </w:rPr>
              <w:t>/login</w:t>
            </w:r>
          </w:p>
        </w:tc>
        <w:tc>
          <w:tcPr>
            <w:tcW w:w="3168" w:type="dxa"/>
          </w:tcPr>
          <w:p w:rsidR="007E715F" w:rsidRDefault="00D52D88">
            <w:r>
              <w:rPr>
                <w:sz w:val="18"/>
              </w:rPr>
              <w:t>Authentication</w:t>
            </w:r>
          </w:p>
        </w:tc>
      </w:tr>
      <w:tr w:rsidR="007E715F">
        <w:trPr>
          <w:jc w:val="center"/>
        </w:trPr>
        <w:tc>
          <w:tcPr>
            <w:tcW w:w="2160" w:type="dxa"/>
          </w:tcPr>
          <w:p w:rsidR="007E715F" w:rsidRDefault="00D52D88">
            <w:r>
              <w:rPr>
                <w:sz w:val="18"/>
              </w:rPr>
              <w:t>Get Started</w:t>
            </w:r>
          </w:p>
        </w:tc>
        <w:tc>
          <w:tcPr>
            <w:tcW w:w="3744" w:type="dxa"/>
          </w:tcPr>
          <w:p w:rsidR="007E715F" w:rsidRDefault="00D52D88">
            <w:r>
              <w:rPr>
                <w:sz w:val="18"/>
              </w:rPr>
              <w:t>/register</w:t>
            </w:r>
          </w:p>
        </w:tc>
        <w:tc>
          <w:tcPr>
            <w:tcW w:w="3168" w:type="dxa"/>
          </w:tcPr>
          <w:p w:rsidR="007E715F" w:rsidRDefault="00D52D88">
            <w:r>
              <w:rPr>
                <w:sz w:val="18"/>
              </w:rPr>
              <w:t>Authentication</w:t>
            </w:r>
          </w:p>
        </w:tc>
      </w:tr>
    </w:tbl>
    <w:p w:rsidR="007E715F" w:rsidRDefault="007E715F">
      <w:pPr>
        <w:spacing w:after="40"/>
      </w:pPr>
    </w:p>
    <w:p w:rsidR="007E715F" w:rsidRDefault="00D52D88">
      <w:r>
        <w:t>The six content pages are not fixed in code. They are custom pages created in the administration area, and each appears in this menu automatically once published — see chapter 21.</w:t>
      </w:r>
    </w:p>
    <w:p w:rsidR="007E715F" w:rsidRDefault="00D52D88">
      <w:pPr>
        <w:pStyle w:val="Heading3"/>
        <w:pageBreakBefore/>
        <w:spacing w:before="0"/>
      </w:pPr>
      <w:bookmarkStart w:id="43" w:name="_Toc237419904"/>
      <w:r>
        <w:lastRenderedPageBreak/>
        <w:t>3.16 The pricing page</w:t>
      </w:r>
      <w:bookmarkEnd w:id="43"/>
    </w:p>
    <w:p w:rsidR="007E715F" w:rsidRDefault="00D52D88">
      <w:r>
        <w:t>The same plans</w:t>
      </w:r>
      <w:r>
        <w:t xml:space="preserve"> as the welcome page, on a page of their own so the comparison can be linked to directly.</w:t>
      </w:r>
    </w:p>
    <w:p w:rsidR="007E715F" w:rsidRDefault="00D52D88">
      <w:pPr>
        <w:spacing w:before="120" w:after="80"/>
        <w:jc w:val="center"/>
      </w:pPr>
      <w:r>
        <w:rPr>
          <w:noProof/>
        </w:rPr>
        <w:drawing>
          <wp:inline distT="0" distB="0" distL="0" distR="0">
            <wp:extent cx="4937760" cy="4937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ricing-page.jpg"/>
                    <pic:cNvPicPr/>
                  </pic:nvPicPr>
                  <pic:blipFill>
                    <a:blip r:embed="rId24"/>
                    <a:stretch>
                      <a:fillRect/>
                    </a:stretch>
                  </pic:blipFill>
                  <pic:spPr>
                    <a:xfrm>
                      <a:off x="0" y="0"/>
                      <a:ext cx="4937760" cy="4937760"/>
                    </a:xfrm>
                    <a:prstGeom prst="rect">
                      <a:avLst/>
                    </a:prstGeom>
                    <a:ln w="9525">
                      <a:solidFill>
                        <a:srgbClr val="D8DCE3"/>
                      </a:solidFill>
                    </a:ln>
                  </pic:spPr>
                </pic:pic>
              </a:graphicData>
            </a:graphic>
          </wp:inline>
        </w:drawing>
      </w:r>
    </w:p>
    <w:p w:rsidR="007E715F" w:rsidRDefault="00D52D88">
      <w:pPr>
        <w:pStyle w:val="Caption"/>
        <w:jc w:val="center"/>
      </w:pPr>
      <w:bookmarkStart w:id="44" w:name="_Toc23742003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w:t>
      </w:r>
      <w:r>
        <w:rPr>
          <w:color w:val="6B7280"/>
        </w:rPr>
        <w:fldChar w:fldCharType="end"/>
      </w:r>
      <w:r>
        <w:rPr>
          <w:b w:val="0"/>
          <w:color w:val="6B7280"/>
        </w:rPr>
        <w:t>: The pricing page</w:t>
      </w:r>
      <w:bookmarkEnd w:id="44"/>
    </w:p>
    <w:p w:rsidR="007E715F" w:rsidRDefault="00D52D88">
      <w:pPr>
        <w:pStyle w:val="Heading3"/>
        <w:pageBreakBefore/>
        <w:spacing w:before="0"/>
      </w:pPr>
      <w:bookmarkStart w:id="45" w:name="_Toc237419905"/>
      <w:r>
        <w:lastRenderedPageBreak/>
        <w:t>3.17 The developer documentation</w:t>
      </w:r>
      <w:bookmarkEnd w:id="45"/>
    </w:p>
    <w:p w:rsidR="007E715F" w:rsidRDefault="00D52D88">
      <w:r>
        <w:t>Public API documentation with every endpoint listed and a console for trying th</w:t>
      </w:r>
      <w:r>
        <w:t>em. It requires no account, so a developer can evaluate the platform before anyone signs up.</w:t>
      </w:r>
    </w:p>
    <w:p w:rsidR="007E715F" w:rsidRDefault="00D52D88">
      <w:pPr>
        <w:spacing w:before="120" w:after="80"/>
        <w:jc w:val="center"/>
      </w:pPr>
      <w:r>
        <w:rPr>
          <w:noProof/>
        </w:rPr>
        <w:drawing>
          <wp:inline distT="0" distB="0" distL="0" distR="0">
            <wp:extent cx="5268505" cy="4937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pi-docs.jpg"/>
                    <pic:cNvPicPr/>
                  </pic:nvPicPr>
                  <pic:blipFill>
                    <a:blip r:embed="rId25"/>
                    <a:stretch>
                      <a:fillRect/>
                    </a:stretch>
                  </pic:blipFill>
                  <pic:spPr>
                    <a:xfrm>
                      <a:off x="0" y="0"/>
                      <a:ext cx="5268505" cy="4937760"/>
                    </a:xfrm>
                    <a:prstGeom prst="rect">
                      <a:avLst/>
                    </a:prstGeom>
                    <a:ln w="9525">
                      <a:solidFill>
                        <a:srgbClr val="D8DCE3"/>
                      </a:solidFill>
                    </a:ln>
                  </pic:spPr>
                </pic:pic>
              </a:graphicData>
            </a:graphic>
          </wp:inline>
        </w:drawing>
      </w:r>
    </w:p>
    <w:p w:rsidR="007E715F" w:rsidRDefault="00D52D88">
      <w:pPr>
        <w:pStyle w:val="Caption"/>
        <w:jc w:val="center"/>
      </w:pPr>
      <w:bookmarkStart w:id="46" w:name="_Toc23742003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w:t>
      </w:r>
      <w:r>
        <w:rPr>
          <w:color w:val="6B7280"/>
        </w:rPr>
        <w:fldChar w:fldCharType="end"/>
      </w:r>
      <w:r>
        <w:rPr>
          <w:b w:val="0"/>
          <w:color w:val="6B7280"/>
        </w:rPr>
        <w:t>: The developer documentation</w:t>
      </w:r>
      <w:bookmarkEnd w:id="46"/>
    </w:p>
    <w:p w:rsidR="007E715F" w:rsidRDefault="00D52D88">
      <w:pPr>
        <w:pStyle w:val="Heading3"/>
        <w:pageBreakBefore/>
        <w:spacing w:before="0"/>
      </w:pPr>
      <w:bookmarkStart w:id="47" w:name="_Toc237419906"/>
      <w:r>
        <w:lastRenderedPageBreak/>
        <w:t>3.18 How the public site is maintained</w:t>
      </w:r>
      <w:bookmarkEnd w:id="47"/>
    </w:p>
    <w:p w:rsidR="007E715F" w:rsidRDefault="00D52D88">
      <w:r>
        <w:t xml:space="preserve">None of the welcome page is fixed in code. Its text, </w:t>
      </w:r>
      <w:r>
        <w:t>images, ordering and visibility are stored as settings and applied when the page renders, so the marketing site can change without a deployment. It is administered at /landing-page/settings, which is restricted to super administrators.</w:t>
      </w:r>
    </w:p>
    <w:p w:rsidR="007E715F" w:rsidRDefault="00D52D88">
      <w:pPr>
        <w:pStyle w:val="ListBullet"/>
        <w:spacing w:after="40"/>
      </w:pPr>
      <w:r>
        <w:rPr>
          <w:b/>
        </w:rPr>
        <w:t xml:space="preserve">Content — </w:t>
      </w:r>
      <w:r>
        <w:t>text, imag</w:t>
      </w:r>
      <w:r>
        <w:t>es, statistics, team members and headings.</w:t>
      </w:r>
    </w:p>
    <w:p w:rsidR="007E715F" w:rsidRDefault="00D52D88">
      <w:pPr>
        <w:pStyle w:val="ListBullet"/>
        <w:spacing w:after="40"/>
      </w:pPr>
      <w:r>
        <w:rPr>
          <w:b/>
        </w:rPr>
        <w:t xml:space="preserve">Order — </w:t>
      </w:r>
      <w:r>
        <w:t>the sequence of the thirteen sections.</w:t>
      </w:r>
    </w:p>
    <w:p w:rsidR="007E715F" w:rsidRDefault="00D52D88">
      <w:pPr>
        <w:pStyle w:val="ListBullet"/>
        <w:spacing w:after="40"/>
      </w:pPr>
      <w:r>
        <w:rPr>
          <w:b/>
        </w:rPr>
        <w:t xml:space="preserve">Visibility — </w:t>
      </w:r>
      <w:r>
        <w:t>whether a section appears at all; a hidden section is not rendered rather than merely concealed.</w:t>
      </w:r>
    </w:p>
    <w:p w:rsidR="007E715F" w:rsidRDefault="00D52D88">
      <w:r>
        <w:t xml:space="preserve">Plans, testimonials, FAQ entries and custom pages are </w:t>
      </w:r>
      <w:r>
        <w:t>records rather than settings, maintained in their own parts of the application. The welcome page renders whatever is currently published, which is why the figures in this chapter are true as at the date on the title page.</w:t>
      </w:r>
    </w:p>
    <w:p w:rsidR="007E715F" w:rsidRDefault="00D52D88">
      <w:pPr>
        <w:pStyle w:val="Heading2"/>
        <w:pageBreakBefore/>
        <w:spacing w:before="0"/>
      </w:pPr>
      <w:bookmarkStart w:id="48" w:name="_Toc237419907"/>
      <w:r>
        <w:lastRenderedPageBreak/>
        <w:t>4. Creating Your Company Account</w:t>
      </w:r>
      <w:bookmarkEnd w:id="48"/>
    </w:p>
    <w:p w:rsidR="007E715F" w:rsidRDefault="00D52D88">
      <w:r>
        <w:t>W</w:t>
      </w:r>
      <w:r>
        <w:t>eaf HR is multi-company. You do not ask an administrator for an account; you create one, and it becomes your company's own workspace with its own data, staff and subscription.</w:t>
      </w:r>
    </w:p>
    <w:p w:rsidR="007E715F" w:rsidRDefault="00D52D88">
      <w:pPr>
        <w:pStyle w:val="Heading3"/>
      </w:pPr>
      <w:bookmarkStart w:id="49" w:name="_Toc237419908"/>
      <w:r>
        <w:t>4.1 Signing up</w:t>
      </w:r>
      <w:bookmarkEnd w:id="49"/>
    </w:p>
    <w:p w:rsidR="007E715F" w:rsidRDefault="00D52D88">
      <w:r>
        <w:t>Registration is reached from Get Started in the header of the wel</w:t>
      </w:r>
      <w:r>
        <w:t>come page, or directly at /register.</w:t>
      </w:r>
    </w:p>
    <w:p w:rsidR="007E715F" w:rsidRDefault="00D52D88">
      <w:pPr>
        <w:spacing w:before="120" w:after="80"/>
        <w:jc w:val="center"/>
      </w:pPr>
      <w:r>
        <w:rPr>
          <w:noProof/>
        </w:rPr>
        <w:drawing>
          <wp:inline distT="0" distB="0" distL="0" distR="0">
            <wp:extent cx="5760720" cy="3600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gister.png"/>
                    <pic:cNvPicPr/>
                  </pic:nvPicPr>
                  <pic:blipFill>
                    <a:blip r:embed="rId2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50" w:name="_Toc23742004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17</w:t>
      </w:r>
      <w:r>
        <w:rPr>
          <w:color w:val="6B7280"/>
        </w:rPr>
        <w:fldChar w:fldCharType="end"/>
      </w:r>
      <w:r>
        <w:rPr>
          <w:b w:val="0"/>
          <w:color w:val="6B7280"/>
        </w:rPr>
        <w:t>: The registration page</w:t>
      </w:r>
      <w:bookmarkEnd w:id="50"/>
    </w:p>
    <w:p w:rsidR="007E715F" w:rsidRDefault="00D52D88">
      <w:pPr>
        <w:spacing w:after="60"/>
        <w:ind w:left="461" w:hanging="461"/>
      </w:pPr>
      <w:r>
        <w:rPr>
          <w:b/>
          <w:color w:val="0E9F6E"/>
        </w:rPr>
        <w:t xml:space="preserve">1.  </w:t>
      </w:r>
      <w:r>
        <w:t>Open the welcome page and choose Get Started.</w:t>
      </w:r>
    </w:p>
    <w:p w:rsidR="007E715F" w:rsidRDefault="00D52D88">
      <w:pPr>
        <w:spacing w:after="60"/>
        <w:ind w:left="461" w:hanging="461"/>
      </w:pPr>
      <w:r>
        <w:rPr>
          <w:b/>
          <w:color w:val="0E9F6E"/>
        </w:rPr>
        <w:t xml:space="preserve">2.  </w:t>
      </w:r>
      <w:r>
        <w:t>Complete the form: Full name, Email address, Password, Confirm password, I agree to the Terms and Conditio</w:t>
      </w:r>
      <w:r>
        <w:t>ns.</w:t>
      </w:r>
    </w:p>
    <w:p w:rsidR="007E715F" w:rsidRDefault="00D52D88">
      <w:pPr>
        <w:spacing w:after="60"/>
        <w:ind w:left="461" w:hanging="461"/>
      </w:pPr>
      <w:r>
        <w:rPr>
          <w:b/>
          <w:color w:val="0E9F6E"/>
        </w:rPr>
        <w:t xml:space="preserve">3.  </w:t>
      </w:r>
      <w:r>
        <w:t>Submit the form. The company workspace is created and you are signed in as its first user.</w:t>
      </w:r>
    </w:p>
    <w:p w:rsidR="007E715F" w:rsidRDefault="00D52D88">
      <w:pPr>
        <w:pStyle w:val="Caption"/>
        <w:spacing w:before="160"/>
        <w:jc w:val="center"/>
      </w:pPr>
      <w:bookmarkStart w:id="51" w:name="_Toc237420201"/>
      <w:r>
        <w:rPr>
          <w:color w:val="6B7280"/>
        </w:rPr>
        <w:t xml:space="preserve">Table </w:t>
      </w:r>
      <w:r>
        <w:rPr>
          <w:color w:val="6B7280"/>
        </w:rPr>
        <w:fldChar w:fldCharType="begin"/>
      </w:r>
      <w:r>
        <w:rPr>
          <w:color w:val="6B7280"/>
        </w:rPr>
        <w:instrText xml:space="preserve"> SEQ Table \* ARABIC </w:instrText>
      </w:r>
      <w:r>
        <w:rPr>
          <w:color w:val="6B7280"/>
        </w:rPr>
        <w:fldChar w:fldCharType="separate"/>
      </w:r>
      <w:r>
        <w:rPr>
          <w:noProof/>
          <w:color w:val="6B7280"/>
        </w:rPr>
        <w:t>4</w:t>
      </w:r>
      <w:r>
        <w:rPr>
          <w:color w:val="6B7280"/>
        </w:rPr>
        <w:fldChar w:fldCharType="end"/>
      </w:r>
      <w:r>
        <w:rPr>
          <w:b w:val="0"/>
          <w:color w:val="6B7280"/>
        </w:rPr>
        <w:t>: Fields on the registration form</w:t>
      </w:r>
      <w:bookmarkEnd w:id="51"/>
    </w:p>
    <w:tbl>
      <w:tblPr>
        <w:tblStyle w:val="TableGrid"/>
        <w:tblW w:w="0" w:type="auto"/>
        <w:jc w:val="center"/>
        <w:tblLook w:val="04A0" w:firstRow="1" w:lastRow="0" w:firstColumn="1" w:lastColumn="0" w:noHBand="0" w:noVBand="1"/>
      </w:tblPr>
      <w:tblGrid>
        <w:gridCol w:w="3744"/>
        <w:gridCol w:w="2304"/>
        <w:gridCol w:w="1728"/>
      </w:tblGrid>
      <w:tr w:rsidR="007E715F">
        <w:trPr>
          <w:tblHeader/>
          <w:jc w:val="center"/>
        </w:trPr>
        <w:tc>
          <w:tcPr>
            <w:tcW w:w="3744" w:type="dxa"/>
            <w:shd w:val="clear" w:color="auto" w:fill="0E9F6E"/>
          </w:tcPr>
          <w:p w:rsidR="007E715F" w:rsidRDefault="00D52D88">
            <w:r>
              <w:rPr>
                <w:b/>
                <w:color w:val="FFFFFF"/>
                <w:sz w:val="18"/>
              </w:rPr>
              <w:t>Field</w:t>
            </w:r>
          </w:p>
        </w:tc>
        <w:tc>
          <w:tcPr>
            <w:tcW w:w="2304" w:type="dxa"/>
            <w:shd w:val="clear" w:color="auto" w:fill="0E9F6E"/>
          </w:tcPr>
          <w:p w:rsidR="007E715F" w:rsidRDefault="00D52D88">
            <w:r>
              <w:rPr>
                <w:b/>
                <w:color w:val="FFFFFF"/>
                <w:sz w:val="18"/>
              </w:rPr>
              <w:t>Type</w:t>
            </w:r>
          </w:p>
        </w:tc>
        <w:tc>
          <w:tcPr>
            <w:tcW w:w="1728" w:type="dxa"/>
            <w:shd w:val="clear" w:color="auto" w:fill="0E9F6E"/>
          </w:tcPr>
          <w:p w:rsidR="007E715F" w:rsidRDefault="00D52D88">
            <w:r>
              <w:rPr>
                <w:b/>
                <w:color w:val="FFFFFF"/>
                <w:sz w:val="18"/>
              </w:rPr>
              <w:t>Required</w:t>
            </w:r>
          </w:p>
        </w:tc>
      </w:tr>
      <w:tr w:rsidR="007E715F">
        <w:trPr>
          <w:jc w:val="center"/>
        </w:trPr>
        <w:tc>
          <w:tcPr>
            <w:tcW w:w="3744" w:type="dxa"/>
          </w:tcPr>
          <w:p w:rsidR="007E715F" w:rsidRDefault="00D52D88">
            <w:r>
              <w:rPr>
                <w:sz w:val="18"/>
              </w:rPr>
              <w:t>Full name</w:t>
            </w:r>
          </w:p>
        </w:tc>
        <w:tc>
          <w:tcPr>
            <w:tcW w:w="2304" w:type="dxa"/>
          </w:tcPr>
          <w:p w:rsidR="007E715F" w:rsidRDefault="00D52D88">
            <w:r>
              <w:rPr>
                <w:sz w:val="18"/>
              </w:rPr>
              <w:t>text</w:t>
            </w:r>
          </w:p>
        </w:tc>
        <w:tc>
          <w:tcPr>
            <w:tcW w:w="1728" w:type="dxa"/>
          </w:tcPr>
          <w:p w:rsidR="007E715F" w:rsidRDefault="00D52D88">
            <w:r>
              <w:rPr>
                <w:sz w:val="18"/>
              </w:rPr>
              <w:t>Yes</w:t>
            </w:r>
          </w:p>
        </w:tc>
      </w:tr>
      <w:tr w:rsidR="007E715F">
        <w:trPr>
          <w:jc w:val="center"/>
        </w:trPr>
        <w:tc>
          <w:tcPr>
            <w:tcW w:w="3744" w:type="dxa"/>
          </w:tcPr>
          <w:p w:rsidR="007E715F" w:rsidRDefault="00D52D88">
            <w:r>
              <w:rPr>
                <w:sz w:val="18"/>
              </w:rPr>
              <w:t>Email address</w:t>
            </w:r>
          </w:p>
        </w:tc>
        <w:tc>
          <w:tcPr>
            <w:tcW w:w="2304" w:type="dxa"/>
          </w:tcPr>
          <w:p w:rsidR="007E715F" w:rsidRDefault="00D52D88">
            <w:r>
              <w:rPr>
                <w:sz w:val="18"/>
              </w:rPr>
              <w:t>email</w:t>
            </w:r>
          </w:p>
        </w:tc>
        <w:tc>
          <w:tcPr>
            <w:tcW w:w="1728" w:type="dxa"/>
          </w:tcPr>
          <w:p w:rsidR="007E715F" w:rsidRDefault="00D52D88">
            <w:r>
              <w:rPr>
                <w:sz w:val="18"/>
              </w:rPr>
              <w:t>Yes</w:t>
            </w:r>
          </w:p>
        </w:tc>
      </w:tr>
      <w:tr w:rsidR="007E715F">
        <w:trPr>
          <w:jc w:val="center"/>
        </w:trPr>
        <w:tc>
          <w:tcPr>
            <w:tcW w:w="3744" w:type="dxa"/>
          </w:tcPr>
          <w:p w:rsidR="007E715F" w:rsidRDefault="00D52D88">
            <w:r>
              <w:rPr>
                <w:sz w:val="18"/>
              </w:rPr>
              <w:t>Password</w:t>
            </w:r>
          </w:p>
        </w:tc>
        <w:tc>
          <w:tcPr>
            <w:tcW w:w="2304" w:type="dxa"/>
          </w:tcPr>
          <w:p w:rsidR="007E715F" w:rsidRDefault="00D52D88">
            <w:r>
              <w:rPr>
                <w:sz w:val="18"/>
              </w:rPr>
              <w:t>password</w:t>
            </w:r>
          </w:p>
        </w:tc>
        <w:tc>
          <w:tcPr>
            <w:tcW w:w="1728" w:type="dxa"/>
          </w:tcPr>
          <w:p w:rsidR="007E715F" w:rsidRDefault="00D52D88">
            <w:r>
              <w:rPr>
                <w:sz w:val="18"/>
              </w:rPr>
              <w:t>Yes</w:t>
            </w:r>
          </w:p>
        </w:tc>
      </w:tr>
      <w:tr w:rsidR="007E715F">
        <w:trPr>
          <w:jc w:val="center"/>
        </w:trPr>
        <w:tc>
          <w:tcPr>
            <w:tcW w:w="3744" w:type="dxa"/>
          </w:tcPr>
          <w:p w:rsidR="007E715F" w:rsidRDefault="00D52D88">
            <w:r>
              <w:rPr>
                <w:sz w:val="18"/>
              </w:rPr>
              <w:t>Confirm password</w:t>
            </w:r>
          </w:p>
        </w:tc>
        <w:tc>
          <w:tcPr>
            <w:tcW w:w="2304" w:type="dxa"/>
          </w:tcPr>
          <w:p w:rsidR="007E715F" w:rsidRDefault="00D52D88">
            <w:r>
              <w:rPr>
                <w:sz w:val="18"/>
              </w:rPr>
              <w:t>password</w:t>
            </w:r>
          </w:p>
        </w:tc>
        <w:tc>
          <w:tcPr>
            <w:tcW w:w="1728" w:type="dxa"/>
          </w:tcPr>
          <w:p w:rsidR="007E715F" w:rsidRDefault="00D52D88">
            <w:r>
              <w:rPr>
                <w:sz w:val="18"/>
              </w:rPr>
              <w:t>Yes</w:t>
            </w:r>
          </w:p>
        </w:tc>
      </w:tr>
      <w:tr w:rsidR="007E715F">
        <w:trPr>
          <w:jc w:val="center"/>
        </w:trPr>
        <w:tc>
          <w:tcPr>
            <w:tcW w:w="3744" w:type="dxa"/>
          </w:tcPr>
          <w:p w:rsidR="007E715F" w:rsidRDefault="00D52D88">
            <w:r>
              <w:rPr>
                <w:sz w:val="18"/>
              </w:rPr>
              <w:t>I agree to the Terms and Conditions</w:t>
            </w:r>
          </w:p>
        </w:tc>
        <w:tc>
          <w:tcPr>
            <w:tcW w:w="2304" w:type="dxa"/>
          </w:tcPr>
          <w:p w:rsidR="007E715F" w:rsidRDefault="00D52D88">
            <w:r>
              <w:rPr>
                <w:sz w:val="18"/>
              </w:rPr>
              <w:t>checkbox</w:t>
            </w:r>
          </w:p>
        </w:tc>
        <w:tc>
          <w:tcPr>
            <w:tcW w:w="1728" w:type="dxa"/>
          </w:tcPr>
          <w:p w:rsidR="007E715F" w:rsidRDefault="00D52D88">
            <w:r>
              <w:rPr>
                <w:sz w:val="18"/>
              </w:rPr>
              <w:t>No</w:t>
            </w:r>
          </w:p>
        </w:tc>
      </w:tr>
    </w:tbl>
    <w:p w:rsidR="007E715F" w:rsidRDefault="007E715F">
      <w:pPr>
        <w:spacing w:after="40"/>
      </w:pP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The first user created this way owns the company account. Give other people their own logins rather than sharing this one — chapter 7 explains how, and why shared </w:t>
            </w:r>
            <w:r>
              <w:rPr>
                <w:sz w:val="18"/>
              </w:rPr>
              <w:t>logins make every later record ambiguous.</w:t>
            </w:r>
          </w:p>
        </w:tc>
      </w:tr>
    </w:tbl>
    <w:p w:rsidR="007E715F" w:rsidRDefault="007E715F">
      <w:pPr>
        <w:spacing w:after="40"/>
      </w:pPr>
    </w:p>
    <w:p w:rsidR="007E715F" w:rsidRDefault="00D52D88">
      <w:pPr>
        <w:pStyle w:val="Heading2"/>
        <w:pageBreakBefore/>
        <w:spacing w:before="0"/>
      </w:pPr>
      <w:bookmarkStart w:id="52" w:name="_Toc237419909"/>
      <w:r>
        <w:lastRenderedPageBreak/>
        <w:t>5. Signing In</w:t>
      </w:r>
      <w:bookmarkEnd w:id="52"/>
    </w:p>
    <w:p w:rsidR="007E715F" w:rsidRDefault="00D52D88">
      <w:r>
        <w:t>Sign-in is reached from Login in the header, or directly at /login.</w:t>
      </w:r>
    </w:p>
    <w:p w:rsidR="007E715F" w:rsidRDefault="00D52D88">
      <w:pPr>
        <w:spacing w:before="120" w:after="80"/>
        <w:jc w:val="center"/>
      </w:pPr>
      <w:r>
        <w:rPr>
          <w:noProof/>
        </w:rPr>
        <w:drawing>
          <wp:inline distT="0" distB="0" distL="0" distR="0">
            <wp:extent cx="5760720" cy="3600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ogin.png"/>
                    <pic:cNvPicPr/>
                  </pic:nvPicPr>
                  <pic:blipFill>
                    <a:blip r:embed="rId2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53" w:name="_Toc23742004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18</w:t>
      </w:r>
      <w:r>
        <w:rPr>
          <w:color w:val="6B7280"/>
        </w:rPr>
        <w:fldChar w:fldCharType="end"/>
      </w:r>
      <w:r>
        <w:rPr>
          <w:b w:val="0"/>
          <w:color w:val="6B7280"/>
        </w:rPr>
        <w:t>: The sign-in page</w:t>
      </w:r>
      <w:bookmarkEnd w:id="53"/>
    </w:p>
    <w:p w:rsidR="007E715F" w:rsidRDefault="00D52D88">
      <w:pPr>
        <w:spacing w:after="40"/>
        <w:ind w:left="403"/>
      </w:pPr>
      <w:r>
        <w:rPr>
          <w:b/>
          <w:color w:val="D7263D"/>
        </w:rPr>
        <w:t xml:space="preserve">1  </w:t>
      </w:r>
      <w:r>
        <w:rPr>
          <w:b/>
        </w:rPr>
        <w:t>Email</w:t>
      </w:r>
    </w:p>
    <w:p w:rsidR="007E715F" w:rsidRDefault="00D52D88">
      <w:pPr>
        <w:spacing w:after="40"/>
        <w:ind w:left="403"/>
      </w:pPr>
      <w:r>
        <w:rPr>
          <w:b/>
          <w:color w:val="D7263D"/>
        </w:rPr>
        <w:t xml:space="preserve">2  </w:t>
      </w:r>
      <w:r>
        <w:rPr>
          <w:b/>
        </w:rPr>
        <w:t>Password</w:t>
      </w:r>
    </w:p>
    <w:p w:rsidR="007E715F" w:rsidRDefault="00D52D88">
      <w:pPr>
        <w:spacing w:after="40"/>
        <w:ind w:left="403"/>
      </w:pPr>
      <w:r>
        <w:rPr>
          <w:b/>
          <w:color w:val="D7263D"/>
        </w:rPr>
        <w:t xml:space="preserve">3  </w:t>
      </w:r>
      <w:r>
        <w:rPr>
          <w:b/>
        </w:rPr>
        <w:t>Forgotten password</w:t>
      </w:r>
    </w:p>
    <w:p w:rsidR="007E715F" w:rsidRDefault="00D52D88">
      <w:pPr>
        <w:spacing w:after="40"/>
        <w:ind w:left="403"/>
      </w:pPr>
      <w:r>
        <w:rPr>
          <w:b/>
          <w:color w:val="D7263D"/>
        </w:rPr>
        <w:t xml:space="preserve">4  </w:t>
      </w:r>
      <w:r>
        <w:rPr>
          <w:b/>
        </w:rPr>
        <w:t>Sign in</w:t>
      </w:r>
    </w:p>
    <w:p w:rsidR="007E715F" w:rsidRDefault="00D52D88">
      <w:pPr>
        <w:spacing w:after="40"/>
        <w:ind w:left="403"/>
      </w:pPr>
      <w:r>
        <w:rPr>
          <w:b/>
          <w:color w:val="D7263D"/>
        </w:rPr>
        <w:t xml:space="preserve">5  </w:t>
      </w:r>
      <w:r>
        <w:rPr>
          <w:b/>
        </w:rPr>
        <w:t>Create an account</w:t>
      </w:r>
    </w:p>
    <w:p w:rsidR="007E715F" w:rsidRDefault="00D52D88">
      <w:pPr>
        <w:spacing w:after="60"/>
        <w:ind w:left="461" w:hanging="461"/>
      </w:pPr>
      <w:r>
        <w:rPr>
          <w:b/>
          <w:color w:val="0E9F6E"/>
        </w:rPr>
        <w:t>1</w:t>
      </w:r>
      <w:r>
        <w:rPr>
          <w:b/>
          <w:color w:val="0E9F6E"/>
        </w:rPr>
        <w:t xml:space="preserve">.  </w:t>
      </w:r>
      <w:r>
        <w:t>Enter the email address the account was created with.</w:t>
      </w:r>
    </w:p>
    <w:p w:rsidR="007E715F" w:rsidRDefault="00D52D88">
      <w:pPr>
        <w:spacing w:after="60"/>
        <w:ind w:left="461" w:hanging="461"/>
      </w:pPr>
      <w:r>
        <w:rPr>
          <w:b/>
          <w:color w:val="0E9F6E"/>
        </w:rPr>
        <w:t xml:space="preserve">2.  </w:t>
      </w:r>
      <w:r>
        <w:t>Enter the password.</w:t>
      </w:r>
    </w:p>
    <w:p w:rsidR="007E715F" w:rsidRDefault="00D52D88">
      <w:pPr>
        <w:spacing w:after="60"/>
        <w:ind w:left="461" w:hanging="461"/>
      </w:pPr>
      <w:r>
        <w:rPr>
          <w:b/>
          <w:color w:val="0E9F6E"/>
        </w:rPr>
        <w:t xml:space="preserve">3.  </w:t>
      </w:r>
      <w:r>
        <w:t>Choose Login. You arrive at the dashboard.</w:t>
      </w:r>
    </w:p>
    <w:p w:rsidR="007E715F" w:rsidRDefault="00D52D88">
      <w:r>
        <w:t>If the password has been forgotten, the Forgot password link sends a reset message to the registered address; no one else can re</w:t>
      </w:r>
      <w:r>
        <w:t>set it for you.</w:t>
      </w:r>
    </w:p>
    <w:p w:rsidR="007E715F" w:rsidRDefault="00D52D88">
      <w:pPr>
        <w:pStyle w:val="Heading2"/>
        <w:pageBreakBefore/>
        <w:spacing w:before="0"/>
      </w:pPr>
      <w:bookmarkStart w:id="54" w:name="_Toc237419910"/>
      <w:r>
        <w:lastRenderedPageBreak/>
        <w:t>6. Finding Your Way Around</w:t>
      </w:r>
      <w:bookmarkEnd w:id="54"/>
    </w:p>
    <w:p w:rsidR="007E715F" w:rsidRDefault="00D52D88">
      <w:r>
        <w:t xml:space="preserve">Every screen in the application is built from the same frame, and almost every screen inside that frame is the same kind of list. Learning both once makes the remaining ninety pages familiar on first sight, which </w:t>
      </w:r>
      <w:r>
        <w:t>is why this chapter comes before any of them.</w:t>
      </w:r>
    </w:p>
    <w:p w:rsidR="007E715F" w:rsidRDefault="00D52D88">
      <w:pPr>
        <w:pStyle w:val="Heading3"/>
      </w:pPr>
      <w:bookmarkStart w:id="55" w:name="_Toc237419911"/>
      <w:r>
        <w:t>6.1 The workspace</w:t>
      </w:r>
      <w:bookmarkEnd w:id="55"/>
    </w:p>
    <w:p w:rsidR="007E715F" w:rsidRDefault="00D52D88">
      <w:pPr>
        <w:spacing w:before="120" w:after="80"/>
        <w:jc w:val="center"/>
      </w:pPr>
      <w:r>
        <w:rPr>
          <w:noProof/>
        </w:rPr>
        <w:drawing>
          <wp:inline distT="0" distB="0" distL="0" distR="0">
            <wp:extent cx="5760720" cy="3600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shell.png"/>
                    <pic:cNvPicPr/>
                  </pic:nvPicPr>
                  <pic:blipFill>
                    <a:blip r:embed="rId28"/>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56" w:name="_Toc23742004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19</w:t>
      </w:r>
      <w:r>
        <w:rPr>
          <w:color w:val="6B7280"/>
        </w:rPr>
        <w:fldChar w:fldCharType="end"/>
      </w:r>
      <w:r>
        <w:rPr>
          <w:b w:val="0"/>
          <w:color w:val="6B7280"/>
        </w:rPr>
        <w:t>: The workspace, common to every page</w:t>
      </w:r>
      <w:bookmarkEnd w:id="56"/>
    </w:p>
    <w:p w:rsidR="007E715F" w:rsidRDefault="00D52D88">
      <w:pPr>
        <w:spacing w:after="40"/>
        <w:ind w:left="403"/>
      </w:pPr>
      <w:r>
        <w:rPr>
          <w:b/>
          <w:color w:val="D7263D"/>
        </w:rPr>
        <w:t xml:space="preserve">1  </w:t>
      </w:r>
      <w:r>
        <w:rPr>
          <w:b/>
        </w:rPr>
        <w:t xml:space="preserve">Module sidebar — </w:t>
      </w:r>
      <w:r>
        <w:t xml:space="preserve">every module in the system. Groups expand to reveal their pages, and the current page is </w:t>
      </w:r>
      <w:r>
        <w:t>highlighted.</w:t>
      </w:r>
    </w:p>
    <w:p w:rsidR="007E715F" w:rsidRDefault="00D52D88">
      <w:pPr>
        <w:spacing w:after="40"/>
        <w:ind w:left="403"/>
      </w:pPr>
      <w:r>
        <w:rPr>
          <w:b/>
          <w:color w:val="D7263D"/>
        </w:rPr>
        <w:t xml:space="preserve">2  </w:t>
      </w:r>
      <w:r>
        <w:rPr>
          <w:b/>
        </w:rPr>
        <w:t xml:space="preserve">Collapse the sidebar — </w:t>
      </w:r>
      <w:r>
        <w:t>narrows the sidebar to icons when you want more room.</w:t>
      </w:r>
    </w:p>
    <w:p w:rsidR="007E715F" w:rsidRDefault="00D52D88">
      <w:pPr>
        <w:spacing w:after="40"/>
        <w:ind w:left="403"/>
      </w:pPr>
      <w:r>
        <w:rPr>
          <w:b/>
          <w:color w:val="D7263D"/>
        </w:rPr>
        <w:t xml:space="preserve">3  </w:t>
      </w:r>
      <w:r>
        <w:rPr>
          <w:b/>
        </w:rPr>
        <w:t xml:space="preserve">Breadcrumb trail — </w:t>
      </w:r>
      <w:r>
        <w:t>where you are, and a way back up.</w:t>
      </w:r>
    </w:p>
    <w:p w:rsidR="007E715F" w:rsidRDefault="00D52D88">
      <w:pPr>
        <w:spacing w:after="40"/>
        <w:ind w:left="403"/>
      </w:pPr>
      <w:r>
        <w:rPr>
          <w:b/>
          <w:color w:val="D7263D"/>
        </w:rPr>
        <w:t xml:space="preserve">4  </w:t>
      </w:r>
      <w:r>
        <w:rPr>
          <w:b/>
        </w:rPr>
        <w:t xml:space="preserve">Language, alerts and account — </w:t>
      </w:r>
      <w:r>
        <w:t xml:space="preserve">the interface language, notifications, and the menu holding your profile </w:t>
      </w:r>
      <w:r>
        <w:t>and sign-out.</w:t>
      </w:r>
    </w:p>
    <w:p w:rsidR="007E715F" w:rsidRDefault="00D52D88">
      <w:pPr>
        <w:spacing w:after="40"/>
        <w:ind w:left="403"/>
      </w:pPr>
      <w:r>
        <w:rPr>
          <w:b/>
          <w:color w:val="D7263D"/>
        </w:rPr>
        <w:t xml:space="preserve">5  </w:t>
      </w:r>
      <w:r>
        <w:rPr>
          <w:b/>
        </w:rPr>
        <w:t xml:space="preserve">Working area — </w:t>
      </w:r>
      <w:r>
        <w:t>the page itself. Everything else stays put as you move between pages.</w:t>
      </w:r>
    </w:p>
    <w:p w:rsidR="007E715F" w:rsidRDefault="00D52D88">
      <w:pPr>
        <w:pStyle w:val="Heading3"/>
        <w:pageBreakBefore/>
        <w:spacing w:before="0"/>
      </w:pPr>
      <w:bookmarkStart w:id="57" w:name="_Toc237419912"/>
      <w:r>
        <w:lastRenderedPageBreak/>
        <w:t>6.2 The dashboard</w:t>
      </w:r>
      <w:bookmarkEnd w:id="57"/>
    </w:p>
    <w:p w:rsidR="007E715F" w:rsidRDefault="00D52D88">
      <w:r>
        <w:t>The landing screen after signing in. It answers “what needs my attention today?” with counts across the whole system — headcount, branch</w:t>
      </w:r>
      <w:r>
        <w:t>es, attendance, outstanding leave, open jobs and candidates — and charts showing how the workforce is distributed and how hiring has moved over six months.</w:t>
      </w:r>
    </w:p>
    <w:p w:rsidR="007E715F" w:rsidRDefault="00D52D88">
      <w:pPr>
        <w:spacing w:before="120" w:after="80"/>
        <w:jc w:val="center"/>
      </w:pPr>
      <w:r>
        <w:rPr>
          <w:noProof/>
        </w:rPr>
        <w:drawing>
          <wp:inline distT="0" distB="0" distL="0" distR="0">
            <wp:extent cx="4389120" cy="5486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ashboard.jpg"/>
                    <pic:cNvPicPr/>
                  </pic:nvPicPr>
                  <pic:blipFill>
                    <a:blip r:embed="rId29"/>
                    <a:stretch>
                      <a:fillRect/>
                    </a:stretch>
                  </pic:blipFill>
                  <pic:spPr>
                    <a:xfrm>
                      <a:off x="0" y="0"/>
                      <a:ext cx="4389120" cy="5486400"/>
                    </a:xfrm>
                    <a:prstGeom prst="rect">
                      <a:avLst/>
                    </a:prstGeom>
                    <a:ln w="9525">
                      <a:solidFill>
                        <a:srgbClr val="D8DCE3"/>
                      </a:solidFill>
                    </a:ln>
                  </pic:spPr>
                </pic:pic>
              </a:graphicData>
            </a:graphic>
          </wp:inline>
        </w:drawing>
      </w:r>
    </w:p>
    <w:p w:rsidR="007E715F" w:rsidRDefault="00D52D88">
      <w:pPr>
        <w:pStyle w:val="Caption"/>
        <w:jc w:val="center"/>
      </w:pPr>
      <w:bookmarkStart w:id="58" w:name="_Toc23742004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20</w:t>
      </w:r>
      <w:r>
        <w:rPr>
          <w:color w:val="6B7280"/>
        </w:rPr>
        <w:fldChar w:fldCharType="end"/>
      </w:r>
      <w:r>
        <w:rPr>
          <w:b w:val="0"/>
          <w:color w:val="6B7280"/>
        </w:rPr>
        <w:t>: The dashboard</w:t>
      </w:r>
      <w:bookmarkEnd w:id="58"/>
    </w:p>
    <w:p w:rsidR="007E715F" w:rsidRDefault="00D52D88">
      <w:r>
        <w:t>The counts are live. A figure that looks wrong he</w:t>
      </w:r>
      <w:r>
        <w:t>re is usually a sign that records elsewhere are incomplete rather than that the dashboard is mistaken — an attendance rate below expectation, for instance, generally means attendance has not been recorded rather than that nobody came to work.</w:t>
      </w:r>
    </w:p>
    <w:p w:rsidR="007E715F" w:rsidRDefault="00D52D88">
      <w:pPr>
        <w:pStyle w:val="Heading3"/>
        <w:pageBreakBefore/>
        <w:spacing w:before="0"/>
      </w:pPr>
      <w:bookmarkStart w:id="59" w:name="_Toc237419913"/>
      <w:r>
        <w:lastRenderedPageBreak/>
        <w:t>6.3 How every</w:t>
      </w:r>
      <w:r>
        <w:t xml:space="preserve"> list page works</w:t>
      </w:r>
      <w:bookmarkEnd w:id="59"/>
    </w:p>
    <w:p w:rsidR="007E715F" w:rsidRDefault="00D52D88">
      <w:r>
        <w:t>Most pages in Weaf HR list records of one kind and let you add, search, filter and edit them. They all share the same layout, shown below on the employee list.</w:t>
      </w:r>
    </w:p>
    <w:p w:rsidR="007E715F" w:rsidRDefault="00D52D88">
      <w:pPr>
        <w:spacing w:before="120" w:after="80"/>
        <w:jc w:val="center"/>
      </w:pPr>
      <w:r>
        <w:rPr>
          <w:noProof/>
        </w:rPr>
        <w:drawing>
          <wp:inline distT="0" distB="0" distL="0" distR="0">
            <wp:extent cx="5760720" cy="36228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natomy.jpg"/>
                    <pic:cNvPicPr/>
                  </pic:nvPicPr>
                  <pic:blipFill>
                    <a:blip r:embed="rId30"/>
                    <a:stretch>
                      <a:fillRect/>
                    </a:stretch>
                  </pic:blipFill>
                  <pic:spPr>
                    <a:xfrm>
                      <a:off x="0" y="0"/>
                      <a:ext cx="5760720" cy="3622852"/>
                    </a:xfrm>
                    <a:prstGeom prst="rect">
                      <a:avLst/>
                    </a:prstGeom>
                    <a:ln w="9525">
                      <a:solidFill>
                        <a:srgbClr val="D8DCE3"/>
                      </a:solidFill>
                    </a:ln>
                  </pic:spPr>
                </pic:pic>
              </a:graphicData>
            </a:graphic>
          </wp:inline>
        </w:drawing>
      </w:r>
    </w:p>
    <w:p w:rsidR="007E715F" w:rsidRDefault="00D52D88">
      <w:pPr>
        <w:pStyle w:val="Caption"/>
        <w:jc w:val="center"/>
      </w:pPr>
      <w:bookmarkStart w:id="60" w:name="_Toc23742004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21</w:t>
      </w:r>
      <w:r>
        <w:rPr>
          <w:color w:val="6B7280"/>
        </w:rPr>
        <w:fldChar w:fldCharType="end"/>
      </w:r>
      <w:r>
        <w:rPr>
          <w:b w:val="0"/>
          <w:color w:val="6B7280"/>
        </w:rPr>
        <w:t>: The anatomy of a list page, shown on Emplo</w:t>
      </w:r>
      <w:r>
        <w:rPr>
          <w:b w:val="0"/>
          <w:color w:val="6B7280"/>
        </w:rPr>
        <w:t>yees</w:t>
      </w:r>
      <w:bookmarkEnd w:id="60"/>
    </w:p>
    <w:p w:rsidR="007E715F" w:rsidRDefault="00D52D88">
      <w:pPr>
        <w:spacing w:after="40"/>
        <w:ind w:left="403"/>
      </w:pPr>
      <w:r>
        <w:rPr>
          <w:b/>
          <w:color w:val="D7263D"/>
        </w:rPr>
        <w:t xml:space="preserve">1  </w:t>
      </w:r>
      <w:r>
        <w:rPr>
          <w:b/>
        </w:rPr>
        <w:t xml:space="preserve">Breadcrumb trail — </w:t>
      </w:r>
      <w:r>
        <w:t>which module and page you are in.</w:t>
      </w:r>
    </w:p>
    <w:p w:rsidR="007E715F" w:rsidRDefault="00D52D88">
      <w:pPr>
        <w:spacing w:after="40"/>
        <w:ind w:left="403"/>
      </w:pPr>
      <w:r>
        <w:rPr>
          <w:b/>
          <w:color w:val="D7263D"/>
        </w:rPr>
        <w:t xml:space="preserve">2  </w:t>
      </w:r>
      <w:r>
        <w:rPr>
          <w:b/>
        </w:rPr>
        <w:t xml:space="preserve">Page title — </w:t>
      </w:r>
      <w:r>
        <w:t>what this list holds.</w:t>
      </w:r>
    </w:p>
    <w:p w:rsidR="007E715F" w:rsidRDefault="00D52D88">
      <w:pPr>
        <w:spacing w:after="40"/>
        <w:ind w:left="403"/>
      </w:pPr>
      <w:r>
        <w:rPr>
          <w:b/>
          <w:color w:val="D7263D"/>
        </w:rPr>
        <w:t xml:space="preserve">3  </w:t>
      </w:r>
      <w:r>
        <w:rPr>
          <w:b/>
        </w:rPr>
        <w:t xml:space="preserve">Primary action — </w:t>
      </w:r>
      <w:r>
        <w:t>adds a new record. Always at the top right, always named after the record.</w:t>
      </w:r>
    </w:p>
    <w:p w:rsidR="007E715F" w:rsidRDefault="00D52D88">
      <w:pPr>
        <w:spacing w:after="40"/>
        <w:ind w:left="403"/>
      </w:pPr>
      <w:r>
        <w:rPr>
          <w:b/>
          <w:color w:val="D7263D"/>
        </w:rPr>
        <w:t xml:space="preserve">4  </w:t>
      </w:r>
      <w:r>
        <w:rPr>
          <w:b/>
        </w:rPr>
        <w:t xml:space="preserve">Rows per page — </w:t>
      </w:r>
      <w:r>
        <w:t>how many records to show at once.</w:t>
      </w:r>
    </w:p>
    <w:p w:rsidR="007E715F" w:rsidRDefault="00D52D88">
      <w:pPr>
        <w:spacing w:after="40"/>
        <w:ind w:left="403"/>
      </w:pPr>
      <w:r>
        <w:rPr>
          <w:b/>
          <w:color w:val="D7263D"/>
        </w:rPr>
        <w:t xml:space="preserve">5  </w:t>
      </w:r>
      <w:r>
        <w:rPr>
          <w:b/>
        </w:rPr>
        <w:t>Record</w:t>
      </w:r>
      <w:r>
        <w:rPr>
          <w:b/>
        </w:rPr>
        <w:t xml:space="preserve">s table — </w:t>
      </w:r>
      <w:r>
        <w:t>the records themselves, one per row.</w:t>
      </w:r>
    </w:p>
    <w:p w:rsidR="007E715F" w:rsidRDefault="00D52D88">
      <w:pPr>
        <w:spacing w:after="40"/>
        <w:ind w:left="403"/>
      </w:pPr>
      <w:r>
        <w:rPr>
          <w:b/>
          <w:color w:val="D7263D"/>
        </w:rPr>
        <w:t xml:space="preserve">6  </w:t>
      </w:r>
      <w:r>
        <w:rPr>
          <w:b/>
        </w:rPr>
        <w:t xml:space="preserve">Row actions — </w:t>
      </w:r>
      <w:r>
        <w:t>what you can do to a single record — typically view, edit, and delete.</w:t>
      </w:r>
    </w:p>
    <w:p w:rsidR="007E715F" w:rsidRDefault="00D52D88">
      <w:pPr>
        <w:spacing w:after="40"/>
        <w:ind w:left="403"/>
      </w:pPr>
      <w:r>
        <w:rPr>
          <w:b/>
          <w:color w:val="D7263D"/>
        </w:rPr>
        <w:t xml:space="preserve">7  </w:t>
      </w:r>
      <w:r>
        <w:rPr>
          <w:b/>
        </w:rPr>
        <w:t xml:space="preserve">Paging — </w:t>
      </w:r>
      <w:r>
        <w:t>how many records there are, and the way to the rest.</w:t>
      </w:r>
    </w:p>
    <w:p w:rsidR="007E715F" w:rsidRDefault="00D52D88">
      <w:r>
        <w:t>From here on, this manual does not repeat these controls</w:t>
      </w:r>
      <w:r>
        <w:t>. Each page is shown with its title, its primary action and its table marked, and the text covers what is particular to that page.</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Row actions include deletion on most pages. Deleting a record that other records point at — a department with </w:t>
            </w:r>
            <w:r>
              <w:rPr>
                <w:sz w:val="18"/>
              </w:rPr>
              <w:t>employees in it, for example — is refused or leaves those records incomplete. Prefer marking something inactive to deleting it.</w:t>
            </w:r>
          </w:p>
        </w:tc>
      </w:tr>
    </w:tbl>
    <w:p w:rsidR="007E715F" w:rsidRDefault="007E715F">
      <w:pPr>
        <w:spacing w:after="40"/>
      </w:pPr>
    </w:p>
    <w:p w:rsidR="007E715F" w:rsidRDefault="00D52D88">
      <w:pPr>
        <w:pStyle w:val="Heading1"/>
        <w:pageBreakBefore/>
        <w:spacing w:before="0"/>
      </w:pPr>
      <w:bookmarkStart w:id="61" w:name="_Toc237419914"/>
      <w:r>
        <w:lastRenderedPageBreak/>
        <w:t>Part III — Setting Up Your Organisation</w:t>
      </w:r>
      <w:bookmarkEnd w:id="61"/>
    </w:p>
    <w:p w:rsidR="007E715F" w:rsidRDefault="00D52D88">
      <w:pPr>
        <w:pStyle w:val="Heading2"/>
        <w:pageBreakBefore/>
        <w:spacing w:before="0"/>
      </w:pPr>
      <w:bookmarkStart w:id="62" w:name="_Toc237419915"/>
      <w:r>
        <w:lastRenderedPageBreak/>
        <w:t>7. Users, Roles and Access</w:t>
      </w:r>
      <w:bookmarkEnd w:id="62"/>
    </w:p>
    <w:p w:rsidR="007E715F" w:rsidRDefault="00D52D88">
      <w:r>
        <w:t xml:space="preserve">Before anyone can use the system, they need a way in and a </w:t>
      </w:r>
      <w:r>
        <w:t>set of permissions. That is what this chapter covers.</w:t>
      </w:r>
    </w:p>
    <w:p w:rsidR="007E715F" w:rsidRDefault="00D52D88">
      <w:r>
        <w:t>Two ideas are easy to confuse and worth separating now. A user is a login — an email address and a password. An employee is an HR record — a person the company employs, with a salary, a department and a</w:t>
      </w:r>
      <w:r>
        <w:t xml:space="preserve"> leave balance. Creating a user does not create an employee, and creating an employee does not automatically give that person a way to sign in.</w:t>
      </w:r>
    </w:p>
    <w:p w:rsidR="007E715F" w:rsidRDefault="00D52D88">
      <w:pPr>
        <w:spacing w:after="80"/>
        <w:ind w:left="144"/>
      </w:pPr>
      <w:r>
        <w:rPr>
          <w:b/>
          <w:sz w:val="19"/>
        </w:rPr>
        <w:t xml:space="preserve">Pages in this chapter: </w:t>
      </w:r>
      <w:r>
        <w:rPr>
          <w:sz w:val="19"/>
        </w:rPr>
        <w:t>Users, Roles</w:t>
      </w:r>
    </w:p>
    <w:p w:rsidR="007E715F" w:rsidRDefault="00D52D88">
      <w:pPr>
        <w:pStyle w:val="Heading3"/>
        <w:pageBreakBefore/>
        <w:spacing w:before="0"/>
      </w:pPr>
      <w:bookmarkStart w:id="63" w:name="_Toc237419916"/>
      <w:r>
        <w:lastRenderedPageBreak/>
        <w:t>7.1 Users</w:t>
      </w:r>
      <w:bookmarkEnd w:id="63"/>
    </w:p>
    <w:p w:rsidR="007E715F" w:rsidRDefault="00D52D88">
      <w:r>
        <w:t>The people who can sign in. A user is a login; an employee is an H</w:t>
      </w:r>
      <w:r>
        <w:t>R record. They are related but separate — a cleaner with no computer access is an employee without a user, and an external auditor might be a user without being an employee.</w:t>
      </w:r>
    </w:p>
    <w:p w:rsidR="007E715F" w:rsidRDefault="00D52D88">
      <w:pPr>
        <w:spacing w:before="120" w:after="80"/>
        <w:jc w:val="center"/>
      </w:pPr>
      <w:r>
        <w:rPr>
          <w:noProof/>
        </w:rPr>
        <w:drawing>
          <wp:inline distT="0" distB="0" distL="0" distR="0">
            <wp:extent cx="5760720" cy="3600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staff-users.png"/>
                    <pic:cNvPicPr/>
                  </pic:nvPicPr>
                  <pic:blipFill>
                    <a:blip r:embed="rId3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64" w:name="_Toc23742004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22</w:t>
      </w:r>
      <w:r>
        <w:rPr>
          <w:color w:val="6B7280"/>
        </w:rPr>
        <w:fldChar w:fldCharType="end"/>
      </w:r>
      <w:r>
        <w:rPr>
          <w:b w:val="0"/>
          <w:color w:val="6B7280"/>
        </w:rPr>
        <w:t>: The Users page</w:t>
      </w:r>
      <w:bookmarkEnd w:id="6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primary a</w:t>
      </w:r>
      <w:r>
        <w:rPr>
          <w:color w:val="6B7280"/>
          <w:sz w:val="18"/>
        </w:rPr>
        <w:t xml:space="preserve">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Roles, Joined, Actions</w:t>
      </w:r>
    </w:p>
    <w:p w:rsidR="007E715F" w:rsidRDefault="00D52D88">
      <w:pPr>
        <w:spacing w:after="80"/>
        <w:ind w:left="144"/>
      </w:pPr>
      <w:r>
        <w:rPr>
          <w:b/>
          <w:sz w:val="19"/>
        </w:rPr>
        <w:t xml:space="preserve">Actions on this page: </w:t>
      </w:r>
      <w:r>
        <w:rPr>
          <w:sz w:val="19"/>
        </w:rPr>
        <w:t>Add User</w:t>
      </w:r>
    </w:p>
    <w:p w:rsidR="007E715F" w:rsidRDefault="00D52D88">
      <w:pPr>
        <w:spacing w:after="60"/>
        <w:ind w:left="461" w:hanging="461"/>
      </w:pPr>
      <w:r>
        <w:rPr>
          <w:b/>
          <w:color w:val="0E9F6E"/>
        </w:rPr>
        <w:t xml:space="preserve">1.  </w:t>
      </w:r>
      <w:r>
        <w:t>Choose Add User at the top right. The form opens in a panel.</w:t>
      </w:r>
    </w:p>
    <w:p w:rsidR="007E715F" w:rsidRDefault="00D52D88">
      <w:pPr>
        <w:spacing w:after="60"/>
        <w:ind w:left="461" w:hanging="461"/>
      </w:pPr>
      <w:r>
        <w:rPr>
          <w:b/>
          <w:color w:val="0E9F6E"/>
        </w:rPr>
        <w:t xml:space="preserve">2.  </w:t>
      </w:r>
      <w:r>
        <w:t>Complete the required fields: Name, Email, Password, Confirm Password.</w:t>
      </w:r>
    </w:p>
    <w:p w:rsidR="007E715F" w:rsidRDefault="00D52D88">
      <w:pPr>
        <w:spacing w:after="60"/>
        <w:ind w:left="461" w:hanging="461"/>
      </w:pPr>
      <w:r>
        <w:rPr>
          <w:b/>
          <w:color w:val="0E9F6E"/>
        </w:rPr>
        <w:t xml:space="preserve">3.  </w:t>
      </w:r>
      <w:r>
        <w:t xml:space="preserve">Make the </w:t>
      </w:r>
      <w:r>
        <w:t>selections the form asks for: Role.</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3865861" cy="40233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staff-users.png"/>
                    <pic:cNvPicPr/>
                  </pic:nvPicPr>
                  <pic:blipFill>
                    <a:blip r:embed="rId32"/>
                    <a:stretch>
                      <a:fillRect/>
                    </a:stretch>
                  </pic:blipFill>
                  <pic:spPr>
                    <a:xfrm>
                      <a:off x="0" y="0"/>
                      <a:ext cx="3865861" cy="4023360"/>
                    </a:xfrm>
                    <a:prstGeom prst="rect">
                      <a:avLst/>
                    </a:prstGeom>
                    <a:ln w="9525">
                      <a:solidFill>
                        <a:srgbClr val="D8DCE3"/>
                      </a:solidFill>
                    </a:ln>
                  </pic:spPr>
                </pic:pic>
              </a:graphicData>
            </a:graphic>
          </wp:inline>
        </w:drawing>
      </w:r>
    </w:p>
    <w:p w:rsidR="007E715F" w:rsidRDefault="00D52D88">
      <w:pPr>
        <w:pStyle w:val="Caption"/>
        <w:jc w:val="center"/>
      </w:pPr>
      <w:bookmarkStart w:id="65" w:name="_Toc23742004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23</w:t>
      </w:r>
      <w:r>
        <w:rPr>
          <w:color w:val="6B7280"/>
        </w:rPr>
        <w:fldChar w:fldCharType="end"/>
      </w:r>
      <w:r>
        <w:rPr>
          <w:b w:val="0"/>
          <w:color w:val="6B7280"/>
        </w:rPr>
        <w:t>: The Add User form</w:t>
      </w:r>
      <w:bookmarkEnd w:id="65"/>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Give each person their own login. Shared logins make every record that follows ambiguous — you can no lon</w:t>
            </w:r>
            <w:r>
              <w:rPr>
                <w:sz w:val="18"/>
              </w:rPr>
              <w:t>ger tell who approved a leave request or changed a salary.</w:t>
            </w:r>
          </w:p>
        </w:tc>
      </w:tr>
    </w:tbl>
    <w:p w:rsidR="007E715F" w:rsidRDefault="007E715F">
      <w:pPr>
        <w:spacing w:after="40"/>
      </w:pPr>
    </w:p>
    <w:p w:rsidR="007E715F" w:rsidRDefault="00D52D88">
      <w:pPr>
        <w:pStyle w:val="Heading3"/>
        <w:pageBreakBefore/>
        <w:spacing w:before="0"/>
      </w:pPr>
      <w:bookmarkStart w:id="66" w:name="_Toc237419917"/>
      <w:r>
        <w:lastRenderedPageBreak/>
        <w:t>7.2 Roles</w:t>
      </w:r>
      <w:bookmarkEnd w:id="66"/>
    </w:p>
    <w:p w:rsidR="007E715F" w:rsidRDefault="00D52D88">
      <w:r>
        <w:t>What a user is allowed to do. Permissions are attached to roles, not to people, so granting access means giving someone a role rather than ticking boxes for each individual.</w:t>
      </w:r>
    </w:p>
    <w:p w:rsidR="007E715F" w:rsidRDefault="00D52D88">
      <w:pPr>
        <w:spacing w:before="120" w:after="80"/>
        <w:jc w:val="center"/>
      </w:pPr>
      <w:r>
        <w:rPr>
          <w:noProof/>
        </w:rPr>
        <w:drawing>
          <wp:inline distT="0" distB="0" distL="0" distR="0">
            <wp:extent cx="5760720" cy="36004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staff-roles.png"/>
                    <pic:cNvPicPr/>
                  </pic:nvPicPr>
                  <pic:blipFill>
                    <a:blip r:embed="rId3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67" w:name="_Toc23742004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24</w:t>
      </w:r>
      <w:r>
        <w:rPr>
          <w:color w:val="6B7280"/>
        </w:rPr>
        <w:fldChar w:fldCharType="end"/>
      </w:r>
      <w:r>
        <w:rPr>
          <w:b w:val="0"/>
          <w:color w:val="6B7280"/>
        </w:rPr>
        <w:t>: The Roles page</w:t>
      </w:r>
      <w:bookmarkEnd w:id="6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Slug, Description, Permissions, Actions</w:t>
      </w:r>
    </w:p>
    <w:p w:rsidR="007E715F" w:rsidRDefault="00D52D88">
      <w:pPr>
        <w:spacing w:after="80"/>
        <w:ind w:left="144"/>
      </w:pPr>
      <w:r>
        <w:rPr>
          <w:b/>
          <w:sz w:val="19"/>
        </w:rPr>
        <w:t xml:space="preserve">Actions on this page: </w:t>
      </w:r>
      <w:r>
        <w:rPr>
          <w:sz w:val="19"/>
        </w:rPr>
        <w:t>Add New Role</w:t>
      </w:r>
    </w:p>
    <w:p w:rsidR="007E715F" w:rsidRDefault="00D52D88">
      <w:pPr>
        <w:spacing w:after="60"/>
        <w:ind w:left="461" w:hanging="461"/>
      </w:pPr>
      <w:r>
        <w:rPr>
          <w:b/>
          <w:color w:val="0E9F6E"/>
        </w:rPr>
        <w:t xml:space="preserve">1.  </w:t>
      </w:r>
      <w:r>
        <w:t>Choose Add New Role. The form opens in a panel.</w:t>
      </w:r>
    </w:p>
    <w:p w:rsidR="007E715F" w:rsidRDefault="00D52D88">
      <w:pPr>
        <w:spacing w:after="60"/>
        <w:ind w:left="461" w:hanging="461"/>
      </w:pPr>
      <w:r>
        <w:rPr>
          <w:b/>
          <w:color w:val="0E9F6E"/>
        </w:rPr>
        <w:t xml:space="preserve">2.  </w:t>
      </w:r>
      <w:r>
        <w:t>Name t</w:t>
      </w:r>
      <w:r>
        <w:t>he role after the job it describes — HR Officer, Payroll Clerk — rather than after the person who will hold it.</w:t>
      </w:r>
    </w:p>
    <w:p w:rsidR="007E715F" w:rsidRDefault="00D52D88">
      <w:pPr>
        <w:spacing w:after="60"/>
        <w:ind w:left="461" w:hanging="461"/>
      </w:pPr>
      <w:r>
        <w:rPr>
          <w:b/>
          <w:color w:val="0E9F6E"/>
        </w:rPr>
        <w:t xml:space="preserve">3.  </w:t>
      </w:r>
      <w:r>
        <w:t xml:space="preserve">Work down the permission list and tick what the role may do. Permissions are grouped by module, and there is one for each action the system </w:t>
      </w:r>
      <w:r>
        <w:t>can perform.</w:t>
      </w:r>
    </w:p>
    <w:p w:rsidR="007E715F" w:rsidRDefault="00D52D88">
      <w:pPr>
        <w:spacing w:after="60"/>
        <w:ind w:left="461" w:hanging="461"/>
      </w:pPr>
      <w:r>
        <w:rPr>
          <w:b/>
          <w:color w:val="0E9F6E"/>
        </w:rPr>
        <w:t xml:space="preserve">4.  </w:t>
      </w:r>
      <w:r>
        <w:t>Choose Save. The role can now be given to any number of users.</w:t>
      </w:r>
    </w:p>
    <w:p w:rsidR="007E715F" w:rsidRDefault="00D52D88">
      <w:pPr>
        <w:spacing w:before="120" w:after="80"/>
        <w:jc w:val="center"/>
      </w:pPr>
      <w:r>
        <w:rPr>
          <w:noProof/>
        </w:rPr>
        <w:lastRenderedPageBreak/>
        <w:drawing>
          <wp:inline distT="0" distB="0" distL="0" distR="0">
            <wp:extent cx="2645013" cy="40233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staff-roles.png"/>
                    <pic:cNvPicPr/>
                  </pic:nvPicPr>
                  <pic:blipFill>
                    <a:blip r:embed="rId34"/>
                    <a:stretch>
                      <a:fillRect/>
                    </a:stretch>
                  </pic:blipFill>
                  <pic:spPr>
                    <a:xfrm>
                      <a:off x="0" y="0"/>
                      <a:ext cx="2645013" cy="4023360"/>
                    </a:xfrm>
                    <a:prstGeom prst="rect">
                      <a:avLst/>
                    </a:prstGeom>
                    <a:ln w="9525">
                      <a:solidFill>
                        <a:srgbClr val="D8DCE3"/>
                      </a:solidFill>
                    </a:ln>
                  </pic:spPr>
                </pic:pic>
              </a:graphicData>
            </a:graphic>
          </wp:inline>
        </w:drawing>
      </w:r>
    </w:p>
    <w:p w:rsidR="007E715F" w:rsidRDefault="00D52D88">
      <w:pPr>
        <w:pStyle w:val="Caption"/>
        <w:jc w:val="center"/>
      </w:pPr>
      <w:bookmarkStart w:id="68" w:name="_Toc23742004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25</w:t>
      </w:r>
      <w:r>
        <w:rPr>
          <w:color w:val="6B7280"/>
        </w:rPr>
        <w:fldChar w:fldCharType="end"/>
      </w:r>
      <w:r>
        <w:rPr>
          <w:b w:val="0"/>
          <w:color w:val="6B7280"/>
        </w:rPr>
        <w:t>: The Add New Role form</w:t>
      </w:r>
      <w:bookmarkEnd w:id="68"/>
    </w:p>
    <w:p w:rsidR="007E715F" w:rsidRDefault="00D52D88">
      <w:pPr>
        <w:pStyle w:val="Heading2"/>
        <w:pageBreakBefore/>
        <w:spacing w:before="0"/>
      </w:pPr>
      <w:bookmarkStart w:id="69" w:name="_Toc237419918"/>
      <w:r>
        <w:lastRenderedPageBreak/>
        <w:t>8. Company Structure</w:t>
      </w:r>
      <w:bookmarkEnd w:id="69"/>
    </w:p>
    <w:p w:rsidR="007E715F" w:rsidRDefault="00D52D88">
      <w:r>
        <w:t xml:space="preserve">Everything else in the system hangs off the structure set up here, so it is worth getting right </w:t>
      </w:r>
      <w:r>
        <w:t>before employees are added.</w:t>
      </w:r>
    </w:p>
    <w:p w:rsidR="007E715F" w:rsidRDefault="00D52D88">
      <w:r>
        <w:t>The order matters. A department belongs to a branch, and a designation belongs to a department, so they are created in that order: branches, then departments, then designations. An employee record then places a person into all t</w:t>
      </w:r>
      <w:r>
        <w:t>hree at once.</w:t>
      </w:r>
    </w:p>
    <w:p w:rsidR="007E715F" w:rsidRDefault="00D52D88">
      <w:pPr>
        <w:spacing w:after="80"/>
        <w:ind w:left="144"/>
      </w:pPr>
      <w:r>
        <w:rPr>
          <w:b/>
          <w:sz w:val="19"/>
        </w:rPr>
        <w:t xml:space="preserve">Pages in this chapter: </w:t>
      </w:r>
      <w:r>
        <w:rPr>
          <w:sz w:val="19"/>
        </w:rPr>
        <w:t>Branches, Departments, Designations, Document Types</w:t>
      </w:r>
    </w:p>
    <w:p w:rsidR="007E715F" w:rsidRDefault="00D52D88">
      <w:pPr>
        <w:pStyle w:val="Heading3"/>
        <w:pageBreakBefore/>
        <w:spacing w:before="0"/>
      </w:pPr>
      <w:bookmarkStart w:id="70" w:name="_Toc237419919"/>
      <w:r>
        <w:lastRenderedPageBreak/>
        <w:t>8.1 Branches</w:t>
      </w:r>
      <w:bookmarkEnd w:id="70"/>
    </w:p>
    <w:p w:rsidR="007E715F" w:rsidRDefault="00D52D88">
      <w:r>
        <w:t>The physical or legal locations your company operates from. Branches come first because departments, employees, holidays and attendance rules all hang off</w:t>
      </w:r>
      <w:r>
        <w:t xml:space="preserve"> them.</w:t>
      </w:r>
    </w:p>
    <w:p w:rsidR="007E715F" w:rsidRDefault="00D52D88">
      <w:pPr>
        <w:spacing w:before="120" w:after="80"/>
        <w:jc w:val="center"/>
      </w:pPr>
      <w:r>
        <w:rPr>
          <w:noProof/>
        </w:rPr>
        <w:drawing>
          <wp:inline distT="0" distB="0" distL="0" distR="0">
            <wp:extent cx="5760720" cy="3600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branches.jpg"/>
                    <pic:cNvPicPr/>
                  </pic:nvPicPr>
                  <pic:blipFill>
                    <a:blip r:embed="rId3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71" w:name="_Toc23742004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26</w:t>
      </w:r>
      <w:r>
        <w:rPr>
          <w:color w:val="6B7280"/>
        </w:rPr>
        <w:fldChar w:fldCharType="end"/>
      </w:r>
      <w:r>
        <w:rPr>
          <w:b w:val="0"/>
          <w:color w:val="6B7280"/>
        </w:rPr>
        <w:t>: The Branches page</w:t>
      </w:r>
      <w:bookmarkEnd w:id="7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Address, Contact, Status, Created At, Actions</w:t>
      </w:r>
    </w:p>
    <w:p w:rsidR="007E715F" w:rsidRDefault="00D52D88">
      <w:pPr>
        <w:spacing w:after="80"/>
        <w:ind w:left="144"/>
      </w:pPr>
      <w:r>
        <w:rPr>
          <w:b/>
          <w:sz w:val="19"/>
        </w:rPr>
        <w:t xml:space="preserve">Actions on this page: </w:t>
      </w:r>
      <w:r>
        <w:rPr>
          <w:sz w:val="19"/>
        </w:rPr>
        <w:t>Add Branch</w:t>
      </w:r>
    </w:p>
    <w:p w:rsidR="007E715F" w:rsidRDefault="00D52D88">
      <w:pPr>
        <w:spacing w:after="60"/>
        <w:ind w:left="461" w:hanging="461"/>
      </w:pPr>
      <w:r>
        <w:rPr>
          <w:b/>
          <w:color w:val="0E9F6E"/>
        </w:rPr>
        <w:t xml:space="preserve">1.  </w:t>
      </w:r>
      <w:r>
        <w:t>Choose Add Branch at the top right.</w:t>
      </w:r>
      <w:r>
        <w:t xml:space="preserve"> The form opens in a panel.</w:t>
      </w:r>
    </w:p>
    <w:p w:rsidR="007E715F" w:rsidRDefault="00D52D88">
      <w:pPr>
        <w:spacing w:after="60"/>
        <w:ind w:left="461" w:hanging="461"/>
      </w:pPr>
      <w:r>
        <w:rPr>
          <w:b/>
          <w:color w:val="0E9F6E"/>
        </w:rPr>
        <w:t xml:space="preserve">2.  </w:t>
      </w:r>
      <w:r>
        <w:t>Complete the required fields: Branch Name.</w:t>
      </w:r>
    </w:p>
    <w:p w:rsidR="007E715F" w:rsidRDefault="00D52D88">
      <w:pPr>
        <w:spacing w:after="60"/>
        <w:ind w:left="461" w:hanging="461"/>
      </w:pPr>
      <w:r>
        <w:rPr>
          <w:b/>
          <w:color w:val="0E9F6E"/>
        </w:rPr>
        <w:t xml:space="preserve">3.  </w:t>
      </w:r>
      <w:r>
        <w:t>Fill in anything else that applies: Address, City, State/Province, Country, ZIP/Postal Code, Phone, Email.</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branches.png"/>
                    <pic:cNvPicPr/>
                  </pic:nvPicPr>
                  <pic:blipFill>
                    <a:blip r:embed="rId36"/>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72" w:name="_Toc237420050"/>
      <w:r>
        <w:rPr>
          <w:color w:val="6B7280"/>
        </w:rPr>
        <w:t xml:space="preserve">Figure </w:t>
      </w:r>
      <w:r>
        <w:rPr>
          <w:color w:val="6B7280"/>
        </w:rPr>
        <w:fldChar w:fldCharType="begin"/>
      </w:r>
      <w:r>
        <w:rPr>
          <w:color w:val="6B7280"/>
        </w:rPr>
        <w:instrText xml:space="preserve"> SEQ Fig</w:instrText>
      </w:r>
      <w:r>
        <w:rPr>
          <w:color w:val="6B7280"/>
        </w:rPr>
        <w:instrText xml:space="preserve">ure \* ARABIC </w:instrText>
      </w:r>
      <w:r>
        <w:rPr>
          <w:color w:val="6B7280"/>
        </w:rPr>
        <w:fldChar w:fldCharType="separate"/>
      </w:r>
      <w:r>
        <w:rPr>
          <w:noProof/>
          <w:color w:val="6B7280"/>
        </w:rPr>
        <w:t>27</w:t>
      </w:r>
      <w:r>
        <w:rPr>
          <w:color w:val="6B7280"/>
        </w:rPr>
        <w:fldChar w:fldCharType="end"/>
      </w:r>
      <w:r>
        <w:rPr>
          <w:b w:val="0"/>
          <w:color w:val="6B7280"/>
        </w:rPr>
        <w:t>: The Add Branch form</w:t>
      </w:r>
      <w:bookmarkEnd w:id="72"/>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Create branches before departments, and departments before designations. Each depends on the one before it.</w:t>
            </w:r>
          </w:p>
        </w:tc>
      </w:tr>
    </w:tbl>
    <w:p w:rsidR="007E715F" w:rsidRDefault="007E715F">
      <w:pPr>
        <w:spacing w:after="40"/>
      </w:pPr>
    </w:p>
    <w:p w:rsidR="007E715F" w:rsidRDefault="00D52D88">
      <w:pPr>
        <w:pStyle w:val="Heading3"/>
        <w:pageBreakBefore/>
        <w:spacing w:before="0"/>
      </w:pPr>
      <w:bookmarkStart w:id="73" w:name="_Toc237419920"/>
      <w:r>
        <w:lastRenderedPageBreak/>
        <w:t>8.2 Departments</w:t>
      </w:r>
      <w:bookmarkEnd w:id="73"/>
    </w:p>
    <w:p w:rsidR="007E715F" w:rsidRDefault="00D52D88">
      <w:r>
        <w:t xml:space="preserve">Divisions within a branch — Finance, Human Resources, Information Technology. Each </w:t>
      </w:r>
      <w:r>
        <w:t>department belongs to a branch, which is why branches are set up first.</w:t>
      </w:r>
    </w:p>
    <w:p w:rsidR="007E715F" w:rsidRDefault="00D52D88">
      <w:pPr>
        <w:spacing w:before="120" w:after="80"/>
        <w:jc w:val="center"/>
      </w:pPr>
      <w:r>
        <w:rPr>
          <w:noProof/>
        </w:rPr>
        <w:drawing>
          <wp:inline distT="0" distB="0" distL="0" distR="0">
            <wp:extent cx="5760720" cy="366765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departments.jpg"/>
                    <pic:cNvPicPr/>
                  </pic:nvPicPr>
                  <pic:blipFill>
                    <a:blip r:embed="rId37"/>
                    <a:stretch>
                      <a:fillRect/>
                    </a:stretch>
                  </pic:blipFill>
                  <pic:spPr>
                    <a:xfrm>
                      <a:off x="0" y="0"/>
                      <a:ext cx="5760720" cy="3667658"/>
                    </a:xfrm>
                    <a:prstGeom prst="rect">
                      <a:avLst/>
                    </a:prstGeom>
                    <a:ln w="9525">
                      <a:solidFill>
                        <a:srgbClr val="D8DCE3"/>
                      </a:solidFill>
                    </a:ln>
                  </pic:spPr>
                </pic:pic>
              </a:graphicData>
            </a:graphic>
          </wp:inline>
        </w:drawing>
      </w:r>
    </w:p>
    <w:p w:rsidR="007E715F" w:rsidRDefault="00D52D88">
      <w:pPr>
        <w:pStyle w:val="Caption"/>
        <w:jc w:val="center"/>
      </w:pPr>
      <w:bookmarkStart w:id="74" w:name="_Toc23742005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28</w:t>
      </w:r>
      <w:r>
        <w:rPr>
          <w:color w:val="6B7280"/>
        </w:rPr>
        <w:fldChar w:fldCharType="end"/>
      </w:r>
      <w:r>
        <w:rPr>
          <w:b w:val="0"/>
          <w:color w:val="6B7280"/>
        </w:rPr>
        <w:t>: The Departments page</w:t>
      </w:r>
      <w:bookmarkEnd w:id="7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Branch, Description, Status, Created At, Actions</w:t>
      </w:r>
    </w:p>
    <w:p w:rsidR="007E715F" w:rsidRDefault="00D52D88">
      <w:pPr>
        <w:spacing w:after="80"/>
        <w:ind w:left="144"/>
      </w:pPr>
      <w:r>
        <w:rPr>
          <w:b/>
          <w:sz w:val="19"/>
        </w:rPr>
        <w:t>A</w:t>
      </w:r>
      <w:r>
        <w:rPr>
          <w:b/>
          <w:sz w:val="19"/>
        </w:rPr>
        <w:t xml:space="preserve">ctions on this page: </w:t>
      </w:r>
      <w:r>
        <w:rPr>
          <w:sz w:val="19"/>
        </w:rPr>
        <w:t>Add Department</w:t>
      </w:r>
    </w:p>
    <w:p w:rsidR="007E715F" w:rsidRDefault="00D52D88">
      <w:pPr>
        <w:spacing w:after="60"/>
        <w:ind w:left="461" w:hanging="461"/>
      </w:pPr>
      <w:r>
        <w:rPr>
          <w:b/>
          <w:color w:val="0E9F6E"/>
        </w:rPr>
        <w:t xml:space="preserve">1.  </w:t>
      </w:r>
      <w:r>
        <w:t>Choose Add Department at the top right. The form opens in a panel.</w:t>
      </w:r>
    </w:p>
    <w:p w:rsidR="007E715F" w:rsidRDefault="00D52D88">
      <w:pPr>
        <w:spacing w:after="60"/>
        <w:ind w:left="461" w:hanging="461"/>
      </w:pPr>
      <w:r>
        <w:rPr>
          <w:b/>
          <w:color w:val="0E9F6E"/>
        </w:rPr>
        <w:t xml:space="preserve">2.  </w:t>
      </w:r>
      <w:r>
        <w:t>Complete the required fields: Department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 form asks for: Br</w:t>
      </w:r>
      <w:r>
        <w:t>anch.</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008513" cy="40233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departments.png"/>
                    <pic:cNvPicPr/>
                  </pic:nvPicPr>
                  <pic:blipFill>
                    <a:blip r:embed="rId38"/>
                    <a:stretch>
                      <a:fillRect/>
                    </a:stretch>
                  </pic:blipFill>
                  <pic:spPr>
                    <a:xfrm>
                      <a:off x="0" y="0"/>
                      <a:ext cx="4008513" cy="4023360"/>
                    </a:xfrm>
                    <a:prstGeom prst="rect">
                      <a:avLst/>
                    </a:prstGeom>
                    <a:ln w="9525">
                      <a:solidFill>
                        <a:srgbClr val="D8DCE3"/>
                      </a:solidFill>
                    </a:ln>
                  </pic:spPr>
                </pic:pic>
              </a:graphicData>
            </a:graphic>
          </wp:inline>
        </w:drawing>
      </w:r>
    </w:p>
    <w:p w:rsidR="007E715F" w:rsidRDefault="00D52D88">
      <w:pPr>
        <w:pStyle w:val="Caption"/>
        <w:jc w:val="center"/>
      </w:pPr>
      <w:bookmarkStart w:id="75" w:name="_Toc23742005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29</w:t>
      </w:r>
      <w:r>
        <w:rPr>
          <w:color w:val="6B7280"/>
        </w:rPr>
        <w:fldChar w:fldCharType="end"/>
      </w:r>
      <w:r>
        <w:rPr>
          <w:b w:val="0"/>
          <w:color w:val="6B7280"/>
        </w:rPr>
        <w:t>: The Add Department form</w:t>
      </w:r>
      <w:bookmarkEnd w:id="75"/>
    </w:p>
    <w:p w:rsidR="007E715F" w:rsidRDefault="00D52D88">
      <w:pPr>
        <w:pStyle w:val="Heading3"/>
        <w:pageBreakBefore/>
        <w:spacing w:before="0"/>
      </w:pPr>
      <w:bookmarkStart w:id="76" w:name="_Toc237419921"/>
      <w:r>
        <w:lastRenderedPageBreak/>
        <w:t>8.3 Designations</w:t>
      </w:r>
      <w:bookmarkEnd w:id="76"/>
    </w:p>
    <w:p w:rsidR="007E715F" w:rsidRDefault="00D52D88">
      <w:r>
        <w:t xml:space="preserve">Job titles within a department: HR Manager, IT Manager, Recruiter. A designation is the title an employee holds, </w:t>
      </w:r>
      <w:r>
        <w:t>distinct from the department they sit in.</w:t>
      </w:r>
    </w:p>
    <w:p w:rsidR="007E715F" w:rsidRDefault="00D52D88">
      <w:pPr>
        <w:spacing w:before="120" w:after="80"/>
        <w:jc w:val="center"/>
      </w:pPr>
      <w:r>
        <w:rPr>
          <w:noProof/>
        </w:rPr>
        <w:drawing>
          <wp:inline distT="0" distB="0" distL="0" distR="0">
            <wp:extent cx="5760720" cy="40421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designations.jpg"/>
                    <pic:cNvPicPr/>
                  </pic:nvPicPr>
                  <pic:blipFill>
                    <a:blip r:embed="rId39"/>
                    <a:stretch>
                      <a:fillRect/>
                    </a:stretch>
                  </pic:blipFill>
                  <pic:spPr>
                    <a:xfrm>
                      <a:off x="0" y="0"/>
                      <a:ext cx="5760720" cy="4042105"/>
                    </a:xfrm>
                    <a:prstGeom prst="rect">
                      <a:avLst/>
                    </a:prstGeom>
                    <a:ln w="9525">
                      <a:solidFill>
                        <a:srgbClr val="D8DCE3"/>
                      </a:solidFill>
                    </a:ln>
                  </pic:spPr>
                </pic:pic>
              </a:graphicData>
            </a:graphic>
          </wp:inline>
        </w:drawing>
      </w:r>
    </w:p>
    <w:p w:rsidR="007E715F" w:rsidRDefault="00D52D88">
      <w:pPr>
        <w:pStyle w:val="Caption"/>
        <w:jc w:val="center"/>
      </w:pPr>
      <w:bookmarkStart w:id="77" w:name="_Toc23742005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30</w:t>
      </w:r>
      <w:r>
        <w:rPr>
          <w:color w:val="6B7280"/>
        </w:rPr>
        <w:fldChar w:fldCharType="end"/>
      </w:r>
      <w:r>
        <w:rPr>
          <w:b w:val="0"/>
          <w:color w:val="6B7280"/>
        </w:rPr>
        <w:t>: The Designations page</w:t>
      </w:r>
      <w:bookmarkEnd w:id="7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Department, Status, Created At, Actions</w:t>
      </w:r>
    </w:p>
    <w:p w:rsidR="007E715F" w:rsidRDefault="00D52D88">
      <w:pPr>
        <w:spacing w:after="80"/>
        <w:ind w:left="144"/>
      </w:pPr>
      <w:r>
        <w:rPr>
          <w:b/>
          <w:sz w:val="19"/>
        </w:rPr>
        <w:t xml:space="preserve">Actions on this page: </w:t>
      </w:r>
      <w:r>
        <w:rPr>
          <w:sz w:val="19"/>
        </w:rPr>
        <w:t xml:space="preserve">Add </w:t>
      </w:r>
      <w:r>
        <w:rPr>
          <w:sz w:val="19"/>
        </w:rPr>
        <w:t>Designation</w:t>
      </w:r>
    </w:p>
    <w:p w:rsidR="007E715F" w:rsidRDefault="00D52D88">
      <w:pPr>
        <w:spacing w:after="60"/>
        <w:ind w:left="461" w:hanging="461"/>
      </w:pPr>
      <w:r>
        <w:rPr>
          <w:b/>
          <w:color w:val="0E9F6E"/>
        </w:rPr>
        <w:t xml:space="preserve">1.  </w:t>
      </w:r>
      <w:r>
        <w:t>Choose Add Designation at the top right. The form opens in a panel.</w:t>
      </w:r>
    </w:p>
    <w:p w:rsidR="007E715F" w:rsidRDefault="00D52D88">
      <w:pPr>
        <w:spacing w:after="60"/>
        <w:ind w:left="461" w:hanging="461"/>
      </w:pPr>
      <w:r>
        <w:rPr>
          <w:b/>
          <w:color w:val="0E9F6E"/>
        </w:rPr>
        <w:t xml:space="preserve">2.  </w:t>
      </w:r>
      <w:r>
        <w:t>Complete the required fields: Designation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 form asks for: Department.</w:t>
      </w:r>
    </w:p>
    <w:p w:rsidR="007E715F" w:rsidRDefault="00D52D88">
      <w:pPr>
        <w:spacing w:after="60"/>
        <w:ind w:left="461" w:hanging="461"/>
      </w:pPr>
      <w:r>
        <w:rPr>
          <w:b/>
          <w:color w:val="0E9F6E"/>
        </w:rPr>
        <w:t xml:space="preserve">5.  </w:t>
      </w:r>
      <w:r>
        <w:t>Choose S</w:t>
      </w:r>
      <w:r>
        <w:t>ave. The new record appears in the list.</w:t>
      </w:r>
    </w:p>
    <w:p w:rsidR="007E715F" w:rsidRDefault="00D52D88">
      <w:pPr>
        <w:spacing w:before="120" w:after="80"/>
        <w:jc w:val="center"/>
      </w:pPr>
      <w:r>
        <w:rPr>
          <w:noProof/>
        </w:rPr>
        <w:lastRenderedPageBreak/>
        <w:drawing>
          <wp:inline distT="0" distB="0" distL="0" distR="0">
            <wp:extent cx="4008513" cy="40233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designations.png"/>
                    <pic:cNvPicPr/>
                  </pic:nvPicPr>
                  <pic:blipFill>
                    <a:blip r:embed="rId40"/>
                    <a:stretch>
                      <a:fillRect/>
                    </a:stretch>
                  </pic:blipFill>
                  <pic:spPr>
                    <a:xfrm>
                      <a:off x="0" y="0"/>
                      <a:ext cx="4008513" cy="4023360"/>
                    </a:xfrm>
                    <a:prstGeom prst="rect">
                      <a:avLst/>
                    </a:prstGeom>
                    <a:ln w="9525">
                      <a:solidFill>
                        <a:srgbClr val="D8DCE3"/>
                      </a:solidFill>
                    </a:ln>
                  </pic:spPr>
                </pic:pic>
              </a:graphicData>
            </a:graphic>
          </wp:inline>
        </w:drawing>
      </w:r>
    </w:p>
    <w:p w:rsidR="007E715F" w:rsidRDefault="00D52D88">
      <w:pPr>
        <w:pStyle w:val="Caption"/>
        <w:jc w:val="center"/>
      </w:pPr>
      <w:bookmarkStart w:id="78" w:name="_Toc23742005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31</w:t>
      </w:r>
      <w:r>
        <w:rPr>
          <w:color w:val="6B7280"/>
        </w:rPr>
        <w:fldChar w:fldCharType="end"/>
      </w:r>
      <w:r>
        <w:rPr>
          <w:b w:val="0"/>
          <w:color w:val="6B7280"/>
        </w:rPr>
        <w:t>: The Add Designation form</w:t>
      </w:r>
      <w:bookmarkEnd w:id="78"/>
    </w:p>
    <w:p w:rsidR="007E715F" w:rsidRDefault="00D52D88">
      <w:pPr>
        <w:pStyle w:val="Heading3"/>
        <w:pageBreakBefore/>
        <w:spacing w:before="0"/>
      </w:pPr>
      <w:bookmarkStart w:id="79" w:name="_Toc237419922"/>
      <w:r>
        <w:lastRenderedPageBreak/>
        <w:t>8.4 Document Types</w:t>
      </w:r>
      <w:bookmarkEnd w:id="79"/>
    </w:p>
    <w:p w:rsidR="007E715F" w:rsidRDefault="00D52D88">
      <w:r>
        <w:t xml:space="preserve">The kinds of document an employee is expected to provide — contract, national ID, qualification. Marking a type as required makes its </w:t>
      </w:r>
      <w:r>
        <w:t>absence visible on the employee record.</w:t>
      </w:r>
    </w:p>
    <w:p w:rsidR="007E715F" w:rsidRDefault="00D52D88">
      <w:pPr>
        <w:spacing w:before="120" w:after="80"/>
        <w:jc w:val="center"/>
      </w:pPr>
      <w:r>
        <w:rPr>
          <w:noProof/>
        </w:rPr>
        <w:drawing>
          <wp:inline distT="0" distB="0" distL="0" distR="0">
            <wp:extent cx="5760720" cy="3600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document-types.png"/>
                    <pic:cNvPicPr/>
                  </pic:nvPicPr>
                  <pic:blipFill>
                    <a:blip r:embed="rId4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80" w:name="_Toc23742005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32</w:t>
      </w:r>
      <w:r>
        <w:rPr>
          <w:color w:val="6B7280"/>
        </w:rPr>
        <w:fldChar w:fldCharType="end"/>
      </w:r>
      <w:r>
        <w:rPr>
          <w:b w:val="0"/>
          <w:color w:val="6B7280"/>
        </w:rPr>
        <w:t>: The Document Types page</w:t>
      </w:r>
      <w:bookmarkEnd w:id="8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Required, Created At, Actions</w:t>
      </w:r>
    </w:p>
    <w:p w:rsidR="007E715F" w:rsidRDefault="00D52D88">
      <w:pPr>
        <w:spacing w:after="80"/>
        <w:ind w:left="144"/>
      </w:pPr>
      <w:r>
        <w:rPr>
          <w:b/>
          <w:sz w:val="19"/>
        </w:rPr>
        <w:t xml:space="preserve">Actions on this page: </w:t>
      </w:r>
      <w:r>
        <w:rPr>
          <w:sz w:val="19"/>
        </w:rPr>
        <w:t>Add Document T</w:t>
      </w:r>
      <w:r>
        <w:rPr>
          <w:sz w:val="19"/>
        </w:rPr>
        <w:t>ype</w:t>
      </w:r>
    </w:p>
    <w:p w:rsidR="007E715F" w:rsidRDefault="00D52D88">
      <w:pPr>
        <w:spacing w:after="60"/>
        <w:ind w:left="461" w:hanging="461"/>
      </w:pPr>
      <w:r>
        <w:rPr>
          <w:b/>
          <w:color w:val="0E9F6E"/>
        </w:rPr>
        <w:t xml:space="preserve">1.  </w:t>
      </w:r>
      <w:r>
        <w:t>Choose Add Document Type at the top right. The form opens in a panel.</w:t>
      </w:r>
    </w:p>
    <w:p w:rsidR="007E715F" w:rsidRDefault="00D52D88">
      <w:pPr>
        <w:spacing w:after="60"/>
        <w:ind w:left="461" w:hanging="461"/>
      </w:pPr>
      <w:r>
        <w:rPr>
          <w:b/>
          <w:color w:val="0E9F6E"/>
        </w:rPr>
        <w:t xml:space="preserve">2.  </w:t>
      </w:r>
      <w:r>
        <w:t>Complete the required fields: Document Type Name.</w:t>
      </w:r>
    </w:p>
    <w:p w:rsidR="007E715F" w:rsidRDefault="00D52D88">
      <w:pPr>
        <w:spacing w:after="60"/>
        <w:ind w:left="461" w:hanging="461"/>
      </w:pPr>
      <w:r>
        <w:rPr>
          <w:b/>
          <w:color w:val="0E9F6E"/>
        </w:rPr>
        <w:t xml:space="preserve">3.  </w:t>
      </w:r>
      <w:r>
        <w:t>Fill in anything else that applies: Description, Required.</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5247860" cy="40233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document-types.png"/>
                    <pic:cNvPicPr/>
                  </pic:nvPicPr>
                  <pic:blipFill>
                    <a:blip r:embed="rId42"/>
                    <a:stretch>
                      <a:fillRect/>
                    </a:stretch>
                  </pic:blipFill>
                  <pic:spPr>
                    <a:xfrm>
                      <a:off x="0" y="0"/>
                      <a:ext cx="5247860" cy="4023360"/>
                    </a:xfrm>
                    <a:prstGeom prst="rect">
                      <a:avLst/>
                    </a:prstGeom>
                    <a:ln w="9525">
                      <a:solidFill>
                        <a:srgbClr val="D8DCE3"/>
                      </a:solidFill>
                    </a:ln>
                  </pic:spPr>
                </pic:pic>
              </a:graphicData>
            </a:graphic>
          </wp:inline>
        </w:drawing>
      </w:r>
    </w:p>
    <w:p w:rsidR="007E715F" w:rsidRDefault="00D52D88">
      <w:pPr>
        <w:pStyle w:val="Caption"/>
        <w:jc w:val="center"/>
      </w:pPr>
      <w:bookmarkStart w:id="81" w:name="_Toc23742005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33</w:t>
      </w:r>
      <w:r>
        <w:rPr>
          <w:color w:val="6B7280"/>
        </w:rPr>
        <w:fldChar w:fldCharType="end"/>
      </w:r>
      <w:r>
        <w:rPr>
          <w:b w:val="0"/>
          <w:color w:val="6B7280"/>
        </w:rPr>
        <w:t>: The Add Document Type form</w:t>
      </w:r>
      <w:bookmarkEnd w:id="81"/>
    </w:p>
    <w:p w:rsidR="007E715F" w:rsidRDefault="00D52D88">
      <w:pPr>
        <w:pStyle w:val="Heading2"/>
        <w:pageBreakBefore/>
        <w:spacing w:before="0"/>
      </w:pPr>
      <w:bookmarkStart w:id="82" w:name="_Toc237419923"/>
      <w:r>
        <w:lastRenderedPageBreak/>
        <w:t>9. Employees</w:t>
      </w:r>
      <w:bookmarkEnd w:id="82"/>
    </w:p>
    <w:p w:rsidR="007E715F" w:rsidRDefault="00D52D88">
      <w:r>
        <w:t>The employee record is the centre of the system. Leave, attendance, payroll, appraisals, contracts and assets all point back to it, which is why this chapter sits before all of them</w:t>
      </w:r>
      <w:r>
        <w:t>.</w:t>
      </w:r>
    </w:p>
    <w:p w:rsidR="007E715F" w:rsidRDefault="00D52D88">
      <w:pPr>
        <w:pStyle w:val="Heading3"/>
        <w:pageBreakBefore/>
        <w:spacing w:before="0"/>
      </w:pPr>
      <w:bookmarkStart w:id="83" w:name="_Toc237419924"/>
      <w:r>
        <w:lastRenderedPageBreak/>
        <w:t>9.1 Employees</w:t>
      </w:r>
      <w:bookmarkEnd w:id="83"/>
    </w:p>
    <w:p w:rsidR="007E715F" w:rsidRDefault="00D52D88">
      <w:r>
        <w:t xml:space="preserve">The heart of the system: one record per person employed, holding their personal details, job placement, documents and salary. Almost every other module refers back to an employee record, so this is usually where a new implementation spends </w:t>
      </w:r>
      <w:r>
        <w:t>most of its setup time.</w:t>
      </w:r>
    </w:p>
    <w:p w:rsidR="007E715F" w:rsidRDefault="00D52D88">
      <w:pPr>
        <w:spacing w:before="120" w:after="80"/>
        <w:jc w:val="center"/>
      </w:pPr>
      <w:r>
        <w:rPr>
          <w:noProof/>
        </w:rPr>
        <w:drawing>
          <wp:inline distT="0" distB="0" distL="0" distR="0">
            <wp:extent cx="5760720" cy="3622852"/>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employees.jpg"/>
                    <pic:cNvPicPr/>
                  </pic:nvPicPr>
                  <pic:blipFill>
                    <a:blip r:embed="rId43"/>
                    <a:stretch>
                      <a:fillRect/>
                    </a:stretch>
                  </pic:blipFill>
                  <pic:spPr>
                    <a:xfrm>
                      <a:off x="0" y="0"/>
                      <a:ext cx="5760720" cy="3622852"/>
                    </a:xfrm>
                    <a:prstGeom prst="rect">
                      <a:avLst/>
                    </a:prstGeom>
                    <a:ln w="9525">
                      <a:solidFill>
                        <a:srgbClr val="D8DCE3"/>
                      </a:solidFill>
                    </a:ln>
                  </pic:spPr>
                </pic:pic>
              </a:graphicData>
            </a:graphic>
          </wp:inline>
        </w:drawing>
      </w:r>
    </w:p>
    <w:p w:rsidR="007E715F" w:rsidRDefault="00D52D88">
      <w:pPr>
        <w:pStyle w:val="Caption"/>
        <w:jc w:val="center"/>
      </w:pPr>
      <w:bookmarkStart w:id="84" w:name="_Toc23742005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34</w:t>
      </w:r>
      <w:r>
        <w:rPr>
          <w:color w:val="6B7280"/>
        </w:rPr>
        <w:fldChar w:fldCharType="end"/>
      </w:r>
      <w:r>
        <w:rPr>
          <w:b w:val="0"/>
          <w:color w:val="6B7280"/>
        </w:rPr>
        <w:t>: The Employees page</w:t>
      </w:r>
      <w:bookmarkEnd w:id="8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Employee ID, Department, Designation, Employee Status, Joined, Actions</w:t>
      </w:r>
    </w:p>
    <w:p w:rsidR="007E715F" w:rsidRDefault="00D52D88">
      <w:pPr>
        <w:spacing w:after="80"/>
        <w:ind w:left="144"/>
      </w:pPr>
      <w:r>
        <w:rPr>
          <w:b/>
          <w:sz w:val="19"/>
        </w:rPr>
        <w:t xml:space="preserve">Actions on this page: </w:t>
      </w:r>
      <w:r>
        <w:rPr>
          <w:sz w:val="19"/>
        </w:rPr>
        <w:t>Add Emp</w:t>
      </w:r>
      <w:r>
        <w:rPr>
          <w:sz w:val="19"/>
        </w:rPr>
        <w:t>loyee</w:t>
      </w:r>
    </w:p>
    <w:p w:rsidR="007E715F" w:rsidRDefault="00D52D88">
      <w:pPr>
        <w:spacing w:after="60"/>
        <w:ind w:left="461" w:hanging="461"/>
      </w:pPr>
      <w:r>
        <w:rPr>
          <w:b/>
          <w:color w:val="0E9F6E"/>
        </w:rPr>
        <w:t xml:space="preserve">1.  </w:t>
      </w:r>
      <w:r>
        <w:t>Make sure the branch, department and designation this person will belong to already exist. The form offers them as choices; it does not create them.</w:t>
      </w:r>
    </w:p>
    <w:p w:rsidR="007E715F" w:rsidRDefault="00D52D88">
      <w:pPr>
        <w:spacing w:after="60"/>
        <w:ind w:left="461" w:hanging="461"/>
      </w:pPr>
      <w:r>
        <w:rPr>
          <w:b/>
          <w:color w:val="0E9F6E"/>
        </w:rPr>
        <w:t xml:space="preserve">2.  </w:t>
      </w:r>
      <w:r>
        <w:t>Choose Add Employee. The form opens on its own page.</w:t>
      </w:r>
    </w:p>
    <w:p w:rsidR="007E715F" w:rsidRDefault="00D52D88">
      <w:pPr>
        <w:spacing w:after="60"/>
        <w:ind w:left="461" w:hanging="461"/>
      </w:pPr>
      <w:r>
        <w:rPr>
          <w:b/>
          <w:color w:val="0E9F6E"/>
        </w:rPr>
        <w:t xml:space="preserve">3.  </w:t>
      </w:r>
      <w:r>
        <w:t xml:space="preserve">Complete the identity section: full </w:t>
      </w:r>
      <w:r>
        <w:t>name, employee code, email, password, phone, date of birth and date of joining.</w:t>
      </w:r>
    </w:p>
    <w:p w:rsidR="007E715F" w:rsidRDefault="00D52D88">
      <w:pPr>
        <w:spacing w:after="60"/>
        <w:ind w:left="461" w:hanging="461"/>
      </w:pPr>
      <w:r>
        <w:rPr>
          <w:b/>
          <w:color w:val="0E9F6E"/>
        </w:rPr>
        <w:t xml:space="preserve">4.  </w:t>
      </w:r>
      <w:r>
        <w:t>Complete the address and emergency contact sections.</w:t>
      </w:r>
    </w:p>
    <w:p w:rsidR="007E715F" w:rsidRDefault="00D52D88">
      <w:pPr>
        <w:spacing w:after="60"/>
        <w:ind w:left="461" w:hanging="461"/>
      </w:pPr>
      <w:r>
        <w:rPr>
          <w:b/>
          <w:color w:val="0E9F6E"/>
        </w:rPr>
        <w:t xml:space="preserve">5.  </w:t>
      </w:r>
      <w:r>
        <w:t>Complete the bank section — bank name, account holder, account number, BIC/SWIFT and branch — which payroll needs b</w:t>
      </w:r>
      <w:r>
        <w:t>efore this person can be paid.</w:t>
      </w:r>
    </w:p>
    <w:p w:rsidR="007E715F" w:rsidRDefault="00D52D88">
      <w:pPr>
        <w:spacing w:after="60"/>
        <w:ind w:left="461" w:hanging="461"/>
      </w:pPr>
      <w:r>
        <w:rPr>
          <w:b/>
          <w:color w:val="0E9F6E"/>
        </w:rPr>
        <w:t xml:space="preserve">6.  </w:t>
      </w:r>
      <w:r>
        <w:t>Enter the base salary, then select the branch, department, designation and, if you use them, the shift and attendance policy.</w:t>
      </w:r>
    </w:p>
    <w:p w:rsidR="007E715F" w:rsidRDefault="00D52D88">
      <w:pPr>
        <w:spacing w:after="60"/>
        <w:ind w:left="461" w:hanging="461"/>
      </w:pPr>
      <w:r>
        <w:rPr>
          <w:b/>
          <w:color w:val="0E9F6E"/>
        </w:rPr>
        <w:t xml:space="preserve">7.  </w:t>
      </w:r>
      <w:r>
        <w:t>Save. The employee appears in the list and can now be referenced everywhere else in the sys</w:t>
      </w:r>
      <w:r>
        <w:t>tem.</w:t>
      </w:r>
    </w:p>
    <w:p w:rsidR="007E715F" w:rsidRDefault="00D52D88">
      <w:pPr>
        <w:spacing w:before="120" w:after="80"/>
        <w:jc w:val="center"/>
      </w:pPr>
      <w:r>
        <w:rPr>
          <w:noProof/>
        </w:rPr>
        <w:lastRenderedPageBreak/>
        <w:drawing>
          <wp:inline distT="0" distB="0" distL="0" distR="0">
            <wp:extent cx="3438769" cy="40233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employees.png"/>
                    <pic:cNvPicPr/>
                  </pic:nvPicPr>
                  <pic:blipFill>
                    <a:blip r:embed="rId44"/>
                    <a:stretch>
                      <a:fillRect/>
                    </a:stretch>
                  </pic:blipFill>
                  <pic:spPr>
                    <a:xfrm>
                      <a:off x="0" y="0"/>
                      <a:ext cx="3438769" cy="4023360"/>
                    </a:xfrm>
                    <a:prstGeom prst="rect">
                      <a:avLst/>
                    </a:prstGeom>
                    <a:ln w="9525">
                      <a:solidFill>
                        <a:srgbClr val="D8DCE3"/>
                      </a:solidFill>
                    </a:ln>
                  </pic:spPr>
                </pic:pic>
              </a:graphicData>
            </a:graphic>
          </wp:inline>
        </w:drawing>
      </w:r>
    </w:p>
    <w:p w:rsidR="007E715F" w:rsidRDefault="00D52D88">
      <w:pPr>
        <w:pStyle w:val="Caption"/>
        <w:jc w:val="center"/>
      </w:pPr>
      <w:bookmarkStart w:id="85" w:name="_Toc23742005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35</w:t>
      </w:r>
      <w:r>
        <w:rPr>
          <w:color w:val="6B7280"/>
        </w:rPr>
        <w:fldChar w:fldCharType="end"/>
      </w:r>
      <w:r>
        <w:rPr>
          <w:b w:val="0"/>
          <w:color w:val="6B7280"/>
        </w:rPr>
        <w:t>: The Add Employee form</w:t>
      </w:r>
      <w:bookmarkEnd w:id="85"/>
    </w:p>
    <w:p w:rsidR="007E715F" w:rsidRDefault="00D52D88">
      <w:pPr>
        <w:pStyle w:val="Heading1"/>
        <w:pageBreakBefore/>
        <w:spacing w:before="0"/>
      </w:pPr>
      <w:bookmarkStart w:id="86" w:name="_Toc237419925"/>
      <w:r>
        <w:lastRenderedPageBreak/>
        <w:t>Part IV — Running HR Day to Day</w:t>
      </w:r>
      <w:bookmarkEnd w:id="86"/>
    </w:p>
    <w:p w:rsidR="007E715F" w:rsidRDefault="00D52D88">
      <w:pPr>
        <w:pStyle w:val="Heading2"/>
        <w:pageBreakBefore/>
        <w:spacing w:before="0"/>
      </w:pPr>
      <w:bookmarkStart w:id="87" w:name="_Toc237419926"/>
      <w:r>
        <w:lastRenderedPageBreak/>
        <w:t>10. Leave Management</w:t>
      </w:r>
      <w:bookmarkEnd w:id="87"/>
    </w:p>
    <w:p w:rsidR="007E715F" w:rsidRDefault="00D52D88">
      <w:r>
        <w:t xml:space="preserve">Leave is set up in three layers and then used in one. You define the kinds of leave, attach a policy to each that says how it behaves, and </w:t>
      </w:r>
      <w:r>
        <w:t>from then on staff apply and the balances follow.</w:t>
      </w:r>
    </w:p>
    <w:p w:rsidR="007E715F" w:rsidRDefault="00D52D88">
      <w:r>
        <w:t>The layer most often missed is the policy. A leave type with no active policy cannot be applied for, which is the usual explanation when a leave type does not appear in the application form.</w:t>
      </w:r>
    </w:p>
    <w:p w:rsidR="007E715F" w:rsidRDefault="00D52D88">
      <w:pPr>
        <w:spacing w:after="80"/>
        <w:ind w:left="144"/>
      </w:pPr>
      <w:r>
        <w:rPr>
          <w:b/>
          <w:sz w:val="19"/>
        </w:rPr>
        <w:t>Pages in this c</w:t>
      </w:r>
      <w:r>
        <w:rPr>
          <w:b/>
          <w:sz w:val="19"/>
        </w:rPr>
        <w:t xml:space="preserve">hapter: </w:t>
      </w:r>
      <w:r>
        <w:rPr>
          <w:sz w:val="19"/>
        </w:rPr>
        <w:t>Leave Types, Leave Policies, Leave Applications, Leave Balances</w:t>
      </w:r>
    </w:p>
    <w:p w:rsidR="007E715F" w:rsidRDefault="00D52D88">
      <w:pPr>
        <w:pStyle w:val="Heading3"/>
        <w:pageBreakBefore/>
        <w:spacing w:before="0"/>
      </w:pPr>
      <w:bookmarkStart w:id="88" w:name="_Toc237419927"/>
      <w:r>
        <w:lastRenderedPageBreak/>
        <w:t>10.1 Leave Types</w:t>
      </w:r>
      <w:bookmarkEnd w:id="88"/>
    </w:p>
    <w:p w:rsidR="007E715F" w:rsidRDefault="00D52D88">
      <w:r>
        <w:t>The kinds of leave your company grants — annual, sick, maternity — and the maximum days a year each allows.</w:t>
      </w:r>
    </w:p>
    <w:p w:rsidR="007E715F" w:rsidRDefault="00D52D88">
      <w:pPr>
        <w:spacing w:before="120" w:after="80"/>
        <w:jc w:val="center"/>
      </w:pPr>
      <w:r>
        <w:rPr>
          <w:noProof/>
        </w:rPr>
        <w:drawing>
          <wp:inline distT="0" distB="0" distL="0" distR="0">
            <wp:extent cx="5760720" cy="3600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eave-management-leave-types.jpg"/>
                    <pic:cNvPicPr/>
                  </pic:nvPicPr>
                  <pic:blipFill>
                    <a:blip r:embed="rId4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89" w:name="_Toc23742005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36</w:t>
      </w:r>
      <w:r>
        <w:rPr>
          <w:color w:val="6B7280"/>
        </w:rPr>
        <w:fldChar w:fldCharType="end"/>
      </w:r>
      <w:r>
        <w:rPr>
          <w:b w:val="0"/>
          <w:color w:val="6B7280"/>
        </w:rPr>
        <w:t>: The Leave Types page</w:t>
      </w:r>
      <w:bookmarkEnd w:id="89"/>
    </w:p>
    <w:p w:rsidR="007E715F" w:rsidRDefault="00D52D88">
      <w:pPr>
        <w:spacing w:after="100"/>
        <w:ind w:left="144"/>
      </w:pPr>
      <w:r>
        <w:rPr>
          <w:b/>
          <w:color w:val="D7263D"/>
          <w:sz w:val="18"/>
        </w:rPr>
        <w:t>1</w:t>
      </w:r>
      <w:r>
        <w:rPr>
          <w:b/>
          <w:color w:val="D7263D"/>
          <w:sz w:val="18"/>
        </w:rPr>
        <w:t xml:space="preserve">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Max Days/Year, Type, Status, Created At, Actions</w:t>
      </w:r>
    </w:p>
    <w:p w:rsidR="007E715F" w:rsidRDefault="00D52D88">
      <w:pPr>
        <w:spacing w:after="80"/>
        <w:ind w:left="144"/>
      </w:pPr>
      <w:r>
        <w:rPr>
          <w:b/>
          <w:sz w:val="19"/>
        </w:rPr>
        <w:t xml:space="preserve">Actions on this page: </w:t>
      </w:r>
      <w:r>
        <w:rPr>
          <w:sz w:val="19"/>
        </w:rPr>
        <w:t>Add Leave Type</w:t>
      </w:r>
    </w:p>
    <w:p w:rsidR="007E715F" w:rsidRDefault="00D52D88">
      <w:pPr>
        <w:spacing w:after="60"/>
        <w:ind w:left="461" w:hanging="461"/>
      </w:pPr>
      <w:r>
        <w:rPr>
          <w:b/>
          <w:color w:val="0E9F6E"/>
        </w:rPr>
        <w:t xml:space="preserve">1.  </w:t>
      </w:r>
      <w:r>
        <w:t>Choose Add Leave Type at the top right. The form opens in a panel.</w:t>
      </w:r>
    </w:p>
    <w:p w:rsidR="007E715F" w:rsidRDefault="00D52D88">
      <w:pPr>
        <w:spacing w:after="60"/>
        <w:ind w:left="461" w:hanging="461"/>
      </w:pPr>
      <w:r>
        <w:rPr>
          <w:b/>
          <w:color w:val="0E9F6E"/>
        </w:rPr>
        <w:t xml:space="preserve">2.  </w:t>
      </w:r>
      <w:r>
        <w:t>Complet</w:t>
      </w:r>
      <w:r>
        <w:t>e the required fields: Leave Type Name, Maximum Days Per Year, Color.</w:t>
      </w:r>
    </w:p>
    <w:p w:rsidR="007E715F" w:rsidRDefault="00D52D88">
      <w:pPr>
        <w:spacing w:after="60"/>
        <w:ind w:left="461" w:hanging="461"/>
      </w:pPr>
      <w:r>
        <w:rPr>
          <w:b/>
          <w:color w:val="0E9F6E"/>
        </w:rPr>
        <w:t xml:space="preserve">3.  </w:t>
      </w:r>
      <w:r>
        <w:t>Fill in anything else that applies: Description, Is Paid.</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3281894" cy="40233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leave-management-leave-types.png"/>
                    <pic:cNvPicPr/>
                  </pic:nvPicPr>
                  <pic:blipFill>
                    <a:blip r:embed="rId46"/>
                    <a:stretch>
                      <a:fillRect/>
                    </a:stretch>
                  </pic:blipFill>
                  <pic:spPr>
                    <a:xfrm>
                      <a:off x="0" y="0"/>
                      <a:ext cx="3281894" cy="4023360"/>
                    </a:xfrm>
                    <a:prstGeom prst="rect">
                      <a:avLst/>
                    </a:prstGeom>
                    <a:ln w="9525">
                      <a:solidFill>
                        <a:srgbClr val="D8DCE3"/>
                      </a:solidFill>
                    </a:ln>
                  </pic:spPr>
                </pic:pic>
              </a:graphicData>
            </a:graphic>
          </wp:inline>
        </w:drawing>
      </w:r>
    </w:p>
    <w:p w:rsidR="007E715F" w:rsidRDefault="00D52D88">
      <w:pPr>
        <w:pStyle w:val="Caption"/>
        <w:jc w:val="center"/>
      </w:pPr>
      <w:bookmarkStart w:id="90" w:name="_Toc23742006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37</w:t>
      </w:r>
      <w:r>
        <w:rPr>
          <w:color w:val="6B7280"/>
        </w:rPr>
        <w:fldChar w:fldCharType="end"/>
      </w:r>
      <w:r>
        <w:rPr>
          <w:b w:val="0"/>
          <w:color w:val="6B7280"/>
        </w:rPr>
        <w:t>: The Add Leave Type form</w:t>
      </w:r>
      <w:bookmarkEnd w:id="90"/>
    </w:p>
    <w:p w:rsidR="007E715F" w:rsidRDefault="00D52D88">
      <w:pPr>
        <w:pStyle w:val="Heading3"/>
        <w:pageBreakBefore/>
        <w:spacing w:before="0"/>
      </w:pPr>
      <w:bookmarkStart w:id="91" w:name="_Toc237419928"/>
      <w:r>
        <w:lastRenderedPageBreak/>
        <w:t>10.2 Leave</w:t>
      </w:r>
      <w:r>
        <w:t xml:space="preserve"> Policies</w:t>
      </w:r>
      <w:bookmarkEnd w:id="91"/>
    </w:p>
    <w:p w:rsidR="007E715F" w:rsidRDefault="00D52D88">
      <w:r>
        <w:t>The rules applied to a leave type: how entitlement accrues, whether unused days carry forward, and whether applications need approval. A leave type without an active policy cannot be applied for.</w:t>
      </w:r>
    </w:p>
    <w:p w:rsidR="007E715F" w:rsidRDefault="00D52D88">
      <w:pPr>
        <w:spacing w:before="120" w:after="80"/>
        <w:jc w:val="center"/>
      </w:pPr>
      <w:r>
        <w:rPr>
          <w:noProof/>
        </w:rPr>
        <w:drawing>
          <wp:inline distT="0" distB="0" distL="0" distR="0">
            <wp:extent cx="5760720" cy="3600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eave-management-leave-policies.jpg"/>
                    <pic:cNvPicPr/>
                  </pic:nvPicPr>
                  <pic:blipFill>
                    <a:blip r:embed="rId4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92" w:name="_Toc23742006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38</w:t>
      </w:r>
      <w:r>
        <w:rPr>
          <w:color w:val="6B7280"/>
        </w:rPr>
        <w:fldChar w:fldCharType="end"/>
      </w:r>
      <w:r>
        <w:rPr>
          <w:b w:val="0"/>
          <w:color w:val="6B7280"/>
        </w:rPr>
        <w:t>: The Leave Pol</w:t>
      </w:r>
      <w:r>
        <w:rPr>
          <w:b w:val="0"/>
          <w:color w:val="6B7280"/>
        </w:rPr>
        <w:t>icies page</w:t>
      </w:r>
      <w:bookmarkEnd w:id="9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Policy Name, Leave Type, Accrual, Carry Forward, Approval, Status, Created At, Actions</w:t>
      </w:r>
    </w:p>
    <w:p w:rsidR="007E715F" w:rsidRDefault="00D52D88">
      <w:pPr>
        <w:spacing w:after="80"/>
        <w:ind w:left="144"/>
      </w:pPr>
      <w:r>
        <w:rPr>
          <w:b/>
          <w:sz w:val="19"/>
        </w:rPr>
        <w:t xml:space="preserve">Actions on this page: </w:t>
      </w:r>
      <w:r>
        <w:rPr>
          <w:sz w:val="19"/>
        </w:rPr>
        <w:t>Add Leave Policy</w:t>
      </w:r>
    </w:p>
    <w:p w:rsidR="007E715F" w:rsidRDefault="00D52D88">
      <w:pPr>
        <w:spacing w:after="60"/>
        <w:ind w:left="461" w:hanging="461"/>
      </w:pPr>
      <w:r>
        <w:rPr>
          <w:b/>
          <w:color w:val="0E9F6E"/>
        </w:rPr>
        <w:t xml:space="preserve">1.  </w:t>
      </w:r>
      <w:r>
        <w:t>Choose Add Leave Policy at the top right. The</w:t>
      </w:r>
      <w:r>
        <w:t xml:space="preserve"> form opens in a panel.</w:t>
      </w:r>
    </w:p>
    <w:p w:rsidR="007E715F" w:rsidRDefault="00D52D88">
      <w:pPr>
        <w:spacing w:after="60"/>
        <w:ind w:left="461" w:hanging="461"/>
      </w:pPr>
      <w:r>
        <w:rPr>
          <w:b/>
          <w:color w:val="0E9F6E"/>
        </w:rPr>
        <w:t xml:space="preserve">2.  </w:t>
      </w:r>
      <w:r>
        <w:t>Complete the required fields: Policy Name, Accrual Rate (Days), Carry Forward Limit (Days), Min Days Per Application, Max Days Per Application.</w:t>
      </w:r>
    </w:p>
    <w:p w:rsidR="007E715F" w:rsidRDefault="00D52D88">
      <w:pPr>
        <w:spacing w:after="60"/>
        <w:ind w:left="461" w:hanging="461"/>
      </w:pPr>
      <w:r>
        <w:rPr>
          <w:b/>
          <w:color w:val="0E9F6E"/>
        </w:rPr>
        <w:t xml:space="preserve">3.  </w:t>
      </w:r>
      <w:r>
        <w:t>Fill in anything else that applies: Description, Carried Days Expire, Expire Aft</w:t>
      </w:r>
      <w:r>
        <w:t>er (Months Into New Year), Requires Approval.</w:t>
      </w:r>
    </w:p>
    <w:p w:rsidR="007E715F" w:rsidRDefault="00D52D88">
      <w:pPr>
        <w:spacing w:after="60"/>
        <w:ind w:left="461" w:hanging="461"/>
      </w:pPr>
      <w:r>
        <w:rPr>
          <w:b/>
          <w:color w:val="0E9F6E"/>
        </w:rPr>
        <w:t xml:space="preserve">4.  </w:t>
      </w:r>
      <w:r>
        <w:t>Make the selections the form asks for: Leave Type, Accrual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leave-management-leave-policies.png"/>
                    <pic:cNvPicPr/>
                  </pic:nvPicPr>
                  <pic:blipFill>
                    <a:blip r:embed="rId48"/>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93" w:name="_Toc23742006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39</w:t>
      </w:r>
      <w:r>
        <w:rPr>
          <w:color w:val="6B7280"/>
        </w:rPr>
        <w:fldChar w:fldCharType="end"/>
      </w:r>
      <w:r>
        <w:rPr>
          <w:b w:val="0"/>
          <w:color w:val="6B7280"/>
        </w:rPr>
        <w:t>: The Add Leave Policy form</w:t>
      </w:r>
      <w:bookmarkEnd w:id="93"/>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A leave type with </w:t>
            </w:r>
            <w:r>
              <w:rPr>
                <w:sz w:val="18"/>
              </w:rPr>
              <w:t>no active policy cannot be applied for. If a type is missing from the leave application form, this is almost always why.</w:t>
            </w:r>
          </w:p>
        </w:tc>
      </w:tr>
    </w:tbl>
    <w:p w:rsidR="007E715F" w:rsidRDefault="007E715F">
      <w:pPr>
        <w:spacing w:after="40"/>
      </w:pPr>
    </w:p>
    <w:p w:rsidR="007E715F" w:rsidRDefault="00D52D88">
      <w:pPr>
        <w:pStyle w:val="Heading3"/>
        <w:pageBreakBefore/>
        <w:spacing w:before="0"/>
      </w:pPr>
      <w:bookmarkStart w:id="94" w:name="_Toc237419929"/>
      <w:r>
        <w:lastRenderedPageBreak/>
        <w:t>10.3 Leave Applications</w:t>
      </w:r>
      <w:bookmarkEnd w:id="94"/>
    </w:p>
    <w:p w:rsidR="007E715F" w:rsidRDefault="00D52D88">
      <w:r>
        <w:t>Requests to take leave, with their dates, the number of days and their approval status. This is the page most</w:t>
      </w:r>
      <w:r>
        <w:t xml:space="preserve"> staff interact with.</w:t>
      </w:r>
    </w:p>
    <w:p w:rsidR="007E715F" w:rsidRDefault="00D52D88">
      <w:pPr>
        <w:spacing w:before="120" w:after="80"/>
        <w:jc w:val="center"/>
      </w:pPr>
      <w:r>
        <w:rPr>
          <w:noProof/>
        </w:rPr>
        <w:drawing>
          <wp:inline distT="0" distB="0" distL="0" distR="0">
            <wp:extent cx="5760720" cy="3600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eave-management-leave-applications.jpg"/>
                    <pic:cNvPicPr/>
                  </pic:nvPicPr>
                  <pic:blipFill>
                    <a:blip r:embed="rId4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95" w:name="_Toc23742006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40</w:t>
      </w:r>
      <w:r>
        <w:rPr>
          <w:color w:val="6B7280"/>
        </w:rPr>
        <w:fldChar w:fldCharType="end"/>
      </w:r>
      <w:r>
        <w:rPr>
          <w:b w:val="0"/>
          <w:color w:val="6B7280"/>
        </w:rPr>
        <w:t>: The Leave Applications page</w:t>
      </w:r>
      <w:bookmarkEnd w:id="9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Leave Type, Start Date, End Date, Days, Status, Applied On, Actions</w:t>
      </w:r>
    </w:p>
    <w:p w:rsidR="007E715F" w:rsidRDefault="00D52D88">
      <w:pPr>
        <w:spacing w:after="80"/>
        <w:ind w:left="144"/>
      </w:pPr>
      <w:r>
        <w:rPr>
          <w:b/>
          <w:sz w:val="19"/>
        </w:rPr>
        <w:t xml:space="preserve">Actions on this page: </w:t>
      </w:r>
      <w:r>
        <w:rPr>
          <w:sz w:val="19"/>
        </w:rPr>
        <w:t>Add Leave Application</w:t>
      </w:r>
    </w:p>
    <w:p w:rsidR="007E715F" w:rsidRDefault="00D52D88">
      <w:pPr>
        <w:spacing w:after="60"/>
        <w:ind w:left="461" w:hanging="461"/>
      </w:pPr>
      <w:r>
        <w:rPr>
          <w:b/>
          <w:color w:val="0E9F6E"/>
        </w:rPr>
        <w:t xml:space="preserve">1.  </w:t>
      </w:r>
      <w:r>
        <w:t>Choose Add Leave Application at the top right. The form opens in a panel.</w:t>
      </w:r>
    </w:p>
    <w:p w:rsidR="007E715F" w:rsidRDefault="00D52D88">
      <w:pPr>
        <w:spacing w:after="60"/>
        <w:ind w:left="461" w:hanging="461"/>
      </w:pPr>
      <w:r>
        <w:rPr>
          <w:b/>
          <w:color w:val="0E9F6E"/>
        </w:rPr>
        <w:t xml:space="preserve">2.  </w:t>
      </w:r>
      <w:r>
        <w:t>Complete the required fields: Start Date, End Date, Reason.</w:t>
      </w:r>
    </w:p>
    <w:p w:rsidR="007E715F" w:rsidRDefault="00D52D88">
      <w:pPr>
        <w:spacing w:after="60"/>
        <w:ind w:left="461" w:hanging="461"/>
      </w:pPr>
      <w:r>
        <w:rPr>
          <w:b/>
          <w:color w:val="0E9F6E"/>
        </w:rPr>
        <w:t xml:space="preserve">3.  </w:t>
      </w:r>
      <w:r>
        <w:t>Fill in anything else that applies: Select attachment file....</w:t>
      </w:r>
    </w:p>
    <w:p w:rsidR="007E715F" w:rsidRDefault="00D52D88">
      <w:pPr>
        <w:spacing w:after="60"/>
        <w:ind w:left="461" w:hanging="461"/>
      </w:pPr>
      <w:r>
        <w:rPr>
          <w:b/>
          <w:color w:val="0E9F6E"/>
        </w:rPr>
        <w:t xml:space="preserve">4.  </w:t>
      </w:r>
      <w:r>
        <w:t>Make the selections the form asks for: Employee, Leave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130568" cy="40233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leave-management-leave-applications.png"/>
                    <pic:cNvPicPr/>
                  </pic:nvPicPr>
                  <pic:blipFill>
                    <a:blip r:embed="rId50"/>
                    <a:stretch>
                      <a:fillRect/>
                    </a:stretch>
                  </pic:blipFill>
                  <pic:spPr>
                    <a:xfrm>
                      <a:off x="0" y="0"/>
                      <a:ext cx="3130568" cy="4023360"/>
                    </a:xfrm>
                    <a:prstGeom prst="rect">
                      <a:avLst/>
                    </a:prstGeom>
                    <a:ln w="9525">
                      <a:solidFill>
                        <a:srgbClr val="D8DCE3"/>
                      </a:solidFill>
                    </a:ln>
                  </pic:spPr>
                </pic:pic>
              </a:graphicData>
            </a:graphic>
          </wp:inline>
        </w:drawing>
      </w:r>
    </w:p>
    <w:p w:rsidR="007E715F" w:rsidRDefault="00D52D88">
      <w:pPr>
        <w:pStyle w:val="Caption"/>
        <w:jc w:val="center"/>
      </w:pPr>
      <w:bookmarkStart w:id="96" w:name="_Toc23742006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41</w:t>
      </w:r>
      <w:r>
        <w:rPr>
          <w:color w:val="6B7280"/>
        </w:rPr>
        <w:fldChar w:fldCharType="end"/>
      </w:r>
      <w:r>
        <w:rPr>
          <w:b w:val="0"/>
          <w:color w:val="6B7280"/>
        </w:rPr>
        <w:t>: The Add Leave Application form</w:t>
      </w:r>
      <w:bookmarkEnd w:id="96"/>
    </w:p>
    <w:p w:rsidR="007E715F" w:rsidRDefault="00D52D88">
      <w:pPr>
        <w:pStyle w:val="Heading3"/>
        <w:pageBreakBefore/>
        <w:spacing w:before="0"/>
      </w:pPr>
      <w:bookmarkStart w:id="97" w:name="_Toc237419930"/>
      <w:r>
        <w:lastRenderedPageBreak/>
        <w:t>10.4 Leave Balances</w:t>
      </w:r>
      <w:bookmarkEnd w:id="97"/>
    </w:p>
    <w:p w:rsidR="007E715F" w:rsidRDefault="00D52D88">
      <w:r>
        <w:t>What each employee has been allocated, used and ha</w:t>
      </w:r>
      <w:r>
        <w:t>s left, by leave type and year.</w:t>
      </w:r>
    </w:p>
    <w:p w:rsidR="007E715F" w:rsidRDefault="00D52D88">
      <w:pPr>
        <w:spacing w:before="120" w:after="80"/>
        <w:jc w:val="center"/>
      </w:pPr>
      <w:r>
        <w:rPr>
          <w:noProof/>
        </w:rPr>
        <w:drawing>
          <wp:inline distT="0" distB="0" distL="0" distR="0">
            <wp:extent cx="5760720" cy="36004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eave-management-leave-balances.jpg"/>
                    <pic:cNvPicPr/>
                  </pic:nvPicPr>
                  <pic:blipFill>
                    <a:blip r:embed="rId5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98" w:name="_Toc23742006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42</w:t>
      </w:r>
      <w:r>
        <w:rPr>
          <w:color w:val="6B7280"/>
        </w:rPr>
        <w:fldChar w:fldCharType="end"/>
      </w:r>
      <w:r>
        <w:rPr>
          <w:b w:val="0"/>
          <w:color w:val="6B7280"/>
        </w:rPr>
        <w:t>: The Leave Balances page</w:t>
      </w:r>
      <w:bookmarkEnd w:id="9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Leave Type, Year, Allocated, Used, Remaining, Carried Forward, Adjustment, Actions</w:t>
      </w:r>
    </w:p>
    <w:p w:rsidR="007E715F" w:rsidRDefault="00D52D88">
      <w:pPr>
        <w:spacing w:after="80"/>
        <w:ind w:left="144"/>
      </w:pPr>
      <w:r>
        <w:rPr>
          <w:b/>
          <w:sz w:val="19"/>
        </w:rPr>
        <w:t xml:space="preserve">Actions on this page: </w:t>
      </w:r>
      <w:r>
        <w:rPr>
          <w:sz w:val="19"/>
        </w:rPr>
        <w:t>Add Leave Balance</w:t>
      </w:r>
    </w:p>
    <w:p w:rsidR="007E715F" w:rsidRDefault="00D52D88">
      <w:pPr>
        <w:spacing w:after="60"/>
        <w:ind w:left="461" w:hanging="461"/>
      </w:pPr>
      <w:r>
        <w:rPr>
          <w:b/>
          <w:color w:val="0E9F6E"/>
        </w:rPr>
        <w:t xml:space="preserve">1.  </w:t>
      </w:r>
      <w:r>
        <w:t>Choose Add Leave Balance at the top right. The form opens in a panel.</w:t>
      </w:r>
    </w:p>
    <w:p w:rsidR="007E715F" w:rsidRDefault="00D52D88">
      <w:pPr>
        <w:spacing w:after="60"/>
        <w:ind w:left="461" w:hanging="461"/>
      </w:pPr>
      <w:r>
        <w:rPr>
          <w:b/>
          <w:color w:val="0E9F6E"/>
        </w:rPr>
        <w:t xml:space="preserve">2.  </w:t>
      </w:r>
      <w:r>
        <w:t>Complete the required fields: Year, Allocated Days.</w:t>
      </w:r>
    </w:p>
    <w:p w:rsidR="007E715F" w:rsidRDefault="00D52D88">
      <w:pPr>
        <w:spacing w:after="60"/>
        <w:ind w:left="461" w:hanging="461"/>
      </w:pPr>
      <w:r>
        <w:rPr>
          <w:b/>
          <w:color w:val="0E9F6E"/>
        </w:rPr>
        <w:t xml:space="preserve">3.  </w:t>
      </w:r>
      <w:r>
        <w:t>Fill in anything else that applies: Carried Forward Days, Manual Adjustment, Adjus</w:t>
      </w:r>
      <w:r>
        <w:t>tment Reason.</w:t>
      </w:r>
    </w:p>
    <w:p w:rsidR="007E715F" w:rsidRDefault="00D52D88">
      <w:pPr>
        <w:spacing w:after="60"/>
        <w:ind w:left="461" w:hanging="461"/>
      </w:pPr>
      <w:r>
        <w:rPr>
          <w:b/>
          <w:color w:val="0E9F6E"/>
        </w:rPr>
        <w:t xml:space="preserve">4.  </w:t>
      </w:r>
      <w:r>
        <w:t>Make the selections the form asks for: Employee, Leave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821577" cy="40233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leave-management-leave-balances.png"/>
                    <pic:cNvPicPr/>
                  </pic:nvPicPr>
                  <pic:blipFill>
                    <a:blip r:embed="rId52"/>
                    <a:stretch>
                      <a:fillRect/>
                    </a:stretch>
                  </pic:blipFill>
                  <pic:spPr>
                    <a:xfrm>
                      <a:off x="0" y="0"/>
                      <a:ext cx="2821577" cy="4023360"/>
                    </a:xfrm>
                    <a:prstGeom prst="rect">
                      <a:avLst/>
                    </a:prstGeom>
                    <a:ln w="9525">
                      <a:solidFill>
                        <a:srgbClr val="D8DCE3"/>
                      </a:solidFill>
                    </a:ln>
                  </pic:spPr>
                </pic:pic>
              </a:graphicData>
            </a:graphic>
          </wp:inline>
        </w:drawing>
      </w:r>
    </w:p>
    <w:p w:rsidR="007E715F" w:rsidRDefault="00D52D88">
      <w:pPr>
        <w:pStyle w:val="Caption"/>
        <w:jc w:val="center"/>
      </w:pPr>
      <w:bookmarkStart w:id="99" w:name="_Toc23742006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43</w:t>
      </w:r>
      <w:r>
        <w:rPr>
          <w:color w:val="6B7280"/>
        </w:rPr>
        <w:fldChar w:fldCharType="end"/>
      </w:r>
      <w:r>
        <w:rPr>
          <w:b w:val="0"/>
          <w:color w:val="6B7280"/>
        </w:rPr>
        <w:t>: The Add Leave Balance form</w:t>
      </w:r>
      <w:bookmarkEnd w:id="99"/>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Balances follow from the policy and from approved </w:t>
            </w:r>
            <w:r>
              <w:rPr>
                <w:sz w:val="18"/>
              </w:rPr>
              <w:t>applications. They are not edited directly, which is what keeps them reconcilable.</w:t>
            </w:r>
          </w:p>
        </w:tc>
      </w:tr>
    </w:tbl>
    <w:p w:rsidR="007E715F" w:rsidRDefault="007E715F">
      <w:pPr>
        <w:spacing w:after="40"/>
      </w:pPr>
    </w:p>
    <w:p w:rsidR="007E715F" w:rsidRDefault="00D52D88">
      <w:pPr>
        <w:pStyle w:val="Heading2"/>
        <w:pageBreakBefore/>
        <w:spacing w:before="0"/>
      </w:pPr>
      <w:bookmarkStart w:id="100" w:name="_Toc237419931"/>
      <w:r>
        <w:lastRenderedPageBreak/>
        <w:t>11. Attendance and Time</w:t>
      </w:r>
      <w:bookmarkEnd w:id="100"/>
    </w:p>
    <w:p w:rsidR="007E715F" w:rsidRDefault="00D52D88">
      <w:r>
        <w:t xml:space="preserve">Attendance answers whether someone was at work. Shifts say what their day should look like, policies say how lateness and overtime are treated, </w:t>
      </w:r>
      <w:r>
        <w:t>records hold what actually happened, and regularisations are how a wrong record gets corrected.</w:t>
      </w:r>
    </w:p>
    <w:p w:rsidR="007E715F" w:rsidRDefault="00D52D88">
      <w:r>
        <w:t>Time tracking is a separate question — not whether someone was present, but what they spent the day on.</w:t>
      </w:r>
    </w:p>
    <w:p w:rsidR="007E715F" w:rsidRDefault="00D52D88">
      <w:pPr>
        <w:spacing w:after="80"/>
        <w:ind w:left="144"/>
      </w:pPr>
      <w:r>
        <w:rPr>
          <w:b/>
          <w:sz w:val="19"/>
        </w:rPr>
        <w:t xml:space="preserve">Pages in this chapter: </w:t>
      </w:r>
      <w:r>
        <w:rPr>
          <w:sz w:val="19"/>
        </w:rPr>
        <w:t>Shifts, Attendance Policies, Atte</w:t>
      </w:r>
      <w:r>
        <w:rPr>
          <w:sz w:val="19"/>
        </w:rPr>
        <w:t>ndance Records, Attendance Regularizations, Biometric Attendance, Time Entries</w:t>
      </w:r>
    </w:p>
    <w:p w:rsidR="007E715F" w:rsidRDefault="00D52D88">
      <w:pPr>
        <w:pStyle w:val="Heading3"/>
        <w:pageBreakBefore/>
        <w:spacing w:before="0"/>
      </w:pPr>
      <w:bookmarkStart w:id="101" w:name="_Toc237419932"/>
      <w:r>
        <w:lastRenderedPageBreak/>
        <w:t>11.1 Shifts</w:t>
      </w:r>
      <w:bookmarkEnd w:id="101"/>
    </w:p>
    <w:p w:rsidR="007E715F" w:rsidRDefault="00D52D88">
      <w:r>
        <w:t>Working patterns: start and end times, break length, the resulting working hours, and the grace period before a late arrival counts as late.</w:t>
      </w:r>
    </w:p>
    <w:p w:rsidR="007E715F" w:rsidRDefault="00D52D88">
      <w:pPr>
        <w:spacing w:before="120" w:after="80"/>
        <w:jc w:val="center"/>
      </w:pPr>
      <w:r>
        <w:rPr>
          <w:noProof/>
        </w:rPr>
        <w:drawing>
          <wp:inline distT="0" distB="0" distL="0" distR="0">
            <wp:extent cx="5760720" cy="36004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ttendance-shifts.png"/>
                    <pic:cNvPicPr/>
                  </pic:nvPicPr>
                  <pic:blipFill>
                    <a:blip r:embed="rId5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02" w:name="_Toc237420067"/>
      <w:r>
        <w:rPr>
          <w:color w:val="6B7280"/>
        </w:rPr>
        <w:t xml:space="preserve">Figure </w:t>
      </w:r>
      <w:r>
        <w:rPr>
          <w:color w:val="6B7280"/>
        </w:rPr>
        <w:fldChar w:fldCharType="begin"/>
      </w:r>
      <w:r>
        <w:rPr>
          <w:color w:val="6B7280"/>
        </w:rPr>
        <w:instrText xml:space="preserve"> SEQ Figure \* </w:instrText>
      </w:r>
      <w:r>
        <w:rPr>
          <w:color w:val="6B7280"/>
        </w:rPr>
        <w:instrText xml:space="preserve">ARABIC </w:instrText>
      </w:r>
      <w:r>
        <w:rPr>
          <w:color w:val="6B7280"/>
        </w:rPr>
        <w:fldChar w:fldCharType="separate"/>
      </w:r>
      <w:r>
        <w:rPr>
          <w:noProof/>
          <w:color w:val="6B7280"/>
        </w:rPr>
        <w:t>44</w:t>
      </w:r>
      <w:r>
        <w:rPr>
          <w:color w:val="6B7280"/>
        </w:rPr>
        <w:fldChar w:fldCharType="end"/>
      </w:r>
      <w:r>
        <w:rPr>
          <w:b w:val="0"/>
          <w:color w:val="6B7280"/>
        </w:rPr>
        <w:t>: The Shifts page</w:t>
      </w:r>
      <w:bookmarkEnd w:id="10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Shift Name, Start Time, End Time, Break (mins), Working Hours, Grace (mins), Type, Status, Actions</w:t>
      </w:r>
    </w:p>
    <w:p w:rsidR="007E715F" w:rsidRDefault="00D52D88">
      <w:pPr>
        <w:spacing w:after="80"/>
        <w:ind w:left="144"/>
      </w:pPr>
      <w:r>
        <w:rPr>
          <w:b/>
          <w:sz w:val="19"/>
        </w:rPr>
        <w:t xml:space="preserve">Actions on this page: </w:t>
      </w:r>
      <w:r>
        <w:rPr>
          <w:sz w:val="19"/>
        </w:rPr>
        <w:t>Add Shift</w:t>
      </w:r>
    </w:p>
    <w:p w:rsidR="007E715F" w:rsidRDefault="00D52D88">
      <w:pPr>
        <w:spacing w:after="60"/>
        <w:ind w:left="461" w:hanging="461"/>
      </w:pPr>
      <w:r>
        <w:rPr>
          <w:b/>
          <w:color w:val="0E9F6E"/>
        </w:rPr>
        <w:t xml:space="preserve">1.  </w:t>
      </w:r>
      <w:r>
        <w:t>Choose Add Shift at th</w:t>
      </w:r>
      <w:r>
        <w:t>e top right. The form opens in a panel.</w:t>
      </w:r>
    </w:p>
    <w:p w:rsidR="007E715F" w:rsidRDefault="00D52D88">
      <w:pPr>
        <w:spacing w:after="60"/>
        <w:ind w:left="461" w:hanging="461"/>
      </w:pPr>
      <w:r>
        <w:rPr>
          <w:b/>
          <w:color w:val="0E9F6E"/>
        </w:rPr>
        <w:t xml:space="preserve">2.  </w:t>
      </w:r>
      <w:r>
        <w:t>Complete the required fields: Shift Name, Start Time, End Time, Break Duration (minutes), Grace Period (minutes).</w:t>
      </w:r>
    </w:p>
    <w:p w:rsidR="007E715F" w:rsidRDefault="00D52D88">
      <w:pPr>
        <w:spacing w:after="60"/>
        <w:ind w:left="461" w:hanging="461"/>
      </w:pPr>
      <w:r>
        <w:rPr>
          <w:b/>
          <w:color w:val="0E9F6E"/>
        </w:rPr>
        <w:t xml:space="preserve">3.  </w:t>
      </w:r>
      <w:r>
        <w:t xml:space="preserve">Fill in anything else that applies: Description, Break Start Time, Break End Time, Night </w:t>
      </w:r>
      <w:r>
        <w:t>Shift.</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attendance-shifts.png"/>
                    <pic:cNvPicPr/>
                  </pic:nvPicPr>
                  <pic:blipFill>
                    <a:blip r:embed="rId54"/>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103" w:name="_Toc23742006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45</w:t>
      </w:r>
      <w:r>
        <w:rPr>
          <w:color w:val="6B7280"/>
        </w:rPr>
        <w:fldChar w:fldCharType="end"/>
      </w:r>
      <w:r>
        <w:rPr>
          <w:b w:val="0"/>
          <w:color w:val="6B7280"/>
        </w:rPr>
        <w:t>: The Add Shift form</w:t>
      </w:r>
      <w:bookmarkEnd w:id="103"/>
    </w:p>
    <w:p w:rsidR="007E715F" w:rsidRDefault="00D52D88">
      <w:pPr>
        <w:pStyle w:val="Heading3"/>
        <w:pageBreakBefore/>
        <w:spacing w:before="0"/>
      </w:pPr>
      <w:bookmarkStart w:id="104" w:name="_Toc237419933"/>
      <w:r>
        <w:lastRenderedPageBreak/>
        <w:t>11.2 Attendance Policies</w:t>
      </w:r>
      <w:bookmarkEnd w:id="104"/>
    </w:p>
    <w:p w:rsidR="007E715F" w:rsidRDefault="00D52D88">
      <w:r>
        <w:t>How lateness, early departure and overtime are treated. Set once, applied to everyone the policy covers.</w:t>
      </w:r>
    </w:p>
    <w:p w:rsidR="007E715F" w:rsidRDefault="00D52D88">
      <w:pPr>
        <w:spacing w:before="120" w:after="80"/>
        <w:jc w:val="center"/>
      </w:pPr>
      <w:r>
        <w:rPr>
          <w:noProof/>
        </w:rPr>
        <w:drawing>
          <wp:inline distT="0" distB="0" distL="0" distR="0">
            <wp:extent cx="5760720" cy="3600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ttendance-attendance-policies.png"/>
                    <pic:cNvPicPr/>
                  </pic:nvPicPr>
                  <pic:blipFill>
                    <a:blip r:embed="rId5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05" w:name="_Toc237420069"/>
      <w:r>
        <w:rPr>
          <w:color w:val="6B7280"/>
        </w:rPr>
        <w:t xml:space="preserve">Figure </w:t>
      </w:r>
      <w:r>
        <w:rPr>
          <w:color w:val="6B7280"/>
        </w:rPr>
        <w:fldChar w:fldCharType="begin"/>
      </w:r>
      <w:r>
        <w:rPr>
          <w:color w:val="6B7280"/>
        </w:rPr>
        <w:instrText xml:space="preserve"> </w:instrText>
      </w:r>
      <w:r>
        <w:rPr>
          <w:color w:val="6B7280"/>
        </w:rPr>
        <w:instrText xml:space="preserve">SEQ Figure \* ARABIC </w:instrText>
      </w:r>
      <w:r>
        <w:rPr>
          <w:color w:val="6B7280"/>
        </w:rPr>
        <w:fldChar w:fldCharType="separate"/>
      </w:r>
      <w:r>
        <w:rPr>
          <w:noProof/>
          <w:color w:val="6B7280"/>
        </w:rPr>
        <w:t>46</w:t>
      </w:r>
      <w:r>
        <w:rPr>
          <w:color w:val="6B7280"/>
        </w:rPr>
        <w:fldChar w:fldCharType="end"/>
      </w:r>
      <w:r>
        <w:rPr>
          <w:b w:val="0"/>
          <w:color w:val="6B7280"/>
        </w:rPr>
        <w:t>: The Attendance Policies page</w:t>
      </w:r>
      <w:bookmarkEnd w:id="10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Policy Name, Late Grace (mins), Early Grace (mins), Overtime Rate, Status, Actions</w:t>
      </w:r>
    </w:p>
    <w:p w:rsidR="007E715F" w:rsidRDefault="00D52D88">
      <w:pPr>
        <w:spacing w:after="80"/>
        <w:ind w:left="144"/>
      </w:pPr>
      <w:r>
        <w:rPr>
          <w:b/>
          <w:sz w:val="19"/>
        </w:rPr>
        <w:t xml:space="preserve">Actions on this page: </w:t>
      </w:r>
      <w:r>
        <w:rPr>
          <w:sz w:val="19"/>
        </w:rPr>
        <w:t>Add Attendance Policy</w:t>
      </w:r>
    </w:p>
    <w:p w:rsidR="007E715F" w:rsidRDefault="00D52D88">
      <w:pPr>
        <w:spacing w:after="60"/>
        <w:ind w:left="461" w:hanging="461"/>
      </w:pPr>
      <w:r>
        <w:rPr>
          <w:b/>
          <w:color w:val="0E9F6E"/>
        </w:rPr>
        <w:t xml:space="preserve">1.  </w:t>
      </w:r>
      <w:r>
        <w:t>Choose Add Attendance Policy at the top right. The form opens in a panel.</w:t>
      </w:r>
    </w:p>
    <w:p w:rsidR="007E715F" w:rsidRDefault="00D52D88">
      <w:pPr>
        <w:spacing w:after="60"/>
        <w:ind w:left="461" w:hanging="461"/>
      </w:pPr>
      <w:r>
        <w:rPr>
          <w:b/>
          <w:color w:val="0E9F6E"/>
        </w:rPr>
        <w:t xml:space="preserve">2.  </w:t>
      </w:r>
      <w:r>
        <w:t>Complete the required fields: Policy Name, Late Arrival Grace (minutes), Early Departure Grace (minutes), Overtime Rate Per Hour.</w:t>
      </w:r>
    </w:p>
    <w:p w:rsidR="007E715F" w:rsidRDefault="00D52D88">
      <w:pPr>
        <w:spacing w:after="60"/>
        <w:ind w:left="461" w:hanging="461"/>
      </w:pPr>
      <w:r>
        <w:rPr>
          <w:b/>
          <w:color w:val="0E9F6E"/>
        </w:rPr>
        <w:t xml:space="preserve">3.  </w:t>
      </w:r>
      <w:r>
        <w:t>Fill in anything else that applies: Desc</w:t>
      </w:r>
      <w:r>
        <w:t>ription.</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3185651" cy="40233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attendance-attendance-policies.png"/>
                    <pic:cNvPicPr/>
                  </pic:nvPicPr>
                  <pic:blipFill>
                    <a:blip r:embed="rId56"/>
                    <a:stretch>
                      <a:fillRect/>
                    </a:stretch>
                  </pic:blipFill>
                  <pic:spPr>
                    <a:xfrm>
                      <a:off x="0" y="0"/>
                      <a:ext cx="3185651" cy="4023360"/>
                    </a:xfrm>
                    <a:prstGeom prst="rect">
                      <a:avLst/>
                    </a:prstGeom>
                    <a:ln w="9525">
                      <a:solidFill>
                        <a:srgbClr val="D8DCE3"/>
                      </a:solidFill>
                    </a:ln>
                  </pic:spPr>
                </pic:pic>
              </a:graphicData>
            </a:graphic>
          </wp:inline>
        </w:drawing>
      </w:r>
    </w:p>
    <w:p w:rsidR="007E715F" w:rsidRDefault="00D52D88">
      <w:pPr>
        <w:pStyle w:val="Caption"/>
        <w:jc w:val="center"/>
      </w:pPr>
      <w:bookmarkStart w:id="106" w:name="_Toc23742007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47</w:t>
      </w:r>
      <w:r>
        <w:rPr>
          <w:color w:val="6B7280"/>
        </w:rPr>
        <w:fldChar w:fldCharType="end"/>
      </w:r>
      <w:r>
        <w:rPr>
          <w:b w:val="0"/>
          <w:color w:val="6B7280"/>
        </w:rPr>
        <w:t>: The Add Attendance Policy form</w:t>
      </w:r>
      <w:bookmarkEnd w:id="106"/>
    </w:p>
    <w:p w:rsidR="007E715F" w:rsidRDefault="00D52D88">
      <w:pPr>
        <w:pStyle w:val="Heading3"/>
        <w:pageBreakBefore/>
        <w:spacing w:before="0"/>
      </w:pPr>
      <w:bookmarkStart w:id="107" w:name="_Toc237419934"/>
      <w:r>
        <w:lastRenderedPageBreak/>
        <w:t>11.3 Attendance Records</w:t>
      </w:r>
      <w:bookmarkEnd w:id="107"/>
    </w:p>
    <w:p w:rsidR="007E715F" w:rsidRDefault="00D52D88">
      <w:r>
        <w:t>Daily attendance per employee: the shift they were on, when they clocked in and out and the hours that</w:t>
      </w:r>
      <w:r>
        <w:t xml:space="preserve"> produced.</w:t>
      </w:r>
    </w:p>
    <w:p w:rsidR="007E715F" w:rsidRDefault="00D52D88">
      <w:pPr>
        <w:spacing w:before="120" w:after="80"/>
        <w:jc w:val="center"/>
      </w:pPr>
      <w:r>
        <w:rPr>
          <w:noProof/>
        </w:rPr>
        <w:drawing>
          <wp:inline distT="0" distB="0" distL="0" distR="0">
            <wp:extent cx="5760720" cy="3600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ttendance-attendance-records.jpg"/>
                    <pic:cNvPicPr/>
                  </pic:nvPicPr>
                  <pic:blipFill>
                    <a:blip r:embed="rId5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08" w:name="_Toc23742007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48</w:t>
      </w:r>
      <w:r>
        <w:rPr>
          <w:color w:val="6B7280"/>
        </w:rPr>
        <w:fldChar w:fldCharType="end"/>
      </w:r>
      <w:r>
        <w:rPr>
          <w:b w:val="0"/>
          <w:color w:val="6B7280"/>
        </w:rPr>
        <w:t>: The Attendance Records page</w:t>
      </w:r>
      <w:bookmarkEnd w:id="10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Date, Shift, Clock In, Clock Out, Total Hours, Overtime, Status, Actions</w:t>
      </w:r>
    </w:p>
    <w:p w:rsidR="007E715F" w:rsidRDefault="00D52D88">
      <w:pPr>
        <w:spacing w:after="80"/>
        <w:ind w:left="144"/>
      </w:pPr>
      <w:r>
        <w:rPr>
          <w:b/>
          <w:sz w:val="19"/>
        </w:rPr>
        <w:t xml:space="preserve">Actions on this page: </w:t>
      </w:r>
      <w:r>
        <w:rPr>
          <w:sz w:val="19"/>
        </w:rPr>
        <w:t>Add R</w:t>
      </w:r>
      <w:r>
        <w:rPr>
          <w:sz w:val="19"/>
        </w:rPr>
        <w:t>ecord, ...</w:t>
      </w:r>
    </w:p>
    <w:p w:rsidR="007E715F" w:rsidRDefault="00D52D88">
      <w:pPr>
        <w:spacing w:after="60"/>
        <w:ind w:left="461" w:hanging="461"/>
      </w:pPr>
      <w:r>
        <w:rPr>
          <w:b/>
          <w:color w:val="0E9F6E"/>
        </w:rPr>
        <w:t xml:space="preserve">1.  </w:t>
      </w:r>
      <w:r>
        <w:t>Choose Add Record at the top right. The form opens in a panel.</w:t>
      </w:r>
    </w:p>
    <w:p w:rsidR="007E715F" w:rsidRDefault="00D52D88">
      <w:pPr>
        <w:spacing w:after="60"/>
        <w:ind w:left="461" w:hanging="461"/>
      </w:pPr>
      <w:r>
        <w:rPr>
          <w:b/>
          <w:color w:val="0E9F6E"/>
        </w:rPr>
        <w:t xml:space="preserve">2.  </w:t>
      </w:r>
      <w:r>
        <w:t>Complete the required fields: Date.</w:t>
      </w:r>
    </w:p>
    <w:p w:rsidR="007E715F" w:rsidRDefault="00D52D88">
      <w:pPr>
        <w:spacing w:after="60"/>
        <w:ind w:left="461" w:hanging="461"/>
      </w:pPr>
      <w:r>
        <w:rPr>
          <w:b/>
          <w:color w:val="0E9F6E"/>
        </w:rPr>
        <w:t xml:space="preserve">3.  </w:t>
      </w:r>
      <w:r>
        <w:t>Fill in anything else that applies: Clock In Time, Clock Out Time, Break Hours, Holiday, Notes.</w:t>
      </w:r>
    </w:p>
    <w:p w:rsidR="007E715F" w:rsidRDefault="00D52D88">
      <w:pPr>
        <w:spacing w:after="60"/>
        <w:ind w:left="461" w:hanging="461"/>
      </w:pPr>
      <w:r>
        <w:rPr>
          <w:b/>
          <w:color w:val="0E9F6E"/>
        </w:rPr>
        <w:t xml:space="preserve">4.  </w:t>
      </w:r>
      <w:r>
        <w:t xml:space="preserve">Make the selections the form asks </w:t>
      </w:r>
      <w:r>
        <w:t>for: Employee,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630283" cy="40233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attendance-attendance-records.png"/>
                    <pic:cNvPicPr/>
                  </pic:nvPicPr>
                  <pic:blipFill>
                    <a:blip r:embed="rId58"/>
                    <a:stretch>
                      <a:fillRect/>
                    </a:stretch>
                  </pic:blipFill>
                  <pic:spPr>
                    <a:xfrm>
                      <a:off x="0" y="0"/>
                      <a:ext cx="2630283" cy="4023360"/>
                    </a:xfrm>
                    <a:prstGeom prst="rect">
                      <a:avLst/>
                    </a:prstGeom>
                    <a:ln w="9525">
                      <a:solidFill>
                        <a:srgbClr val="D8DCE3"/>
                      </a:solidFill>
                    </a:ln>
                  </pic:spPr>
                </pic:pic>
              </a:graphicData>
            </a:graphic>
          </wp:inline>
        </w:drawing>
      </w:r>
    </w:p>
    <w:p w:rsidR="007E715F" w:rsidRDefault="00D52D88">
      <w:pPr>
        <w:pStyle w:val="Caption"/>
        <w:jc w:val="center"/>
      </w:pPr>
      <w:bookmarkStart w:id="109" w:name="_Toc23742007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49</w:t>
      </w:r>
      <w:r>
        <w:rPr>
          <w:color w:val="6B7280"/>
        </w:rPr>
        <w:fldChar w:fldCharType="end"/>
      </w:r>
      <w:r>
        <w:rPr>
          <w:b w:val="0"/>
          <w:color w:val="6B7280"/>
        </w:rPr>
        <w:t>: The Add Record form</w:t>
      </w:r>
      <w:bookmarkEnd w:id="109"/>
    </w:p>
    <w:p w:rsidR="007E715F" w:rsidRDefault="00D52D88">
      <w:pPr>
        <w:pStyle w:val="Heading3"/>
        <w:pageBreakBefore/>
        <w:spacing w:before="0"/>
      </w:pPr>
      <w:bookmarkStart w:id="110" w:name="_Toc237419935"/>
      <w:r>
        <w:lastRenderedPageBreak/>
        <w:t>11.4 Attendance Regularizations</w:t>
      </w:r>
      <w:bookmarkEnd w:id="110"/>
    </w:p>
    <w:p w:rsidR="007E715F" w:rsidRDefault="00D52D88">
      <w:r>
        <w:t xml:space="preserve">Corrections to attendance. When a clock-in is missing or wrong, the employee requests a </w:t>
      </w:r>
      <w:r>
        <w:t>change, the original and requested times are shown side by side, and a manager decides — so records are corrected with an audit trail rather than quietly edited.</w:t>
      </w:r>
    </w:p>
    <w:p w:rsidR="007E715F" w:rsidRDefault="00D52D88">
      <w:pPr>
        <w:spacing w:before="120" w:after="80"/>
        <w:jc w:val="center"/>
      </w:pPr>
      <w:r>
        <w:rPr>
          <w:noProof/>
        </w:rPr>
        <w:drawing>
          <wp:inline distT="0" distB="0" distL="0" distR="0">
            <wp:extent cx="5760720" cy="366765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attendance-attendance-regularizations.jpg"/>
                    <pic:cNvPicPr/>
                  </pic:nvPicPr>
                  <pic:blipFill>
                    <a:blip r:embed="rId59"/>
                    <a:stretch>
                      <a:fillRect/>
                    </a:stretch>
                  </pic:blipFill>
                  <pic:spPr>
                    <a:xfrm>
                      <a:off x="0" y="0"/>
                      <a:ext cx="5760720" cy="3667658"/>
                    </a:xfrm>
                    <a:prstGeom prst="rect">
                      <a:avLst/>
                    </a:prstGeom>
                    <a:ln w="9525">
                      <a:solidFill>
                        <a:srgbClr val="D8DCE3"/>
                      </a:solidFill>
                    </a:ln>
                  </pic:spPr>
                </pic:pic>
              </a:graphicData>
            </a:graphic>
          </wp:inline>
        </w:drawing>
      </w:r>
    </w:p>
    <w:p w:rsidR="007E715F" w:rsidRDefault="00D52D88">
      <w:pPr>
        <w:pStyle w:val="Caption"/>
        <w:jc w:val="center"/>
      </w:pPr>
      <w:bookmarkStart w:id="111" w:name="_Toc23742007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50</w:t>
      </w:r>
      <w:r>
        <w:rPr>
          <w:color w:val="6B7280"/>
        </w:rPr>
        <w:fldChar w:fldCharType="end"/>
      </w:r>
      <w:r>
        <w:rPr>
          <w:b w:val="0"/>
          <w:color w:val="6B7280"/>
        </w:rPr>
        <w:t>: The Attendance Regularizations page</w:t>
      </w:r>
      <w:bookmarkEnd w:id="11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Date, Original Times, Requested Times, Reason, Status, Requested On, Actions</w:t>
      </w:r>
    </w:p>
    <w:p w:rsidR="007E715F" w:rsidRDefault="00D52D88">
      <w:pPr>
        <w:spacing w:after="80"/>
        <w:ind w:left="144"/>
      </w:pPr>
      <w:r>
        <w:rPr>
          <w:b/>
          <w:sz w:val="19"/>
        </w:rPr>
        <w:t xml:space="preserve">Actions on this page: </w:t>
      </w:r>
      <w:r>
        <w:rPr>
          <w:sz w:val="19"/>
        </w:rPr>
        <w:t>Add Request</w:t>
      </w:r>
    </w:p>
    <w:p w:rsidR="007E715F" w:rsidRDefault="00D52D88">
      <w:pPr>
        <w:spacing w:after="60"/>
        <w:ind w:left="461" w:hanging="461"/>
      </w:pPr>
      <w:r>
        <w:rPr>
          <w:b/>
          <w:color w:val="0E9F6E"/>
        </w:rPr>
        <w:t xml:space="preserve">1.  </w:t>
      </w:r>
      <w:r>
        <w:t>Choose Add Request at the top right. The form opens in a panel.</w:t>
      </w:r>
    </w:p>
    <w:p w:rsidR="007E715F" w:rsidRDefault="00D52D88">
      <w:pPr>
        <w:spacing w:after="60"/>
        <w:ind w:left="461" w:hanging="461"/>
      </w:pPr>
      <w:r>
        <w:rPr>
          <w:b/>
          <w:color w:val="0E9F6E"/>
        </w:rPr>
        <w:t xml:space="preserve">2.  </w:t>
      </w:r>
      <w:r>
        <w:t>Complete the r</w:t>
      </w:r>
      <w:r>
        <w:t>equired fields: Reason.</w:t>
      </w:r>
    </w:p>
    <w:p w:rsidR="007E715F" w:rsidRDefault="00D52D88">
      <w:pPr>
        <w:spacing w:after="60"/>
        <w:ind w:left="461" w:hanging="461"/>
      </w:pPr>
      <w:r>
        <w:rPr>
          <w:b/>
          <w:color w:val="0E9F6E"/>
        </w:rPr>
        <w:t xml:space="preserve">3.  </w:t>
      </w:r>
      <w:r>
        <w:t>Fill in anything else that applies: Employee, Attendance Record, Requested Clock In, Requested Clock Out.</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3608994" cy="40233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attendance-attendance-regularizations.png"/>
                    <pic:cNvPicPr/>
                  </pic:nvPicPr>
                  <pic:blipFill>
                    <a:blip r:embed="rId60"/>
                    <a:stretch>
                      <a:fillRect/>
                    </a:stretch>
                  </pic:blipFill>
                  <pic:spPr>
                    <a:xfrm>
                      <a:off x="0" y="0"/>
                      <a:ext cx="3608994" cy="4023360"/>
                    </a:xfrm>
                    <a:prstGeom prst="rect">
                      <a:avLst/>
                    </a:prstGeom>
                    <a:ln w="9525">
                      <a:solidFill>
                        <a:srgbClr val="D8DCE3"/>
                      </a:solidFill>
                    </a:ln>
                  </pic:spPr>
                </pic:pic>
              </a:graphicData>
            </a:graphic>
          </wp:inline>
        </w:drawing>
      </w:r>
    </w:p>
    <w:p w:rsidR="007E715F" w:rsidRDefault="00D52D88">
      <w:pPr>
        <w:pStyle w:val="Caption"/>
        <w:jc w:val="center"/>
      </w:pPr>
      <w:bookmarkStart w:id="112" w:name="_Toc23742007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51</w:t>
      </w:r>
      <w:r>
        <w:rPr>
          <w:color w:val="6B7280"/>
        </w:rPr>
        <w:fldChar w:fldCharType="end"/>
      </w:r>
      <w:r>
        <w:rPr>
          <w:b w:val="0"/>
          <w:color w:val="6B7280"/>
        </w:rPr>
        <w:t>: The Add Request form</w:t>
      </w:r>
      <w:bookmarkEnd w:id="112"/>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Corr</w:t>
            </w:r>
            <w:r>
              <w:rPr>
                <w:sz w:val="18"/>
              </w:rPr>
              <w:t>ecting attendance through a regularisation keeps the original reading alongside the correction. Editing the record directly would lose that.</w:t>
            </w:r>
          </w:p>
        </w:tc>
      </w:tr>
    </w:tbl>
    <w:p w:rsidR="007E715F" w:rsidRDefault="007E715F">
      <w:pPr>
        <w:spacing w:after="40"/>
      </w:pPr>
    </w:p>
    <w:p w:rsidR="007E715F" w:rsidRDefault="00D52D88">
      <w:pPr>
        <w:pStyle w:val="Heading3"/>
        <w:pageBreakBefore/>
        <w:spacing w:before="0"/>
      </w:pPr>
      <w:bookmarkStart w:id="113" w:name="_Toc237419936"/>
      <w:r>
        <w:lastRenderedPageBreak/>
        <w:t>11.5 Biometric Attendance</w:t>
      </w:r>
      <w:bookmarkEnd w:id="113"/>
    </w:p>
    <w:p w:rsidR="007E715F" w:rsidRDefault="00D52D88">
      <w:r>
        <w:t xml:space="preserve">Attendance collected from fingerprint or face devices, and the configuration that </w:t>
      </w:r>
      <w:r>
        <w:t>connects those devices to the system.</w:t>
      </w:r>
    </w:p>
    <w:p w:rsidR="007E715F" w:rsidRDefault="00D52D88">
      <w:pPr>
        <w:spacing w:before="120" w:after="80"/>
        <w:jc w:val="center"/>
      </w:pPr>
      <w:r>
        <w:rPr>
          <w:noProof/>
        </w:rPr>
        <w:drawing>
          <wp:inline distT="0" distB="0" distL="0" distR="0">
            <wp:extent cx="5760720" cy="36004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biometric-attendance.png"/>
                    <pic:cNvPicPr/>
                  </pic:nvPicPr>
                  <pic:blipFill>
                    <a:blip r:embed="rId6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14" w:name="_Toc23742007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52</w:t>
      </w:r>
      <w:r>
        <w:rPr>
          <w:color w:val="6B7280"/>
        </w:rPr>
        <w:fldChar w:fldCharType="end"/>
      </w:r>
      <w:r>
        <w:rPr>
          <w:b w:val="0"/>
          <w:color w:val="6B7280"/>
        </w:rPr>
        <w:t>: The Biometric Attendance page</w:t>
      </w:r>
      <w:bookmarkEnd w:id="114"/>
    </w:p>
    <w:p w:rsidR="007E715F" w:rsidRDefault="00D52D88">
      <w:pPr>
        <w:spacing w:after="100"/>
        <w:ind w:left="144"/>
      </w:pPr>
      <w:r>
        <w:rPr>
          <w:b/>
          <w:color w:val="D7263D"/>
          <w:sz w:val="18"/>
        </w:rPr>
        <w:t xml:space="preserve">1 </w:t>
      </w:r>
      <w:r>
        <w:rPr>
          <w:color w:val="6B7280"/>
          <w:sz w:val="18"/>
        </w:rPr>
        <w:t>page title</w:t>
      </w:r>
    </w:p>
    <w:p w:rsidR="007E715F" w:rsidRDefault="00D52D88">
      <w:pPr>
        <w:pStyle w:val="Heading3"/>
        <w:pageBreakBefore/>
        <w:spacing w:before="0"/>
      </w:pPr>
      <w:bookmarkStart w:id="115" w:name="_Toc237419937"/>
      <w:r>
        <w:lastRenderedPageBreak/>
        <w:t>11.6 Time Entries</w:t>
      </w:r>
      <w:bookmarkEnd w:id="115"/>
    </w:p>
    <w:p w:rsidR="007E715F" w:rsidRDefault="00D52D88">
      <w:r>
        <w:t>Hours booked against projects, as distinct from attendance. Attendance answers “were they at work?”; time entries answer</w:t>
      </w:r>
      <w:r>
        <w:t xml:space="preserve"> “what were they working on?”</w:t>
      </w:r>
    </w:p>
    <w:p w:rsidR="007E715F" w:rsidRDefault="00D52D88">
      <w:pPr>
        <w:spacing w:before="120" w:after="80"/>
        <w:jc w:val="center"/>
      </w:pPr>
      <w:r>
        <w:rPr>
          <w:noProof/>
        </w:rPr>
        <w:drawing>
          <wp:inline distT="0" distB="0" distL="0" distR="0">
            <wp:extent cx="5760720" cy="366765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time-tracking-time-entries.jpg"/>
                    <pic:cNvPicPr/>
                  </pic:nvPicPr>
                  <pic:blipFill>
                    <a:blip r:embed="rId62"/>
                    <a:stretch>
                      <a:fillRect/>
                    </a:stretch>
                  </pic:blipFill>
                  <pic:spPr>
                    <a:xfrm>
                      <a:off x="0" y="0"/>
                      <a:ext cx="5760720" cy="3667658"/>
                    </a:xfrm>
                    <a:prstGeom prst="rect">
                      <a:avLst/>
                    </a:prstGeom>
                    <a:ln w="9525">
                      <a:solidFill>
                        <a:srgbClr val="D8DCE3"/>
                      </a:solidFill>
                    </a:ln>
                  </pic:spPr>
                </pic:pic>
              </a:graphicData>
            </a:graphic>
          </wp:inline>
        </w:drawing>
      </w:r>
    </w:p>
    <w:p w:rsidR="007E715F" w:rsidRDefault="00D52D88">
      <w:pPr>
        <w:pStyle w:val="Caption"/>
        <w:jc w:val="center"/>
      </w:pPr>
      <w:bookmarkStart w:id="116" w:name="_Toc23742007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53</w:t>
      </w:r>
      <w:r>
        <w:rPr>
          <w:color w:val="6B7280"/>
        </w:rPr>
        <w:fldChar w:fldCharType="end"/>
      </w:r>
      <w:r>
        <w:rPr>
          <w:b w:val="0"/>
          <w:color w:val="6B7280"/>
        </w:rPr>
        <w:t>: The Time Entries page</w:t>
      </w:r>
      <w:bookmarkEnd w:id="116"/>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Date, Hours, Project, Description, Status, Submitted On, Actions</w:t>
      </w:r>
    </w:p>
    <w:p w:rsidR="007E715F" w:rsidRDefault="00D52D88">
      <w:pPr>
        <w:spacing w:after="80"/>
        <w:ind w:left="144"/>
      </w:pPr>
      <w:r>
        <w:rPr>
          <w:b/>
          <w:sz w:val="19"/>
        </w:rPr>
        <w:t xml:space="preserve">Actions on this page: </w:t>
      </w:r>
      <w:r>
        <w:rPr>
          <w:sz w:val="19"/>
        </w:rPr>
        <w:t>Add Time Entry, ...</w:t>
      </w:r>
    </w:p>
    <w:p w:rsidR="007E715F" w:rsidRDefault="00D52D88">
      <w:pPr>
        <w:spacing w:after="60"/>
        <w:ind w:left="461" w:hanging="461"/>
      </w:pPr>
      <w:r>
        <w:rPr>
          <w:b/>
          <w:color w:val="0E9F6E"/>
        </w:rPr>
        <w:t xml:space="preserve">1.  </w:t>
      </w:r>
      <w:r>
        <w:t>Choose Add Time Entry at the top right. The form opens in a panel.</w:t>
      </w:r>
    </w:p>
    <w:p w:rsidR="007E715F" w:rsidRDefault="00D52D88">
      <w:pPr>
        <w:spacing w:after="60"/>
        <w:ind w:left="461" w:hanging="461"/>
      </w:pPr>
      <w:r>
        <w:rPr>
          <w:b/>
          <w:color w:val="0E9F6E"/>
        </w:rPr>
        <w:t xml:space="preserve">2.  </w:t>
      </w:r>
      <w:r>
        <w:t>Complete the required fields: Date, Hours, Description.</w:t>
      </w:r>
    </w:p>
    <w:p w:rsidR="007E715F" w:rsidRDefault="00D52D88">
      <w:pPr>
        <w:spacing w:after="60"/>
        <w:ind w:left="461" w:hanging="461"/>
      </w:pPr>
      <w:r>
        <w:rPr>
          <w:b/>
          <w:color w:val="0E9F6E"/>
        </w:rPr>
        <w:t xml:space="preserve">3.  </w:t>
      </w:r>
      <w:r>
        <w:t>Fill in anything else that applies: Project.</w:t>
      </w:r>
    </w:p>
    <w:p w:rsidR="007E715F" w:rsidRDefault="00D52D88">
      <w:pPr>
        <w:spacing w:after="60"/>
        <w:ind w:left="461" w:hanging="461"/>
      </w:pPr>
      <w:r>
        <w:rPr>
          <w:b/>
          <w:color w:val="0E9F6E"/>
        </w:rPr>
        <w:t xml:space="preserve">4.  </w:t>
      </w:r>
      <w:r>
        <w:t>Make the selections the form asks for: Employee.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585172" cy="40233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time-tracking-time-entries.png"/>
                    <pic:cNvPicPr/>
                  </pic:nvPicPr>
                  <pic:blipFill>
                    <a:blip r:embed="rId63"/>
                    <a:stretch>
                      <a:fillRect/>
                    </a:stretch>
                  </pic:blipFill>
                  <pic:spPr>
                    <a:xfrm>
                      <a:off x="0" y="0"/>
                      <a:ext cx="3585172" cy="4023360"/>
                    </a:xfrm>
                    <a:prstGeom prst="rect">
                      <a:avLst/>
                    </a:prstGeom>
                    <a:ln w="9525">
                      <a:solidFill>
                        <a:srgbClr val="D8DCE3"/>
                      </a:solidFill>
                    </a:ln>
                  </pic:spPr>
                </pic:pic>
              </a:graphicData>
            </a:graphic>
          </wp:inline>
        </w:drawing>
      </w:r>
    </w:p>
    <w:p w:rsidR="007E715F" w:rsidRDefault="00D52D88">
      <w:pPr>
        <w:pStyle w:val="Caption"/>
        <w:jc w:val="center"/>
      </w:pPr>
      <w:bookmarkStart w:id="117" w:name="_Toc23742007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54</w:t>
      </w:r>
      <w:r>
        <w:rPr>
          <w:color w:val="6B7280"/>
        </w:rPr>
        <w:fldChar w:fldCharType="end"/>
      </w:r>
      <w:r>
        <w:rPr>
          <w:b w:val="0"/>
          <w:color w:val="6B7280"/>
        </w:rPr>
        <w:t>: The Add Time Entry form</w:t>
      </w:r>
      <w:bookmarkEnd w:id="117"/>
    </w:p>
    <w:p w:rsidR="007E715F" w:rsidRDefault="00D52D88">
      <w:pPr>
        <w:pStyle w:val="Heading2"/>
        <w:pageBreakBefore/>
        <w:spacing w:before="0"/>
      </w:pPr>
      <w:bookmarkStart w:id="118" w:name="_Toc237419938"/>
      <w:r>
        <w:lastRenderedPageBreak/>
        <w:t>12. Payroll</w:t>
      </w:r>
      <w:bookmarkEnd w:id="118"/>
    </w:p>
    <w:p w:rsidR="007E715F" w:rsidRDefault="00D52D88">
      <w:r>
        <w:t>Payroll is built from the bottom up: components describe the parts of a pay packet, each employee is given a salary structure made</w:t>
      </w:r>
      <w:r>
        <w:t xml:space="preserve"> of those components, and a payroll run applies the whole thing to a period and produces payslips.</w:t>
      </w:r>
    </w:p>
    <w:p w:rsidR="007E715F" w:rsidRDefault="00D52D88">
      <w:r>
        <w:t>An employee with no salary structure is skipped by a payroll run. If someone is missing from a run, that is the first thing to check.</w:t>
      </w:r>
    </w:p>
    <w:p w:rsidR="007E715F" w:rsidRDefault="00D52D88">
      <w:pPr>
        <w:spacing w:after="80"/>
        <w:ind w:left="144"/>
      </w:pPr>
      <w:r>
        <w:rPr>
          <w:b/>
          <w:sz w:val="19"/>
        </w:rPr>
        <w:t xml:space="preserve">Pages in this chapter: </w:t>
      </w:r>
      <w:r>
        <w:rPr>
          <w:sz w:val="19"/>
        </w:rPr>
        <w:t>Salary Components, Employee Salaries, Payroll Runs, Payslips, Salary Advances</w:t>
      </w:r>
    </w:p>
    <w:p w:rsidR="007E715F" w:rsidRDefault="00D52D88">
      <w:pPr>
        <w:pStyle w:val="Heading3"/>
        <w:pageBreakBefore/>
        <w:spacing w:before="0"/>
      </w:pPr>
      <w:bookmarkStart w:id="119" w:name="_Toc237419939"/>
      <w:r>
        <w:lastRenderedPageBreak/>
        <w:t>12.1 Salary Components</w:t>
      </w:r>
      <w:bookmarkEnd w:id="119"/>
    </w:p>
    <w:p w:rsidR="007E715F" w:rsidRDefault="00D52D88">
      <w:r>
        <w:t>The building blocks of pay: basic pay, allowances, deductions and contributions. Each is either an earning or a deduction and is calculated as a fixed amou</w:t>
      </w:r>
      <w:r>
        <w:t>nt or a percentage.</w:t>
      </w:r>
    </w:p>
    <w:p w:rsidR="007E715F" w:rsidRDefault="00D52D88">
      <w:pPr>
        <w:spacing w:before="120" w:after="80"/>
        <w:jc w:val="center"/>
      </w:pPr>
      <w:r>
        <w:rPr>
          <w:noProof/>
        </w:rPr>
        <w:drawing>
          <wp:inline distT="0" distB="0" distL="0" distR="0">
            <wp:extent cx="5760720" cy="36004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ayroll-management-salary-components.jpg"/>
                    <pic:cNvPicPr/>
                  </pic:nvPicPr>
                  <pic:blipFill>
                    <a:blip r:embed="rId64"/>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20" w:name="_Toc23742007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55</w:t>
      </w:r>
      <w:r>
        <w:rPr>
          <w:color w:val="6B7280"/>
        </w:rPr>
        <w:fldChar w:fldCharType="end"/>
      </w:r>
      <w:r>
        <w:rPr>
          <w:b w:val="0"/>
          <w:color w:val="6B7280"/>
        </w:rPr>
        <w:t>: The Salary Components page</w:t>
      </w:r>
      <w:bookmarkEnd w:id="12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Component Name, Type, Calculation, Amount/Percentage, Status, Actions</w:t>
      </w:r>
    </w:p>
    <w:p w:rsidR="007E715F" w:rsidRDefault="00D52D88">
      <w:pPr>
        <w:spacing w:after="80"/>
        <w:ind w:left="144"/>
      </w:pPr>
      <w:r>
        <w:rPr>
          <w:b/>
          <w:sz w:val="19"/>
        </w:rPr>
        <w:t xml:space="preserve">Actions on this page: </w:t>
      </w:r>
      <w:r>
        <w:rPr>
          <w:sz w:val="19"/>
        </w:rPr>
        <w:t xml:space="preserve">Add </w:t>
      </w:r>
      <w:r>
        <w:rPr>
          <w:sz w:val="19"/>
        </w:rPr>
        <w:t>Component</w:t>
      </w:r>
    </w:p>
    <w:p w:rsidR="007E715F" w:rsidRDefault="00D52D88">
      <w:pPr>
        <w:spacing w:after="60"/>
        <w:ind w:left="461" w:hanging="461"/>
      </w:pPr>
      <w:r>
        <w:rPr>
          <w:b/>
          <w:color w:val="0E9F6E"/>
        </w:rPr>
        <w:t xml:space="preserve">1.  </w:t>
      </w:r>
      <w:r>
        <w:t>Choose Add Component at the top right. The form opens in a panel.</w:t>
      </w:r>
    </w:p>
    <w:p w:rsidR="007E715F" w:rsidRDefault="00D52D88">
      <w:pPr>
        <w:spacing w:after="60"/>
        <w:ind w:left="461" w:hanging="461"/>
      </w:pPr>
      <w:r>
        <w:rPr>
          <w:b/>
          <w:color w:val="0E9F6E"/>
        </w:rPr>
        <w:t xml:space="preserve">2.  </w:t>
      </w:r>
      <w:r>
        <w:t>Complete the required fields: Component Name.</w:t>
      </w:r>
    </w:p>
    <w:p w:rsidR="007E715F" w:rsidRDefault="00D52D88">
      <w:pPr>
        <w:spacing w:after="60"/>
        <w:ind w:left="461" w:hanging="461"/>
      </w:pPr>
      <w:r>
        <w:rPr>
          <w:b/>
          <w:color w:val="0E9F6E"/>
        </w:rPr>
        <w:t xml:space="preserve">3.  </w:t>
      </w:r>
      <w:r>
        <w:t>Fill in anything else that applies: Description, Fixed Amount, Percentage of Basic.</w:t>
      </w:r>
    </w:p>
    <w:p w:rsidR="007E715F" w:rsidRDefault="00D52D88">
      <w:pPr>
        <w:spacing w:after="60"/>
        <w:ind w:left="461" w:hanging="461"/>
      </w:pPr>
      <w:r>
        <w:rPr>
          <w:b/>
          <w:color w:val="0E9F6E"/>
        </w:rPr>
        <w:t xml:space="preserve">4.  </w:t>
      </w:r>
      <w:r>
        <w:t xml:space="preserve">Make the selections the form asks </w:t>
      </w:r>
      <w:r>
        <w:t>for: Type, Calculation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778279" cy="40233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payroll-management-salary-components.png"/>
                    <pic:cNvPicPr/>
                  </pic:nvPicPr>
                  <pic:blipFill>
                    <a:blip r:embed="rId65"/>
                    <a:stretch>
                      <a:fillRect/>
                    </a:stretch>
                  </pic:blipFill>
                  <pic:spPr>
                    <a:xfrm>
                      <a:off x="0" y="0"/>
                      <a:ext cx="2778279" cy="4023360"/>
                    </a:xfrm>
                    <a:prstGeom prst="rect">
                      <a:avLst/>
                    </a:prstGeom>
                    <a:ln w="9525">
                      <a:solidFill>
                        <a:srgbClr val="D8DCE3"/>
                      </a:solidFill>
                    </a:ln>
                  </pic:spPr>
                </pic:pic>
              </a:graphicData>
            </a:graphic>
          </wp:inline>
        </w:drawing>
      </w:r>
    </w:p>
    <w:p w:rsidR="007E715F" w:rsidRDefault="00D52D88">
      <w:pPr>
        <w:pStyle w:val="Caption"/>
        <w:jc w:val="center"/>
      </w:pPr>
      <w:bookmarkStart w:id="121" w:name="_Toc23742007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56</w:t>
      </w:r>
      <w:r>
        <w:rPr>
          <w:color w:val="6B7280"/>
        </w:rPr>
        <w:fldChar w:fldCharType="end"/>
      </w:r>
      <w:r>
        <w:rPr>
          <w:b w:val="0"/>
          <w:color w:val="6B7280"/>
        </w:rPr>
        <w:t>: The Add Component form</w:t>
      </w:r>
      <w:bookmarkEnd w:id="121"/>
    </w:p>
    <w:p w:rsidR="007E715F" w:rsidRDefault="00D52D88">
      <w:pPr>
        <w:pStyle w:val="Heading3"/>
        <w:pageBreakBefore/>
        <w:spacing w:before="0"/>
      </w:pPr>
      <w:bookmarkStart w:id="122" w:name="_Toc237419940"/>
      <w:r>
        <w:lastRenderedPageBreak/>
        <w:t>12.2 Employee Salaries</w:t>
      </w:r>
      <w:bookmarkEnd w:id="122"/>
    </w:p>
    <w:p w:rsidR="007E715F" w:rsidRDefault="00D52D88">
      <w:r>
        <w:t>What each employee is actually paid — their basic salary and the components attached to it.</w:t>
      </w:r>
      <w:r>
        <w:t xml:space="preserve"> Payroll cannot be run for an employee with no salary structure.</w:t>
      </w:r>
    </w:p>
    <w:p w:rsidR="007E715F" w:rsidRDefault="00D52D88">
      <w:pPr>
        <w:spacing w:before="120" w:after="80"/>
        <w:jc w:val="center"/>
      </w:pPr>
      <w:r>
        <w:rPr>
          <w:noProof/>
        </w:rPr>
        <w:drawing>
          <wp:inline distT="0" distB="0" distL="0" distR="0">
            <wp:extent cx="5760720" cy="41253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ayroll-management-employee-salaries.jpg"/>
                    <pic:cNvPicPr/>
                  </pic:nvPicPr>
                  <pic:blipFill>
                    <a:blip r:embed="rId66"/>
                    <a:stretch>
                      <a:fillRect/>
                    </a:stretch>
                  </pic:blipFill>
                  <pic:spPr>
                    <a:xfrm>
                      <a:off x="0" y="0"/>
                      <a:ext cx="5760720" cy="4125315"/>
                    </a:xfrm>
                    <a:prstGeom prst="rect">
                      <a:avLst/>
                    </a:prstGeom>
                    <a:ln w="9525">
                      <a:solidFill>
                        <a:srgbClr val="D8DCE3"/>
                      </a:solidFill>
                    </a:ln>
                  </pic:spPr>
                </pic:pic>
              </a:graphicData>
            </a:graphic>
          </wp:inline>
        </w:drawing>
      </w:r>
    </w:p>
    <w:p w:rsidR="007E715F" w:rsidRDefault="00D52D88">
      <w:pPr>
        <w:pStyle w:val="Caption"/>
        <w:jc w:val="center"/>
      </w:pPr>
      <w:bookmarkStart w:id="123" w:name="_Toc23742008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57</w:t>
      </w:r>
      <w:r>
        <w:rPr>
          <w:color w:val="6B7280"/>
        </w:rPr>
        <w:fldChar w:fldCharType="end"/>
      </w:r>
      <w:r>
        <w:rPr>
          <w:b w:val="0"/>
          <w:color w:val="6B7280"/>
        </w:rPr>
        <w:t>: The Employee Salaries page</w:t>
      </w:r>
      <w:bookmarkEnd w:id="12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Employee, Basic Salary, Components, Status, Created At, Actions</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A salary </w:t>
            </w:r>
            <w:r>
              <w:rPr>
                <w:sz w:val="18"/>
              </w:rPr>
              <w:t>structure is attached from the employee’s own record rather than created on this page. This page is where you check who has one.</w:t>
            </w:r>
          </w:p>
        </w:tc>
      </w:tr>
    </w:tbl>
    <w:p w:rsidR="007E715F" w:rsidRDefault="007E715F">
      <w:pPr>
        <w:spacing w:after="40"/>
      </w:pPr>
    </w:p>
    <w:p w:rsidR="007E715F" w:rsidRDefault="00D52D88">
      <w:pPr>
        <w:pStyle w:val="Heading3"/>
        <w:pageBreakBefore/>
        <w:spacing w:before="0"/>
      </w:pPr>
      <w:bookmarkStart w:id="124" w:name="_Toc237419941"/>
      <w:r>
        <w:lastRenderedPageBreak/>
        <w:t>12.3 Payroll Runs</w:t>
      </w:r>
      <w:bookmarkEnd w:id="124"/>
    </w:p>
    <w:p w:rsidR="007E715F" w:rsidRDefault="00D52D88">
      <w:r>
        <w:t>A payroll for a period. The run gathers the employees to be paid, calculates gross and net pay from their s</w:t>
      </w:r>
      <w:r>
        <w:t>alary structures, and produces the payslips.</w:t>
      </w:r>
    </w:p>
    <w:p w:rsidR="007E715F" w:rsidRDefault="00D52D88">
      <w:pPr>
        <w:spacing w:before="120" w:after="80"/>
        <w:jc w:val="center"/>
      </w:pPr>
      <w:r>
        <w:rPr>
          <w:noProof/>
        </w:rPr>
        <w:drawing>
          <wp:inline distT="0" distB="0" distL="0" distR="0">
            <wp:extent cx="5760720" cy="3600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ayroll-management-payroll-runs.png"/>
                    <pic:cNvPicPr/>
                  </pic:nvPicPr>
                  <pic:blipFill>
                    <a:blip r:embed="rId6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25" w:name="_Toc23742008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58</w:t>
      </w:r>
      <w:r>
        <w:rPr>
          <w:color w:val="6B7280"/>
        </w:rPr>
        <w:fldChar w:fldCharType="end"/>
      </w:r>
      <w:r>
        <w:rPr>
          <w:b w:val="0"/>
          <w:color w:val="6B7280"/>
        </w:rPr>
        <w:t>: The Payroll Runs page</w:t>
      </w:r>
      <w:bookmarkEnd w:id="12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xml:space="preserve">#, Title, Frequency, Pay Period, Pay Date, Employees, Gross Pay, Net Pay, Status, </w:t>
      </w:r>
      <w:r>
        <w:rPr>
          <w:sz w:val="19"/>
        </w:rPr>
        <w:t>Actions</w:t>
      </w:r>
    </w:p>
    <w:p w:rsidR="007E715F" w:rsidRDefault="00D52D88">
      <w:pPr>
        <w:spacing w:after="80"/>
        <w:ind w:left="144"/>
      </w:pPr>
      <w:r>
        <w:rPr>
          <w:b/>
          <w:sz w:val="19"/>
        </w:rPr>
        <w:t xml:space="preserve">Actions on this page: </w:t>
      </w:r>
      <w:r>
        <w:rPr>
          <w:sz w:val="19"/>
        </w:rPr>
        <w:t>Add Payroll Run</w:t>
      </w:r>
    </w:p>
    <w:p w:rsidR="007E715F" w:rsidRDefault="00D52D88">
      <w:pPr>
        <w:spacing w:after="60"/>
        <w:ind w:left="461" w:hanging="461"/>
      </w:pPr>
      <w:r>
        <w:rPr>
          <w:b/>
          <w:color w:val="0E9F6E"/>
        </w:rPr>
        <w:t xml:space="preserve">1.  </w:t>
      </w:r>
      <w:r>
        <w:t>Confirm that every employee to be paid has a salary structure on Employee Salaries. An employee without one is skipped.</w:t>
      </w:r>
    </w:p>
    <w:p w:rsidR="007E715F" w:rsidRDefault="00D52D88">
      <w:pPr>
        <w:spacing w:after="60"/>
        <w:ind w:left="461" w:hanging="461"/>
      </w:pPr>
      <w:r>
        <w:rPr>
          <w:b/>
          <w:color w:val="0E9F6E"/>
        </w:rPr>
        <w:t xml:space="preserve">2.  </w:t>
      </w:r>
      <w:r>
        <w:t>Choose Add Payroll Run.</w:t>
      </w:r>
    </w:p>
    <w:p w:rsidR="007E715F" w:rsidRDefault="00D52D88">
      <w:pPr>
        <w:spacing w:after="60"/>
        <w:ind w:left="461" w:hanging="461"/>
      </w:pPr>
      <w:r>
        <w:rPr>
          <w:b/>
          <w:color w:val="0E9F6E"/>
        </w:rPr>
        <w:t xml:space="preserve">3.  </w:t>
      </w:r>
      <w:r>
        <w:t>Give the run a title, set the frequency, and set the p</w:t>
      </w:r>
      <w:r>
        <w:t>ay period and pay date.</w:t>
      </w:r>
    </w:p>
    <w:p w:rsidR="007E715F" w:rsidRDefault="00D52D88">
      <w:pPr>
        <w:spacing w:after="60"/>
        <w:ind w:left="461" w:hanging="461"/>
      </w:pPr>
      <w:r>
        <w:rPr>
          <w:b/>
          <w:color w:val="0E9F6E"/>
        </w:rPr>
        <w:t xml:space="preserve">4.  </w:t>
      </w:r>
      <w:r>
        <w:t>Save. The run is created and gathers the employees it covers.</w:t>
      </w:r>
    </w:p>
    <w:p w:rsidR="007E715F" w:rsidRDefault="00D52D88">
      <w:pPr>
        <w:spacing w:after="60"/>
        <w:ind w:left="461" w:hanging="461"/>
      </w:pPr>
      <w:r>
        <w:rPr>
          <w:b/>
          <w:color w:val="0E9F6E"/>
        </w:rPr>
        <w:t xml:space="preserve">5.  </w:t>
      </w:r>
      <w:r>
        <w:t>Review the gross and net totals shown on the list before doing anything further with the run.</w:t>
      </w:r>
    </w:p>
    <w:p w:rsidR="007E715F" w:rsidRDefault="00D52D88">
      <w:pPr>
        <w:spacing w:before="120" w:after="80"/>
        <w:jc w:val="center"/>
      </w:pPr>
      <w:r>
        <w:rPr>
          <w:noProof/>
        </w:rPr>
        <w:lastRenderedPageBreak/>
        <w:drawing>
          <wp:inline distT="0" distB="0" distL="0" distR="0">
            <wp:extent cx="3185651" cy="40233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payroll-management-payroll-runs.png"/>
                    <pic:cNvPicPr/>
                  </pic:nvPicPr>
                  <pic:blipFill>
                    <a:blip r:embed="rId68"/>
                    <a:stretch>
                      <a:fillRect/>
                    </a:stretch>
                  </pic:blipFill>
                  <pic:spPr>
                    <a:xfrm>
                      <a:off x="0" y="0"/>
                      <a:ext cx="3185651" cy="4023360"/>
                    </a:xfrm>
                    <a:prstGeom prst="rect">
                      <a:avLst/>
                    </a:prstGeom>
                    <a:ln w="9525">
                      <a:solidFill>
                        <a:srgbClr val="D8DCE3"/>
                      </a:solidFill>
                    </a:ln>
                  </pic:spPr>
                </pic:pic>
              </a:graphicData>
            </a:graphic>
          </wp:inline>
        </w:drawing>
      </w:r>
    </w:p>
    <w:p w:rsidR="007E715F" w:rsidRDefault="00D52D88">
      <w:pPr>
        <w:pStyle w:val="Caption"/>
        <w:jc w:val="center"/>
      </w:pPr>
      <w:bookmarkStart w:id="126" w:name="_Toc23742008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59</w:t>
      </w:r>
      <w:r>
        <w:rPr>
          <w:color w:val="6B7280"/>
        </w:rPr>
        <w:fldChar w:fldCharType="end"/>
      </w:r>
      <w:r>
        <w:rPr>
          <w:b w:val="0"/>
          <w:color w:val="6B7280"/>
        </w:rPr>
        <w:t>: The Add Payroll Run form</w:t>
      </w:r>
      <w:bookmarkEnd w:id="126"/>
    </w:p>
    <w:p w:rsidR="007E715F" w:rsidRDefault="00D52D88">
      <w:pPr>
        <w:pStyle w:val="Heading3"/>
        <w:pageBreakBefore/>
        <w:spacing w:before="0"/>
      </w:pPr>
      <w:bookmarkStart w:id="127" w:name="_Toc237419942"/>
      <w:r>
        <w:lastRenderedPageBreak/>
        <w:t xml:space="preserve">12.4 </w:t>
      </w:r>
      <w:r>
        <w:t>Payslips</w:t>
      </w:r>
      <w:bookmarkEnd w:id="127"/>
    </w:p>
    <w:p w:rsidR="007E715F" w:rsidRDefault="00D52D88">
      <w:r>
        <w:t>The individual statements produced by a payroll run, each with its number, period, pay date and net pay.</w:t>
      </w:r>
    </w:p>
    <w:p w:rsidR="007E715F" w:rsidRDefault="00D52D88">
      <w:pPr>
        <w:spacing w:before="120" w:after="80"/>
        <w:jc w:val="center"/>
      </w:pPr>
      <w:r>
        <w:rPr>
          <w:noProof/>
        </w:rPr>
        <w:drawing>
          <wp:inline distT="0" distB="0" distL="0" distR="0">
            <wp:extent cx="5760720" cy="36004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ayroll-management-payslips.png"/>
                    <pic:cNvPicPr/>
                  </pic:nvPicPr>
                  <pic:blipFill>
                    <a:blip r:embed="rId6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28" w:name="_Toc23742008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60</w:t>
      </w:r>
      <w:r>
        <w:rPr>
          <w:color w:val="6B7280"/>
        </w:rPr>
        <w:fldChar w:fldCharType="end"/>
      </w:r>
      <w:r>
        <w:rPr>
          <w:b w:val="0"/>
          <w:color w:val="6B7280"/>
        </w:rPr>
        <w:t>: The Payslips page</w:t>
      </w:r>
      <w:bookmarkEnd w:id="12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Payslip Number, Employee, Pay Period, Pa</w:t>
      </w:r>
      <w:r>
        <w:rPr>
          <w:sz w:val="19"/>
        </w:rPr>
        <w:t>y Date, Net Pay, Status, Generated On, Actions</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Payslips are produced by a payroll run; there is no way to add one here. If a payslip is missing, look at the run that should have produced it, and at whether that employee has a salary structure.</w:t>
            </w:r>
          </w:p>
        </w:tc>
      </w:tr>
    </w:tbl>
    <w:p w:rsidR="007E715F" w:rsidRDefault="007E715F">
      <w:pPr>
        <w:spacing w:after="40"/>
      </w:pPr>
    </w:p>
    <w:p w:rsidR="007E715F" w:rsidRDefault="00D52D88">
      <w:pPr>
        <w:pStyle w:val="Heading3"/>
        <w:pageBreakBefore/>
        <w:spacing w:before="0"/>
      </w:pPr>
      <w:bookmarkStart w:id="129" w:name="_Toc237419943"/>
      <w:r>
        <w:lastRenderedPageBreak/>
        <w:t>12.</w:t>
      </w:r>
      <w:r>
        <w:t>5 Salary Advances</w:t>
      </w:r>
      <w:bookmarkEnd w:id="129"/>
    </w:p>
    <w:p w:rsidR="007E715F" w:rsidRDefault="00D52D88">
      <w:r>
        <w:t>Money advanced against future pay, tracked through repayment: the amount, what has been repaid, what is outstanding and over how many instalments.</w:t>
      </w:r>
    </w:p>
    <w:p w:rsidR="007E715F" w:rsidRDefault="00D52D88">
      <w:pPr>
        <w:spacing w:before="120" w:after="80"/>
        <w:jc w:val="center"/>
      </w:pPr>
      <w:r>
        <w:rPr>
          <w:noProof/>
        </w:rPr>
        <w:drawing>
          <wp:inline distT="0" distB="0" distL="0" distR="0">
            <wp:extent cx="5760720" cy="36004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ayroll-management-salary-advances.png"/>
                    <pic:cNvPicPr/>
                  </pic:nvPicPr>
                  <pic:blipFill>
                    <a:blip r:embed="rId70"/>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30" w:name="_Toc23742008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61</w:t>
      </w:r>
      <w:r>
        <w:rPr>
          <w:color w:val="6B7280"/>
        </w:rPr>
        <w:fldChar w:fldCharType="end"/>
      </w:r>
      <w:r>
        <w:rPr>
          <w:b w:val="0"/>
          <w:color w:val="6B7280"/>
        </w:rPr>
        <w:t>: The Salary Advances page</w:t>
      </w:r>
      <w:bookmarkEnd w:id="13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records </w:t>
      </w:r>
      <w:r>
        <w:rPr>
          <w:color w:val="6B7280"/>
          <w:sz w:val="18"/>
        </w:rPr>
        <w:t>table</w:t>
      </w:r>
    </w:p>
    <w:p w:rsidR="007E715F" w:rsidRDefault="00D52D88">
      <w:pPr>
        <w:spacing w:after="80"/>
        <w:ind w:left="144"/>
      </w:pPr>
      <w:r>
        <w:rPr>
          <w:b/>
          <w:sz w:val="19"/>
        </w:rPr>
        <w:t xml:space="preserve">Columns: </w:t>
      </w:r>
      <w:r>
        <w:rPr>
          <w:sz w:val="19"/>
        </w:rPr>
        <w:t>REFERENCE, EMPLOYEE, AMOUNT, REPAID, OUTSTANDING, INSTALMENTS, STATUS, ACTIONS</w:t>
      </w:r>
    </w:p>
    <w:p w:rsidR="007E715F" w:rsidRDefault="00D52D88">
      <w:pPr>
        <w:spacing w:after="80"/>
        <w:ind w:left="144"/>
      </w:pPr>
      <w:r>
        <w:rPr>
          <w:b/>
          <w:sz w:val="19"/>
        </w:rPr>
        <w:t xml:space="preserve">Actions on this page: </w:t>
      </w:r>
      <w:r>
        <w:rPr>
          <w:sz w:val="19"/>
        </w:rPr>
        <w:t>All, pending approval, approved, disbursed, repaying, settled, Request Advance, View</w:t>
      </w:r>
    </w:p>
    <w:p w:rsidR="007E715F" w:rsidRDefault="00D52D88">
      <w:pPr>
        <w:pStyle w:val="Heading2"/>
        <w:pageBreakBefore/>
        <w:spacing w:before="0"/>
      </w:pPr>
      <w:bookmarkStart w:id="131" w:name="_Toc237419944"/>
      <w:r>
        <w:lastRenderedPageBreak/>
        <w:t>13. Recruitment and Onboarding</w:t>
      </w:r>
      <w:bookmarkEnd w:id="131"/>
    </w:p>
    <w:p w:rsidR="007E715F" w:rsidRDefault="00D52D88">
      <w:r>
        <w:t xml:space="preserve">Recruitment runs end to </w:t>
      </w:r>
      <w:r>
        <w:t>end here: you describe the job, publish it, collect candidates, interview them, record what the interviewers thought, make an offer, and onboard whoever accepts.</w:t>
      </w:r>
    </w:p>
    <w:p w:rsidR="007E715F" w:rsidRDefault="00D52D88">
      <w:r>
        <w:t>The first four pages in this chapter are reference lists. They feel like a detour, but they ar</w:t>
      </w:r>
      <w:r>
        <w:t>e what lets a posting be created in a minute rather than retyped each time.</w:t>
      </w:r>
    </w:p>
    <w:p w:rsidR="007E715F" w:rsidRDefault="00D52D88">
      <w:pPr>
        <w:spacing w:after="80"/>
        <w:ind w:left="144"/>
      </w:pPr>
      <w:r>
        <w:rPr>
          <w:b/>
          <w:sz w:val="19"/>
        </w:rPr>
        <w:t xml:space="preserve">Pages in this chapter: </w:t>
      </w:r>
      <w:r>
        <w:rPr>
          <w:sz w:val="19"/>
        </w:rPr>
        <w:t>Job Categories, Job Types, Job Locations, Custom Questions, Job Postings, careers, Candidate Sources, Candidates, Interview Types, Interview Rounds, Intervie</w:t>
      </w:r>
      <w:r>
        <w:rPr>
          <w:sz w:val="19"/>
        </w:rPr>
        <w:t>ws, Interview Feedback, Candidate Assessments, Offer Templates, Offers, Onboarding Checklists, Checklist Items, Candidate Onboarding</w:t>
      </w:r>
    </w:p>
    <w:p w:rsidR="007E715F" w:rsidRDefault="00D52D88">
      <w:pPr>
        <w:pStyle w:val="Heading3"/>
        <w:pageBreakBefore/>
        <w:spacing w:before="0"/>
      </w:pPr>
      <w:bookmarkStart w:id="132" w:name="_Toc237419945"/>
      <w:r>
        <w:lastRenderedPageBreak/>
        <w:t>13.1 Job Categories</w:t>
      </w:r>
      <w:bookmarkEnd w:id="132"/>
    </w:p>
    <w:p w:rsidR="007E715F" w:rsidRDefault="00D52D88">
      <w:r>
        <w:t>A reference list. Entries created here become the options offered when you create a job posting. Settin</w:t>
      </w:r>
      <w:r>
        <w:t>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10051"/>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job-categories.jpg"/>
                    <pic:cNvPicPr/>
                  </pic:nvPicPr>
                  <pic:blipFill>
                    <a:blip r:embed="rId71"/>
                    <a:stretch>
                      <a:fillRect/>
                    </a:stretch>
                  </pic:blipFill>
                  <pic:spPr>
                    <a:xfrm>
                      <a:off x="0" y="0"/>
                      <a:ext cx="5760720" cy="3610051"/>
                    </a:xfrm>
                    <a:prstGeom prst="rect">
                      <a:avLst/>
                    </a:prstGeom>
                    <a:ln w="9525">
                      <a:solidFill>
                        <a:srgbClr val="D8DCE3"/>
                      </a:solidFill>
                    </a:ln>
                  </pic:spPr>
                </pic:pic>
              </a:graphicData>
            </a:graphic>
          </wp:inline>
        </w:drawing>
      </w:r>
    </w:p>
    <w:p w:rsidR="007E715F" w:rsidRDefault="00D52D88">
      <w:pPr>
        <w:pStyle w:val="Caption"/>
        <w:jc w:val="center"/>
      </w:pPr>
      <w:bookmarkStart w:id="133" w:name="_Toc23742008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62</w:t>
      </w:r>
      <w:r>
        <w:rPr>
          <w:color w:val="6B7280"/>
        </w:rPr>
        <w:fldChar w:fldCharType="end"/>
      </w:r>
      <w:r>
        <w:rPr>
          <w:b w:val="0"/>
          <w:color w:val="6B7280"/>
        </w:rPr>
        <w:t>: The Job Categories page</w:t>
      </w:r>
      <w:bookmarkEnd w:id="13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Stat</w:t>
      </w:r>
      <w:r>
        <w:rPr>
          <w:sz w:val="19"/>
        </w:rPr>
        <w:t>us, Created At, Actions</w:t>
      </w:r>
    </w:p>
    <w:p w:rsidR="007E715F" w:rsidRDefault="00D52D88">
      <w:pPr>
        <w:spacing w:after="80"/>
        <w:ind w:left="144"/>
      </w:pPr>
      <w:r>
        <w:rPr>
          <w:b/>
          <w:sz w:val="19"/>
        </w:rPr>
        <w:t xml:space="preserve">Actions on this page: </w:t>
      </w:r>
      <w:r>
        <w:rPr>
          <w:sz w:val="19"/>
        </w:rPr>
        <w:t>Add Job Category</w:t>
      </w:r>
    </w:p>
    <w:p w:rsidR="007E715F" w:rsidRDefault="00D52D88">
      <w:pPr>
        <w:spacing w:after="60"/>
        <w:ind w:left="461" w:hanging="461"/>
      </w:pPr>
      <w:r>
        <w:rPr>
          <w:b/>
          <w:color w:val="0E9F6E"/>
        </w:rPr>
        <w:t xml:space="preserve">1.  </w:t>
      </w:r>
      <w:r>
        <w:t>Choose Add Job Category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w:t>
      </w:r>
      <w:r>
        <w:t xml:space="preserv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job-categories.png"/>
                    <pic:cNvPicPr/>
                  </pic:nvPicPr>
                  <pic:blipFill>
                    <a:blip r:embed="rId72"/>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34" w:name="_Toc23742008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63</w:t>
      </w:r>
      <w:r>
        <w:rPr>
          <w:color w:val="6B7280"/>
        </w:rPr>
        <w:fldChar w:fldCharType="end"/>
      </w:r>
      <w:r>
        <w:rPr>
          <w:b w:val="0"/>
          <w:color w:val="6B7280"/>
        </w:rPr>
        <w:t>: The Add Job Category form</w:t>
      </w:r>
      <w:bookmarkEnd w:id="134"/>
    </w:p>
    <w:p w:rsidR="007E715F" w:rsidRDefault="00D52D88">
      <w:pPr>
        <w:pStyle w:val="Heading3"/>
        <w:pageBreakBefore/>
        <w:spacing w:before="0"/>
      </w:pPr>
      <w:bookmarkStart w:id="135" w:name="_Toc237419946"/>
      <w:r>
        <w:lastRenderedPageBreak/>
        <w:t>13.2 Job Types</w:t>
      </w:r>
      <w:bookmarkEnd w:id="135"/>
    </w:p>
    <w:p w:rsidR="007E715F" w:rsidRDefault="00D52D88">
      <w:r>
        <w:t>A reference list. Entries created here become the options offered when you create a job posting. Sett</w:t>
      </w:r>
      <w:r>
        <w:t>ing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004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job-types.jpg"/>
                    <pic:cNvPicPr/>
                  </pic:nvPicPr>
                  <pic:blipFill>
                    <a:blip r:embed="rId7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36" w:name="_Toc23742008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64</w:t>
      </w:r>
      <w:r>
        <w:rPr>
          <w:color w:val="6B7280"/>
        </w:rPr>
        <w:fldChar w:fldCharType="end"/>
      </w:r>
      <w:r>
        <w:rPr>
          <w:b w:val="0"/>
          <w:color w:val="6B7280"/>
        </w:rPr>
        <w:t>: The Job Types page</w:t>
      </w:r>
      <w:bookmarkEnd w:id="136"/>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Status,</w:t>
      </w:r>
      <w:r>
        <w:rPr>
          <w:sz w:val="19"/>
        </w:rPr>
        <w:t xml:space="preserve"> Created At, Actions</w:t>
      </w:r>
    </w:p>
    <w:p w:rsidR="007E715F" w:rsidRDefault="00D52D88">
      <w:pPr>
        <w:spacing w:after="80"/>
        <w:ind w:left="144"/>
      </w:pPr>
      <w:r>
        <w:rPr>
          <w:b/>
          <w:sz w:val="19"/>
        </w:rPr>
        <w:t xml:space="preserve">Actions on this page: </w:t>
      </w:r>
      <w:r>
        <w:rPr>
          <w:sz w:val="19"/>
        </w:rPr>
        <w:t>Add Job Type</w:t>
      </w:r>
    </w:p>
    <w:p w:rsidR="007E715F" w:rsidRDefault="00D52D88">
      <w:pPr>
        <w:spacing w:after="60"/>
        <w:ind w:left="461" w:hanging="461"/>
      </w:pPr>
      <w:r>
        <w:rPr>
          <w:b/>
          <w:color w:val="0E9F6E"/>
        </w:rPr>
        <w:t xml:space="preserve">1.  </w:t>
      </w:r>
      <w:r>
        <w:t>Choose Add Job Type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 xml:space="preserve">Make the selections the form asks </w:t>
      </w:r>
      <w:r>
        <w:t>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job-types.png"/>
                    <pic:cNvPicPr/>
                  </pic:nvPicPr>
                  <pic:blipFill>
                    <a:blip r:embed="rId74"/>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37" w:name="_Toc23742008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65</w:t>
      </w:r>
      <w:r>
        <w:rPr>
          <w:color w:val="6B7280"/>
        </w:rPr>
        <w:fldChar w:fldCharType="end"/>
      </w:r>
      <w:r>
        <w:rPr>
          <w:b w:val="0"/>
          <w:color w:val="6B7280"/>
        </w:rPr>
        <w:t>: The Add Job Type form</w:t>
      </w:r>
      <w:bookmarkEnd w:id="137"/>
    </w:p>
    <w:p w:rsidR="007E715F" w:rsidRDefault="00D52D88">
      <w:pPr>
        <w:pStyle w:val="Heading3"/>
        <w:pageBreakBefore/>
        <w:spacing w:before="0"/>
      </w:pPr>
      <w:bookmarkStart w:id="138" w:name="_Toc237419947"/>
      <w:r>
        <w:lastRenderedPageBreak/>
        <w:t>13.3 Job Locations</w:t>
      </w:r>
      <w:bookmarkEnd w:id="138"/>
    </w:p>
    <w:p w:rsidR="007E715F" w:rsidRDefault="00D52D88">
      <w:r>
        <w:t>Where a job is based. Locations are reusable across postings and carry an address and a type, such as on-site or</w:t>
      </w:r>
      <w:r>
        <w:t xml:space="preserve"> remote.</w:t>
      </w:r>
    </w:p>
    <w:p w:rsidR="007E715F" w:rsidRDefault="00D52D88">
      <w:pPr>
        <w:spacing w:before="120" w:after="80"/>
        <w:jc w:val="center"/>
      </w:pPr>
      <w:r>
        <w:rPr>
          <w:noProof/>
        </w:rPr>
        <w:drawing>
          <wp:inline distT="0" distB="0" distL="0" distR="0">
            <wp:extent cx="5760720" cy="36004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job-locations.jpg"/>
                    <pic:cNvPicPr/>
                  </pic:nvPicPr>
                  <pic:blipFill>
                    <a:blip r:embed="rId7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39" w:name="_Toc23742008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66</w:t>
      </w:r>
      <w:r>
        <w:rPr>
          <w:color w:val="6B7280"/>
        </w:rPr>
        <w:fldChar w:fldCharType="end"/>
      </w:r>
      <w:r>
        <w:rPr>
          <w:b w:val="0"/>
          <w:color w:val="6B7280"/>
        </w:rPr>
        <w:t>: The Job Locations page</w:t>
      </w:r>
      <w:bookmarkEnd w:id="13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Address, Type, Status, Created At, Actions</w:t>
      </w:r>
    </w:p>
    <w:p w:rsidR="007E715F" w:rsidRDefault="00D52D88">
      <w:pPr>
        <w:spacing w:after="80"/>
        <w:ind w:left="144"/>
      </w:pPr>
      <w:r>
        <w:rPr>
          <w:b/>
          <w:sz w:val="19"/>
        </w:rPr>
        <w:t xml:space="preserve">Actions on this page: </w:t>
      </w:r>
      <w:r>
        <w:rPr>
          <w:sz w:val="19"/>
        </w:rPr>
        <w:t>Add Job Location</w:t>
      </w:r>
    </w:p>
    <w:p w:rsidR="007E715F" w:rsidRDefault="00D52D88">
      <w:pPr>
        <w:spacing w:after="60"/>
        <w:ind w:left="461" w:hanging="461"/>
      </w:pPr>
      <w:r>
        <w:rPr>
          <w:b/>
          <w:color w:val="0E9F6E"/>
        </w:rPr>
        <w:t xml:space="preserve">1.  </w:t>
      </w:r>
      <w:r>
        <w:t>Choose Add Job Location a</w:t>
      </w:r>
      <w:r>
        <w:t>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Remote Work, Address, City, State, Country, Postal Code.</w:t>
      </w:r>
    </w:p>
    <w:p w:rsidR="007E715F" w:rsidRDefault="00D52D88">
      <w:pPr>
        <w:spacing w:after="60"/>
        <w:ind w:left="461" w:hanging="461"/>
      </w:pPr>
      <w:r>
        <w:rPr>
          <w:b/>
          <w:color w:val="0E9F6E"/>
        </w:rPr>
        <w:t xml:space="preserve">4.  </w:t>
      </w:r>
      <w:r>
        <w:t>Make the selections the form asks for: Status.</w:t>
      </w:r>
    </w:p>
    <w:p w:rsidR="007E715F" w:rsidRDefault="00D52D88">
      <w:pPr>
        <w:spacing w:after="60"/>
        <w:ind w:left="461" w:hanging="461"/>
      </w:pPr>
      <w:r>
        <w:rPr>
          <w:b/>
          <w:color w:val="0E9F6E"/>
        </w:rPr>
        <w:t xml:space="preserve">5.  </w:t>
      </w:r>
      <w:r>
        <w:t>Choose Save. The new</w:t>
      </w:r>
      <w:r>
        <w:t xml:space="preserve"> record appears in the list.</w:t>
      </w:r>
    </w:p>
    <w:p w:rsidR="007E715F" w:rsidRDefault="00D52D88">
      <w:pPr>
        <w:spacing w:before="120" w:after="80"/>
        <w:jc w:val="center"/>
      </w:pPr>
      <w:r>
        <w:rPr>
          <w:noProof/>
        </w:rPr>
        <w:lastRenderedPageBreak/>
        <w:drawing>
          <wp:inline distT="0" distB="0" distL="0" distR="0">
            <wp:extent cx="2352726" cy="402336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job-locations.png"/>
                    <pic:cNvPicPr/>
                  </pic:nvPicPr>
                  <pic:blipFill>
                    <a:blip r:embed="rId76"/>
                    <a:stretch>
                      <a:fillRect/>
                    </a:stretch>
                  </pic:blipFill>
                  <pic:spPr>
                    <a:xfrm>
                      <a:off x="0" y="0"/>
                      <a:ext cx="2352726" cy="4023360"/>
                    </a:xfrm>
                    <a:prstGeom prst="rect">
                      <a:avLst/>
                    </a:prstGeom>
                    <a:ln w="9525">
                      <a:solidFill>
                        <a:srgbClr val="D8DCE3"/>
                      </a:solidFill>
                    </a:ln>
                  </pic:spPr>
                </pic:pic>
              </a:graphicData>
            </a:graphic>
          </wp:inline>
        </w:drawing>
      </w:r>
    </w:p>
    <w:p w:rsidR="007E715F" w:rsidRDefault="00D52D88">
      <w:pPr>
        <w:pStyle w:val="Caption"/>
        <w:jc w:val="center"/>
      </w:pPr>
      <w:bookmarkStart w:id="140" w:name="_Toc23742009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67</w:t>
      </w:r>
      <w:r>
        <w:rPr>
          <w:color w:val="6B7280"/>
        </w:rPr>
        <w:fldChar w:fldCharType="end"/>
      </w:r>
      <w:r>
        <w:rPr>
          <w:b w:val="0"/>
          <w:color w:val="6B7280"/>
        </w:rPr>
        <w:t>: The Add Job Location form</w:t>
      </w:r>
      <w:bookmarkEnd w:id="140"/>
    </w:p>
    <w:p w:rsidR="007E715F" w:rsidRDefault="00D52D88">
      <w:pPr>
        <w:pStyle w:val="Heading3"/>
        <w:pageBreakBefore/>
        <w:spacing w:before="0"/>
      </w:pPr>
      <w:bookmarkStart w:id="141" w:name="_Toc237419948"/>
      <w:r>
        <w:lastRenderedPageBreak/>
        <w:t>13.4 Custom Questions</w:t>
      </w:r>
      <w:bookmarkEnd w:id="141"/>
    </w:p>
    <w:p w:rsidR="007E715F" w:rsidRDefault="00D52D88">
      <w:r>
        <w:t>Extra questions added to the application form, for information a CV does not reliably provide.</w:t>
      </w:r>
    </w:p>
    <w:p w:rsidR="007E715F" w:rsidRDefault="00D52D88">
      <w:pPr>
        <w:spacing w:before="120" w:after="80"/>
        <w:jc w:val="center"/>
      </w:pPr>
      <w:r>
        <w:rPr>
          <w:noProof/>
        </w:rPr>
        <w:drawing>
          <wp:inline distT="0" distB="0" distL="0" distR="0">
            <wp:extent cx="5760720" cy="36004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ustom-questions.png"/>
                    <pic:cNvPicPr/>
                  </pic:nvPicPr>
                  <pic:blipFill>
                    <a:blip r:embed="rId7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42" w:name="_Toc23742009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68</w:t>
      </w:r>
      <w:r>
        <w:rPr>
          <w:color w:val="6B7280"/>
        </w:rPr>
        <w:fldChar w:fldCharType="end"/>
      </w:r>
      <w:r>
        <w:rPr>
          <w:b w:val="0"/>
          <w:color w:val="6B7280"/>
        </w:rPr>
        <w:t>: The Custom</w:t>
      </w:r>
      <w:r>
        <w:rPr>
          <w:b w:val="0"/>
          <w:color w:val="6B7280"/>
        </w:rPr>
        <w:t xml:space="preserve"> Questions page</w:t>
      </w:r>
      <w:bookmarkEnd w:id="14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Question, Required, Created At, Actions</w:t>
      </w:r>
    </w:p>
    <w:p w:rsidR="007E715F" w:rsidRDefault="00D52D88">
      <w:pPr>
        <w:spacing w:after="80"/>
        <w:ind w:left="144"/>
      </w:pPr>
      <w:r>
        <w:rPr>
          <w:b/>
          <w:sz w:val="19"/>
        </w:rPr>
        <w:t xml:space="preserve">Actions on this page: </w:t>
      </w:r>
      <w:r>
        <w:rPr>
          <w:sz w:val="19"/>
        </w:rPr>
        <w:t>Add Custom Question</w:t>
      </w:r>
    </w:p>
    <w:p w:rsidR="007E715F" w:rsidRDefault="00D52D88">
      <w:pPr>
        <w:spacing w:after="60"/>
        <w:ind w:left="461" w:hanging="461"/>
      </w:pPr>
      <w:r>
        <w:rPr>
          <w:b/>
          <w:color w:val="0E9F6E"/>
        </w:rPr>
        <w:t xml:space="preserve">1.  </w:t>
      </w:r>
      <w:r>
        <w:t>Choose Add Custom Question at the top right. The form opens in a panel.</w:t>
      </w:r>
    </w:p>
    <w:p w:rsidR="007E715F" w:rsidRDefault="00D52D88">
      <w:pPr>
        <w:spacing w:after="60"/>
        <w:ind w:left="461" w:hanging="461"/>
      </w:pPr>
      <w:r>
        <w:rPr>
          <w:b/>
          <w:color w:val="0E9F6E"/>
        </w:rPr>
        <w:t xml:space="preserve">2.  </w:t>
      </w:r>
      <w:r>
        <w:t>Complete</w:t>
      </w:r>
      <w:r>
        <w:t xml:space="preserve"> the required fields: Question.</w:t>
      </w:r>
    </w:p>
    <w:p w:rsidR="007E715F" w:rsidRDefault="00D52D88">
      <w:pPr>
        <w:spacing w:after="60"/>
        <w:ind w:left="461" w:hanging="461"/>
      </w:pPr>
      <w:r>
        <w:rPr>
          <w:b/>
          <w:color w:val="0E9F6E"/>
        </w:rPr>
        <w:t xml:space="preserve">3.  </w:t>
      </w:r>
      <w:r>
        <w:t>Choose Save. The new record appears in the list.</w:t>
      </w:r>
    </w:p>
    <w:p w:rsidR="007E715F" w:rsidRDefault="00D52D88">
      <w:pPr>
        <w:spacing w:before="120" w:after="80"/>
        <w:jc w:val="center"/>
      </w:pPr>
      <w:r>
        <w:rPr>
          <w:noProof/>
        </w:rPr>
        <w:lastRenderedPageBreak/>
        <w:drawing>
          <wp:inline distT="0" distB="0" distL="0" distR="0">
            <wp:extent cx="5747657" cy="402336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custom-questions.png"/>
                    <pic:cNvPicPr/>
                  </pic:nvPicPr>
                  <pic:blipFill>
                    <a:blip r:embed="rId78"/>
                    <a:stretch>
                      <a:fillRect/>
                    </a:stretch>
                  </pic:blipFill>
                  <pic:spPr>
                    <a:xfrm>
                      <a:off x="0" y="0"/>
                      <a:ext cx="5747657" cy="4023360"/>
                    </a:xfrm>
                    <a:prstGeom prst="rect">
                      <a:avLst/>
                    </a:prstGeom>
                    <a:ln w="9525">
                      <a:solidFill>
                        <a:srgbClr val="D8DCE3"/>
                      </a:solidFill>
                    </a:ln>
                  </pic:spPr>
                </pic:pic>
              </a:graphicData>
            </a:graphic>
          </wp:inline>
        </w:drawing>
      </w:r>
    </w:p>
    <w:p w:rsidR="007E715F" w:rsidRDefault="00D52D88">
      <w:pPr>
        <w:pStyle w:val="Caption"/>
        <w:jc w:val="center"/>
      </w:pPr>
      <w:bookmarkStart w:id="143" w:name="_Toc23742009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69</w:t>
      </w:r>
      <w:r>
        <w:rPr>
          <w:color w:val="6B7280"/>
        </w:rPr>
        <w:fldChar w:fldCharType="end"/>
      </w:r>
      <w:r>
        <w:rPr>
          <w:b w:val="0"/>
          <w:color w:val="6B7280"/>
        </w:rPr>
        <w:t>: The Add Custom Question form</w:t>
      </w:r>
      <w:bookmarkEnd w:id="143"/>
    </w:p>
    <w:p w:rsidR="007E715F" w:rsidRDefault="00D52D88">
      <w:pPr>
        <w:pStyle w:val="Heading3"/>
        <w:pageBreakBefore/>
        <w:spacing w:before="0"/>
      </w:pPr>
      <w:bookmarkStart w:id="144" w:name="_Toc237419949"/>
      <w:r>
        <w:lastRenderedPageBreak/>
        <w:t>13.5 Job Postings</w:t>
      </w:r>
      <w:bookmarkEnd w:id="144"/>
    </w:p>
    <w:p w:rsidR="007E715F" w:rsidRDefault="00D52D88">
      <w:r>
        <w:t>The vacancies themselves. A posting carries a code, a title, a type, a location and a s</w:t>
      </w:r>
      <w:r>
        <w:t>alary range, and collects the applications made against it. Published postings appear on the public careers page.</w:t>
      </w:r>
    </w:p>
    <w:p w:rsidR="007E715F" w:rsidRDefault="00D52D88">
      <w:pPr>
        <w:spacing w:before="120" w:after="80"/>
        <w:jc w:val="center"/>
      </w:pPr>
      <w:r>
        <w:rPr>
          <w:noProof/>
        </w:rPr>
        <w:drawing>
          <wp:inline distT="0" distB="0" distL="0" distR="0">
            <wp:extent cx="5760720" cy="3638854"/>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job-postings.jpg"/>
                    <pic:cNvPicPr/>
                  </pic:nvPicPr>
                  <pic:blipFill>
                    <a:blip r:embed="rId79"/>
                    <a:stretch>
                      <a:fillRect/>
                    </a:stretch>
                  </pic:blipFill>
                  <pic:spPr>
                    <a:xfrm>
                      <a:off x="0" y="0"/>
                      <a:ext cx="5760720" cy="3638854"/>
                    </a:xfrm>
                    <a:prstGeom prst="rect">
                      <a:avLst/>
                    </a:prstGeom>
                    <a:ln w="9525">
                      <a:solidFill>
                        <a:srgbClr val="D8DCE3"/>
                      </a:solidFill>
                    </a:ln>
                  </pic:spPr>
                </pic:pic>
              </a:graphicData>
            </a:graphic>
          </wp:inline>
        </w:drawing>
      </w:r>
    </w:p>
    <w:p w:rsidR="007E715F" w:rsidRDefault="00D52D88">
      <w:pPr>
        <w:pStyle w:val="Caption"/>
        <w:jc w:val="center"/>
      </w:pPr>
      <w:bookmarkStart w:id="145" w:name="_Toc23742009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70</w:t>
      </w:r>
      <w:r>
        <w:rPr>
          <w:color w:val="6B7280"/>
        </w:rPr>
        <w:fldChar w:fldCharType="end"/>
      </w:r>
      <w:r>
        <w:rPr>
          <w:b w:val="0"/>
          <w:color w:val="6B7280"/>
        </w:rPr>
        <w:t>: The Job Postings page</w:t>
      </w:r>
      <w:bookmarkEnd w:id="14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xml:space="preserve">#, Code, Title, </w:t>
      </w:r>
      <w:r>
        <w:rPr>
          <w:sz w:val="19"/>
        </w:rPr>
        <w:t>Type, Location, Salary Range, Applications, Published, Status, Deadline, Actions</w:t>
      </w:r>
    </w:p>
    <w:p w:rsidR="007E715F" w:rsidRDefault="00D52D88">
      <w:pPr>
        <w:spacing w:after="80"/>
        <w:ind w:left="144"/>
      </w:pPr>
      <w:r>
        <w:rPr>
          <w:b/>
          <w:sz w:val="19"/>
        </w:rPr>
        <w:t xml:space="preserve">Actions on this page: </w:t>
      </w:r>
      <w:r>
        <w:rPr>
          <w:sz w:val="19"/>
        </w:rPr>
        <w:t>Add Job Posting</w:t>
      </w:r>
    </w:p>
    <w:p w:rsidR="007E715F" w:rsidRDefault="00D52D88">
      <w:pPr>
        <w:spacing w:after="60"/>
        <w:ind w:left="461" w:hanging="461"/>
      </w:pPr>
      <w:r>
        <w:rPr>
          <w:b/>
          <w:color w:val="0E9F6E"/>
        </w:rPr>
        <w:t xml:space="preserve">1.  </w:t>
      </w:r>
      <w:r>
        <w:t>Choose Add Job Posting at the top right. The form opens on its own page.</w:t>
      </w:r>
    </w:p>
    <w:p w:rsidR="007E715F" w:rsidRDefault="00D52D88">
      <w:pPr>
        <w:spacing w:after="60"/>
        <w:ind w:left="461" w:hanging="461"/>
      </w:pPr>
      <w:r>
        <w:rPr>
          <w:b/>
          <w:color w:val="0E9F6E"/>
        </w:rPr>
        <w:t xml:space="preserve">2.  </w:t>
      </w:r>
      <w:r>
        <w:t>Complete the required fields: Job Title, Start Date, App</w:t>
      </w:r>
      <w:r>
        <w:t>lication Deadline, Application URL, Number of Positions, Min Experience (Years), Max Experience (Years), Min Salary, Max Salary.</w:t>
      </w:r>
    </w:p>
    <w:p w:rsidR="007E715F" w:rsidRDefault="00D52D88">
      <w:pPr>
        <w:spacing w:after="60"/>
        <w:ind w:left="461" w:hanging="461"/>
      </w:pPr>
      <w:r>
        <w:rPr>
          <w:b/>
          <w:color w:val="0E9F6E"/>
        </w:rPr>
        <w:t xml:space="preserve">3.  </w:t>
      </w:r>
      <w:r>
        <w:t>Fill in anything else that applies: Type Required Skills and press Enter, Featured Job, Gender, Date Of Birth, Cover Letter</w:t>
      </w:r>
      <w:r>
        <w:t>, Terms And Conditions.</w:t>
      </w:r>
    </w:p>
    <w:p w:rsidR="007E715F" w:rsidRDefault="00D52D88">
      <w:pPr>
        <w:spacing w:after="60"/>
        <w:ind w:left="461" w:hanging="461"/>
      </w:pPr>
      <w:r>
        <w:rPr>
          <w:b/>
          <w:color w:val="0E9F6E"/>
        </w:rPr>
        <w:t xml:space="preserve">4.  </w:t>
      </w:r>
      <w:r>
        <w:t>Make the selections the form asks for: Job Type, Location, Branch, Department.</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438769" cy="402336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job-postings.png"/>
                    <pic:cNvPicPr/>
                  </pic:nvPicPr>
                  <pic:blipFill>
                    <a:blip r:embed="rId80"/>
                    <a:stretch>
                      <a:fillRect/>
                    </a:stretch>
                  </pic:blipFill>
                  <pic:spPr>
                    <a:xfrm>
                      <a:off x="0" y="0"/>
                      <a:ext cx="3438769" cy="4023360"/>
                    </a:xfrm>
                    <a:prstGeom prst="rect">
                      <a:avLst/>
                    </a:prstGeom>
                    <a:ln w="9525">
                      <a:solidFill>
                        <a:srgbClr val="D8DCE3"/>
                      </a:solidFill>
                    </a:ln>
                  </pic:spPr>
                </pic:pic>
              </a:graphicData>
            </a:graphic>
          </wp:inline>
        </w:drawing>
      </w:r>
    </w:p>
    <w:p w:rsidR="007E715F" w:rsidRDefault="00D52D88">
      <w:pPr>
        <w:pStyle w:val="Caption"/>
        <w:jc w:val="center"/>
      </w:pPr>
      <w:bookmarkStart w:id="146" w:name="_Toc23742009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71</w:t>
      </w:r>
      <w:r>
        <w:rPr>
          <w:color w:val="6B7280"/>
        </w:rPr>
        <w:fldChar w:fldCharType="end"/>
      </w:r>
      <w:r>
        <w:rPr>
          <w:b w:val="0"/>
          <w:color w:val="6B7280"/>
        </w:rPr>
        <w:t>: The Add Job Posting form</w:t>
      </w:r>
      <w:bookmarkEnd w:id="146"/>
    </w:p>
    <w:p w:rsidR="007E715F" w:rsidRDefault="00D52D88">
      <w:pPr>
        <w:pStyle w:val="Heading3"/>
        <w:pageBreakBefore/>
        <w:spacing w:before="0"/>
      </w:pPr>
      <w:bookmarkStart w:id="147" w:name="_Toc237419950"/>
      <w:r>
        <w:lastRenderedPageBreak/>
        <w:t>13.6 careers</w:t>
      </w:r>
      <w:bookmarkEnd w:id="147"/>
    </w:p>
    <w:p w:rsidR="007E715F" w:rsidRDefault="00D52D88">
      <w:r>
        <w:t xml:space="preserve">The public careers </w:t>
      </w:r>
      <w:r>
        <w:t>page. This is what a job seeker sees; it needs no sign-in and lists every published posting. Its address carries your company slug, so each company has its own board.</w:t>
      </w:r>
    </w:p>
    <w:p w:rsidR="007E715F" w:rsidRDefault="00D52D88">
      <w:pPr>
        <w:spacing w:before="120" w:after="80"/>
        <w:jc w:val="center"/>
      </w:pPr>
      <w:r>
        <w:rPr>
          <w:noProof/>
        </w:rPr>
        <w:drawing>
          <wp:inline distT="0" distB="0" distL="0" distR="0">
            <wp:extent cx="4780680" cy="448056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careers.jpg"/>
                    <pic:cNvPicPr/>
                  </pic:nvPicPr>
                  <pic:blipFill>
                    <a:blip r:embed="rId81"/>
                    <a:stretch>
                      <a:fillRect/>
                    </a:stretch>
                  </pic:blipFill>
                  <pic:spPr>
                    <a:xfrm>
                      <a:off x="0" y="0"/>
                      <a:ext cx="4780680" cy="4480560"/>
                    </a:xfrm>
                    <a:prstGeom prst="rect">
                      <a:avLst/>
                    </a:prstGeom>
                    <a:ln w="9525">
                      <a:solidFill>
                        <a:srgbClr val="D8DCE3"/>
                      </a:solidFill>
                    </a:ln>
                  </pic:spPr>
                </pic:pic>
              </a:graphicData>
            </a:graphic>
          </wp:inline>
        </w:drawing>
      </w:r>
    </w:p>
    <w:p w:rsidR="007E715F" w:rsidRDefault="00D52D88">
      <w:pPr>
        <w:pStyle w:val="Caption"/>
        <w:jc w:val="center"/>
      </w:pPr>
      <w:bookmarkStart w:id="148" w:name="_Toc23742009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72</w:t>
      </w:r>
      <w:r>
        <w:rPr>
          <w:color w:val="6B7280"/>
        </w:rPr>
        <w:fldChar w:fldCharType="end"/>
      </w:r>
      <w:r>
        <w:rPr>
          <w:b w:val="0"/>
          <w:color w:val="6B7280"/>
        </w:rPr>
        <w:t>: The careers page</w:t>
      </w:r>
      <w:bookmarkEnd w:id="148"/>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This page is public. Anythin</w:t>
            </w:r>
            <w:r>
              <w:rPr>
                <w:sz w:val="18"/>
              </w:rPr>
              <w:t>g published to a job posting is visible to anyone with the link, so check a posting before publishing it.</w:t>
            </w:r>
          </w:p>
        </w:tc>
      </w:tr>
    </w:tbl>
    <w:p w:rsidR="007E715F" w:rsidRDefault="007E715F">
      <w:pPr>
        <w:spacing w:after="40"/>
      </w:pPr>
    </w:p>
    <w:p w:rsidR="007E715F" w:rsidRDefault="00D52D88">
      <w:pPr>
        <w:pStyle w:val="Heading3"/>
        <w:pageBreakBefore/>
        <w:spacing w:before="0"/>
      </w:pPr>
      <w:bookmarkStart w:id="149" w:name="_Toc237419951"/>
      <w:r>
        <w:lastRenderedPageBreak/>
        <w:t>13.7 Candidate Sources</w:t>
      </w:r>
      <w:bookmarkEnd w:id="149"/>
    </w:p>
    <w:p w:rsidR="007E715F" w:rsidRDefault="00D52D88">
      <w:r>
        <w:t>A reference list. Entries created here become the options offered when you create a candidate, to record where they came from</w:t>
      </w:r>
      <w:r>
        <w:t>. Setting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004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andidate-sources.jpg"/>
                    <pic:cNvPicPr/>
                  </pic:nvPicPr>
                  <pic:blipFill>
                    <a:blip r:embed="rId8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50" w:name="_Toc23742009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73</w:t>
      </w:r>
      <w:r>
        <w:rPr>
          <w:color w:val="6B7280"/>
        </w:rPr>
        <w:fldChar w:fldCharType="end"/>
      </w:r>
      <w:r>
        <w:rPr>
          <w:b w:val="0"/>
          <w:color w:val="6B7280"/>
        </w:rPr>
        <w:t>: The Candidate Sources page</w:t>
      </w:r>
      <w:bookmarkEnd w:id="15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xml:space="preserve">#, Name, </w:t>
      </w:r>
      <w:r>
        <w:rPr>
          <w:sz w:val="19"/>
        </w:rPr>
        <w:t>Description, Status, Created At, Actions</w:t>
      </w:r>
    </w:p>
    <w:p w:rsidR="007E715F" w:rsidRDefault="00D52D88">
      <w:pPr>
        <w:spacing w:after="80"/>
        <w:ind w:left="144"/>
      </w:pPr>
      <w:r>
        <w:rPr>
          <w:b/>
          <w:sz w:val="19"/>
        </w:rPr>
        <w:t xml:space="preserve">Actions on this page: </w:t>
      </w:r>
      <w:r>
        <w:rPr>
          <w:sz w:val="19"/>
        </w:rPr>
        <w:t>Add Candidate Source</w:t>
      </w:r>
    </w:p>
    <w:p w:rsidR="007E715F" w:rsidRDefault="00D52D88">
      <w:pPr>
        <w:spacing w:after="60"/>
        <w:ind w:left="461" w:hanging="461"/>
      </w:pPr>
      <w:r>
        <w:rPr>
          <w:b/>
          <w:color w:val="0E9F6E"/>
        </w:rPr>
        <w:t xml:space="preserve">1.  </w:t>
      </w:r>
      <w:r>
        <w:t>Choose Add Candidate Source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candidate-sources.png"/>
                    <pic:cNvPicPr/>
                  </pic:nvPicPr>
                  <pic:blipFill>
                    <a:blip r:embed="rId83"/>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51" w:name="_Toc23742009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74</w:t>
      </w:r>
      <w:r>
        <w:rPr>
          <w:color w:val="6B7280"/>
        </w:rPr>
        <w:fldChar w:fldCharType="end"/>
      </w:r>
      <w:r>
        <w:rPr>
          <w:b w:val="0"/>
          <w:color w:val="6B7280"/>
        </w:rPr>
        <w:t>: The Add Candidate Source form</w:t>
      </w:r>
      <w:bookmarkEnd w:id="151"/>
    </w:p>
    <w:p w:rsidR="007E715F" w:rsidRDefault="00D52D88">
      <w:pPr>
        <w:pStyle w:val="Heading3"/>
        <w:pageBreakBefore/>
        <w:spacing w:before="0"/>
      </w:pPr>
      <w:bookmarkStart w:id="152" w:name="_Toc237419952"/>
      <w:r>
        <w:lastRenderedPageBreak/>
        <w:t>13.8 Candidates</w:t>
      </w:r>
      <w:bookmarkEnd w:id="152"/>
    </w:p>
    <w:p w:rsidR="007E715F" w:rsidRDefault="00D52D88">
      <w:r>
        <w:t>Everyone who has applied, with the job applied for, where they came f</w:t>
      </w:r>
      <w:r>
        <w:t>rom, their experience, their salary expectation and where they have reached in the process.</w:t>
      </w:r>
    </w:p>
    <w:p w:rsidR="007E715F" w:rsidRDefault="00D52D88">
      <w:pPr>
        <w:spacing w:before="120" w:after="80"/>
        <w:jc w:val="center"/>
      </w:pPr>
      <w:r>
        <w:rPr>
          <w:noProof/>
        </w:rPr>
        <w:drawing>
          <wp:inline distT="0" distB="0" distL="0" distR="0">
            <wp:extent cx="5760720" cy="37668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andidates.jpg"/>
                    <pic:cNvPicPr/>
                  </pic:nvPicPr>
                  <pic:blipFill>
                    <a:blip r:embed="rId84"/>
                    <a:stretch>
                      <a:fillRect/>
                    </a:stretch>
                  </pic:blipFill>
                  <pic:spPr>
                    <a:xfrm>
                      <a:off x="0" y="0"/>
                      <a:ext cx="5760720" cy="3766870"/>
                    </a:xfrm>
                    <a:prstGeom prst="rect">
                      <a:avLst/>
                    </a:prstGeom>
                    <a:ln w="9525">
                      <a:solidFill>
                        <a:srgbClr val="D8DCE3"/>
                      </a:solidFill>
                    </a:ln>
                  </pic:spPr>
                </pic:pic>
              </a:graphicData>
            </a:graphic>
          </wp:inline>
        </w:drawing>
      </w:r>
    </w:p>
    <w:p w:rsidR="007E715F" w:rsidRDefault="00D52D88">
      <w:pPr>
        <w:pStyle w:val="Caption"/>
        <w:jc w:val="center"/>
      </w:pPr>
      <w:bookmarkStart w:id="153" w:name="_Toc23742009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75</w:t>
      </w:r>
      <w:r>
        <w:rPr>
          <w:color w:val="6B7280"/>
        </w:rPr>
        <w:fldChar w:fldCharType="end"/>
      </w:r>
      <w:r>
        <w:rPr>
          <w:b w:val="0"/>
          <w:color w:val="6B7280"/>
        </w:rPr>
        <w:t>: The Candidates page</w:t>
      </w:r>
      <w:bookmarkEnd w:id="15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Name, Job, Source, Experience, Expected Salary, Status, Empl</w:t>
      </w:r>
      <w:r>
        <w:rPr>
          <w:sz w:val="19"/>
        </w:rPr>
        <w:t>oyee Converted, Applied, Actions</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Candidates arrive by applying to a posting, so there is no Add action here.</w:t>
            </w:r>
          </w:p>
        </w:tc>
      </w:tr>
    </w:tbl>
    <w:p w:rsidR="007E715F" w:rsidRDefault="007E715F">
      <w:pPr>
        <w:spacing w:after="40"/>
      </w:pPr>
    </w:p>
    <w:p w:rsidR="007E715F" w:rsidRDefault="00D52D88">
      <w:pPr>
        <w:pStyle w:val="Heading3"/>
        <w:pageBreakBefore/>
        <w:spacing w:before="0"/>
      </w:pPr>
      <w:bookmarkStart w:id="154" w:name="_Toc237419953"/>
      <w:r>
        <w:lastRenderedPageBreak/>
        <w:t>13.9 Interview Types</w:t>
      </w:r>
      <w:bookmarkEnd w:id="154"/>
    </w:p>
    <w:p w:rsidR="007E715F" w:rsidRDefault="00D52D88">
      <w:r>
        <w:t xml:space="preserve">A reference list. Entries created here become the options offered when you create an interview. Setting these up </w:t>
      </w:r>
      <w:r>
        <w:t>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004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interview-types.jpg"/>
                    <pic:cNvPicPr/>
                  </pic:nvPicPr>
                  <pic:blipFill>
                    <a:blip r:embed="rId8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55" w:name="_Toc23742009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76</w:t>
      </w:r>
      <w:r>
        <w:rPr>
          <w:color w:val="6B7280"/>
        </w:rPr>
        <w:fldChar w:fldCharType="end"/>
      </w:r>
      <w:r>
        <w:rPr>
          <w:b w:val="0"/>
          <w:color w:val="6B7280"/>
        </w:rPr>
        <w:t>: The Interview Types page</w:t>
      </w:r>
      <w:bookmarkEnd w:id="15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xml:space="preserve">#, Name, Description, Status, </w:t>
      </w:r>
      <w:r>
        <w:rPr>
          <w:sz w:val="19"/>
        </w:rPr>
        <w:t>Created At, Actions</w:t>
      </w:r>
    </w:p>
    <w:p w:rsidR="007E715F" w:rsidRDefault="00D52D88">
      <w:pPr>
        <w:spacing w:after="80"/>
        <w:ind w:left="144"/>
      </w:pPr>
      <w:r>
        <w:rPr>
          <w:b/>
          <w:sz w:val="19"/>
        </w:rPr>
        <w:t xml:space="preserve">Actions on this page: </w:t>
      </w:r>
      <w:r>
        <w:rPr>
          <w:sz w:val="19"/>
        </w:rPr>
        <w:t>Add Interview Type</w:t>
      </w:r>
    </w:p>
    <w:p w:rsidR="007E715F" w:rsidRDefault="00D52D88">
      <w:pPr>
        <w:spacing w:after="60"/>
        <w:ind w:left="461" w:hanging="461"/>
      </w:pPr>
      <w:r>
        <w:rPr>
          <w:b/>
          <w:color w:val="0E9F6E"/>
        </w:rPr>
        <w:t xml:space="preserve">1.  </w:t>
      </w:r>
      <w:r>
        <w:t>Choose Add Interview Type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w:t>
      </w:r>
      <w:r>
        <w:t xml:space="preserv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interview-types.png"/>
                    <pic:cNvPicPr/>
                  </pic:nvPicPr>
                  <pic:blipFill>
                    <a:blip r:embed="rId86"/>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56" w:name="_Toc23742010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77</w:t>
      </w:r>
      <w:r>
        <w:rPr>
          <w:color w:val="6B7280"/>
        </w:rPr>
        <w:fldChar w:fldCharType="end"/>
      </w:r>
      <w:r>
        <w:rPr>
          <w:b w:val="0"/>
          <w:color w:val="6B7280"/>
        </w:rPr>
        <w:t>: The Add Interview Type form</w:t>
      </w:r>
      <w:bookmarkEnd w:id="156"/>
    </w:p>
    <w:p w:rsidR="007E715F" w:rsidRDefault="00D52D88">
      <w:pPr>
        <w:pStyle w:val="Heading3"/>
        <w:pageBreakBefore/>
        <w:spacing w:before="0"/>
      </w:pPr>
      <w:bookmarkStart w:id="157" w:name="_Toc237419954"/>
      <w:r>
        <w:lastRenderedPageBreak/>
        <w:t>13.10 Interview Rounds</w:t>
      </w:r>
      <w:bookmarkEnd w:id="157"/>
    </w:p>
    <w:p w:rsidR="007E715F" w:rsidRDefault="00D52D88">
      <w:r>
        <w:t xml:space="preserve">The stages a candidate passes through for a given job, in sequence — screening, technical, </w:t>
      </w:r>
      <w:r>
        <w:t>final. Defined per job so different roles can be hired differently.</w:t>
      </w:r>
    </w:p>
    <w:p w:rsidR="007E715F" w:rsidRDefault="00D52D88">
      <w:pPr>
        <w:spacing w:before="120" w:after="80"/>
        <w:jc w:val="center"/>
      </w:pPr>
      <w:r>
        <w:rPr>
          <w:noProof/>
        </w:rPr>
        <w:drawing>
          <wp:inline distT="0" distB="0" distL="0" distR="0">
            <wp:extent cx="5760720" cy="369646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interview-rounds.jpg"/>
                    <pic:cNvPicPr/>
                  </pic:nvPicPr>
                  <pic:blipFill>
                    <a:blip r:embed="rId87"/>
                    <a:stretch>
                      <a:fillRect/>
                    </a:stretch>
                  </pic:blipFill>
                  <pic:spPr>
                    <a:xfrm>
                      <a:off x="0" y="0"/>
                      <a:ext cx="5760720" cy="3696462"/>
                    </a:xfrm>
                    <a:prstGeom prst="rect">
                      <a:avLst/>
                    </a:prstGeom>
                    <a:ln w="9525">
                      <a:solidFill>
                        <a:srgbClr val="D8DCE3"/>
                      </a:solidFill>
                    </a:ln>
                  </pic:spPr>
                </pic:pic>
              </a:graphicData>
            </a:graphic>
          </wp:inline>
        </w:drawing>
      </w:r>
    </w:p>
    <w:p w:rsidR="007E715F" w:rsidRDefault="00D52D88">
      <w:pPr>
        <w:pStyle w:val="Caption"/>
        <w:jc w:val="center"/>
      </w:pPr>
      <w:bookmarkStart w:id="158" w:name="_Toc23742010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78</w:t>
      </w:r>
      <w:r>
        <w:rPr>
          <w:color w:val="6B7280"/>
        </w:rPr>
        <w:fldChar w:fldCharType="end"/>
      </w:r>
      <w:r>
        <w:rPr>
          <w:b w:val="0"/>
          <w:color w:val="6B7280"/>
        </w:rPr>
        <w:t>: The Interview Rounds page</w:t>
      </w:r>
      <w:bookmarkEnd w:id="15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Job, Sequence, Name, Description, Status, Created At, A</w:t>
      </w:r>
      <w:r>
        <w:rPr>
          <w:sz w:val="19"/>
        </w:rPr>
        <w:t>ctions</w:t>
      </w:r>
    </w:p>
    <w:p w:rsidR="007E715F" w:rsidRDefault="00D52D88">
      <w:pPr>
        <w:spacing w:after="80"/>
        <w:ind w:left="144"/>
      </w:pPr>
      <w:r>
        <w:rPr>
          <w:b/>
          <w:sz w:val="19"/>
        </w:rPr>
        <w:t xml:space="preserve">Actions on this page: </w:t>
      </w:r>
      <w:r>
        <w:rPr>
          <w:sz w:val="19"/>
        </w:rPr>
        <w:t>Add Interview Round</w:t>
      </w:r>
    </w:p>
    <w:p w:rsidR="007E715F" w:rsidRDefault="00D52D88">
      <w:pPr>
        <w:spacing w:after="60"/>
        <w:ind w:left="461" w:hanging="461"/>
      </w:pPr>
      <w:r>
        <w:rPr>
          <w:b/>
          <w:color w:val="0E9F6E"/>
        </w:rPr>
        <w:t xml:space="preserve">1.  </w:t>
      </w:r>
      <w:r>
        <w:t>Choose Add Interview Round at the top right. The form opens in a panel.</w:t>
      </w:r>
    </w:p>
    <w:p w:rsidR="007E715F" w:rsidRDefault="00D52D88">
      <w:pPr>
        <w:spacing w:after="60"/>
        <w:ind w:left="461" w:hanging="461"/>
      </w:pPr>
      <w:r>
        <w:rPr>
          <w:b/>
          <w:color w:val="0E9F6E"/>
        </w:rPr>
        <w:t xml:space="preserve">2.  </w:t>
      </w:r>
      <w:r>
        <w:t>Complete the required fields: Name, Sequence Number.</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 xml:space="preserve">Make the </w:t>
      </w:r>
      <w:r>
        <w:t>selections the form asks for: Job,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098898" cy="40233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interview-rounds.png"/>
                    <pic:cNvPicPr/>
                  </pic:nvPicPr>
                  <pic:blipFill>
                    <a:blip r:embed="rId88"/>
                    <a:stretch>
                      <a:fillRect/>
                    </a:stretch>
                  </pic:blipFill>
                  <pic:spPr>
                    <a:xfrm>
                      <a:off x="0" y="0"/>
                      <a:ext cx="3098898" cy="4023360"/>
                    </a:xfrm>
                    <a:prstGeom prst="rect">
                      <a:avLst/>
                    </a:prstGeom>
                    <a:ln w="9525">
                      <a:solidFill>
                        <a:srgbClr val="D8DCE3"/>
                      </a:solidFill>
                    </a:ln>
                  </pic:spPr>
                </pic:pic>
              </a:graphicData>
            </a:graphic>
          </wp:inline>
        </w:drawing>
      </w:r>
    </w:p>
    <w:p w:rsidR="007E715F" w:rsidRDefault="00D52D88">
      <w:pPr>
        <w:pStyle w:val="Caption"/>
        <w:jc w:val="center"/>
      </w:pPr>
      <w:bookmarkStart w:id="159" w:name="_Toc23742010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79</w:t>
      </w:r>
      <w:r>
        <w:rPr>
          <w:color w:val="6B7280"/>
        </w:rPr>
        <w:fldChar w:fldCharType="end"/>
      </w:r>
      <w:r>
        <w:rPr>
          <w:b w:val="0"/>
          <w:color w:val="6B7280"/>
        </w:rPr>
        <w:t>: The Add Interview Round form</w:t>
      </w:r>
      <w:bookmarkEnd w:id="159"/>
    </w:p>
    <w:p w:rsidR="007E715F" w:rsidRDefault="00D52D88">
      <w:pPr>
        <w:pStyle w:val="Heading3"/>
        <w:pageBreakBefore/>
        <w:spacing w:before="0"/>
      </w:pPr>
      <w:bookmarkStart w:id="160" w:name="_Toc237419955"/>
      <w:r>
        <w:lastRenderedPageBreak/>
        <w:t>13.11 Interviews</w:t>
      </w:r>
      <w:bookmarkEnd w:id="160"/>
    </w:p>
    <w:p w:rsidR="007E715F" w:rsidRDefault="00D52D88">
      <w:r>
        <w:t xml:space="preserve">Scheduled interviews: which candidate, which round, what type, when and </w:t>
      </w:r>
      <w:r>
        <w:t>where.</w:t>
      </w:r>
    </w:p>
    <w:p w:rsidR="007E715F" w:rsidRDefault="00D52D88">
      <w:pPr>
        <w:spacing w:before="120" w:after="80"/>
        <w:jc w:val="center"/>
      </w:pPr>
      <w:r>
        <w:rPr>
          <w:noProof/>
        </w:rPr>
        <w:drawing>
          <wp:inline distT="0" distB="0" distL="0" distR="0">
            <wp:extent cx="5760720" cy="360045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interviews.jpg"/>
                    <pic:cNvPicPr/>
                  </pic:nvPicPr>
                  <pic:blipFill>
                    <a:blip r:embed="rId8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61" w:name="_Toc23742010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80</w:t>
      </w:r>
      <w:r>
        <w:rPr>
          <w:color w:val="6B7280"/>
        </w:rPr>
        <w:fldChar w:fldCharType="end"/>
      </w:r>
      <w:r>
        <w:rPr>
          <w:b w:val="0"/>
          <w:color w:val="6B7280"/>
        </w:rPr>
        <w:t>: The Interviews page</w:t>
      </w:r>
      <w:bookmarkEnd w:id="16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Candidate, Round, Type, Date &amp; Time, Location, Status, Feedback, Actions</w:t>
      </w:r>
    </w:p>
    <w:p w:rsidR="007E715F" w:rsidRDefault="00D52D88">
      <w:pPr>
        <w:spacing w:after="80"/>
        <w:ind w:left="144"/>
      </w:pPr>
      <w:r>
        <w:rPr>
          <w:b/>
          <w:sz w:val="19"/>
        </w:rPr>
        <w:t xml:space="preserve">Actions on this page: </w:t>
      </w:r>
      <w:r>
        <w:rPr>
          <w:sz w:val="19"/>
        </w:rPr>
        <w:t>Schedule Interview</w:t>
      </w:r>
    </w:p>
    <w:p w:rsidR="007E715F" w:rsidRDefault="00D52D88">
      <w:pPr>
        <w:pStyle w:val="Heading3"/>
        <w:pageBreakBefore/>
        <w:spacing w:before="0"/>
      </w:pPr>
      <w:bookmarkStart w:id="162" w:name="_Toc237419956"/>
      <w:r>
        <w:lastRenderedPageBreak/>
        <w:t>13.12 Interview Feedback</w:t>
      </w:r>
      <w:bookmarkEnd w:id="162"/>
    </w:p>
    <w:p w:rsidR="007E715F" w:rsidRDefault="00D52D88">
      <w:r>
        <w:t>What e</w:t>
      </w:r>
      <w:r>
        <w:t>ach interviewer thought, with an overall rating and a recommendation. Separating feedback from the interview itself allows several interviewers to report on the same conversation.</w:t>
      </w:r>
    </w:p>
    <w:p w:rsidR="007E715F" w:rsidRDefault="00D52D88">
      <w:pPr>
        <w:spacing w:before="120" w:after="80"/>
        <w:jc w:val="center"/>
      </w:pPr>
      <w:r>
        <w:rPr>
          <w:noProof/>
        </w:rPr>
        <w:drawing>
          <wp:inline distT="0" distB="0" distL="0" distR="0">
            <wp:extent cx="5760720" cy="36004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interview-feedback.jpg"/>
                    <pic:cNvPicPr/>
                  </pic:nvPicPr>
                  <pic:blipFill>
                    <a:blip r:embed="rId90"/>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63" w:name="_Toc23742010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81</w:t>
      </w:r>
      <w:r>
        <w:rPr>
          <w:color w:val="6B7280"/>
        </w:rPr>
        <w:fldChar w:fldCharType="end"/>
      </w:r>
      <w:r>
        <w:rPr>
          <w:b w:val="0"/>
          <w:color w:val="6B7280"/>
        </w:rPr>
        <w:t>: The Interview Feedback page</w:t>
      </w:r>
      <w:bookmarkEnd w:id="163"/>
    </w:p>
    <w:p w:rsidR="007E715F" w:rsidRDefault="00D52D88">
      <w:pPr>
        <w:spacing w:after="100"/>
        <w:ind w:left="144"/>
      </w:pPr>
      <w:r>
        <w:rPr>
          <w:b/>
          <w:color w:val="D7263D"/>
          <w:sz w:val="18"/>
        </w:rPr>
        <w:t xml:space="preserve">1 </w:t>
      </w:r>
      <w:r>
        <w:rPr>
          <w:color w:val="6B7280"/>
          <w:sz w:val="18"/>
        </w:rPr>
        <w:t>page titl</w:t>
      </w:r>
      <w:r>
        <w:rPr>
          <w:color w:val="6B7280"/>
          <w:sz w:val="18"/>
        </w:rPr>
        <w:t xml:space="preserve">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Candidate, Round, Interviewer, Overall Rating, Recommendation, Submitted, Actions</w:t>
      </w:r>
    </w:p>
    <w:p w:rsidR="007E715F" w:rsidRDefault="00D52D88">
      <w:pPr>
        <w:spacing w:after="80"/>
        <w:ind w:left="144"/>
      </w:pPr>
      <w:r>
        <w:rPr>
          <w:b/>
          <w:sz w:val="19"/>
        </w:rPr>
        <w:t xml:space="preserve">Actions on this page: </w:t>
      </w:r>
      <w:r>
        <w:rPr>
          <w:sz w:val="19"/>
        </w:rPr>
        <w:t>Add Feedback</w:t>
      </w:r>
    </w:p>
    <w:p w:rsidR="007E715F" w:rsidRDefault="00D52D88">
      <w:pPr>
        <w:spacing w:after="60"/>
        <w:ind w:left="461" w:hanging="461"/>
      </w:pPr>
      <w:r>
        <w:rPr>
          <w:b/>
          <w:color w:val="0E9F6E"/>
        </w:rPr>
        <w:t xml:space="preserve">1.  </w:t>
      </w:r>
      <w:r>
        <w:t>Choose Add Feedback at the top right. The form opens in a panel.</w:t>
      </w:r>
    </w:p>
    <w:p w:rsidR="007E715F" w:rsidRDefault="00D52D88">
      <w:pPr>
        <w:spacing w:after="60"/>
        <w:ind w:left="461" w:hanging="461"/>
      </w:pPr>
      <w:r>
        <w:rPr>
          <w:b/>
          <w:color w:val="0E9F6E"/>
        </w:rPr>
        <w:t xml:space="preserve">2.  </w:t>
      </w:r>
      <w:r>
        <w:t>Fill in</w:t>
      </w:r>
      <w:r>
        <w:t xml:space="preserve"> anything else that applies: Select Interviewer, Technical Rating (1-5), Communication Rating (1-5), Cultural Fit Rating (1-5), Overall Rating (1-5), Strengths, Weaknesses, Comments.</w:t>
      </w:r>
    </w:p>
    <w:p w:rsidR="007E715F" w:rsidRDefault="00D52D88">
      <w:pPr>
        <w:spacing w:after="60"/>
        <w:ind w:left="461" w:hanging="461"/>
      </w:pPr>
      <w:r>
        <w:rPr>
          <w:b/>
          <w:color w:val="0E9F6E"/>
        </w:rPr>
        <w:t xml:space="preserve">3.  </w:t>
      </w:r>
      <w:r>
        <w:t>Make the selections the form asks for: Interview, Recommendation.</w:t>
      </w:r>
    </w:p>
    <w:p w:rsidR="007E715F" w:rsidRDefault="00D52D88">
      <w:pPr>
        <w:spacing w:after="60"/>
        <w:ind w:left="461" w:hanging="461"/>
      </w:pPr>
      <w:r>
        <w:rPr>
          <w:b/>
          <w:color w:val="0E9F6E"/>
        </w:rPr>
        <w:t xml:space="preserve">4. </w:t>
      </w:r>
      <w:r>
        <w:rPr>
          <w:b/>
          <w:color w:val="0E9F6E"/>
        </w:rPr>
        <w:t xml:space="preserve"> </w:t>
      </w:r>
      <w:r>
        <w:t>Choose Save. The new record appears in the list.</w:t>
      </w:r>
    </w:p>
    <w:p w:rsidR="007E715F" w:rsidRDefault="00D52D88">
      <w:pPr>
        <w:spacing w:before="120" w:after="80"/>
        <w:jc w:val="center"/>
      </w:pPr>
      <w:r>
        <w:rPr>
          <w:noProof/>
        </w:rPr>
        <w:lastRenderedPageBreak/>
        <w:drawing>
          <wp:inline distT="0" distB="0" distL="0" distR="0">
            <wp:extent cx="2793229" cy="40233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interview-feedback.png"/>
                    <pic:cNvPicPr/>
                  </pic:nvPicPr>
                  <pic:blipFill>
                    <a:blip r:embed="rId91"/>
                    <a:stretch>
                      <a:fillRect/>
                    </a:stretch>
                  </pic:blipFill>
                  <pic:spPr>
                    <a:xfrm>
                      <a:off x="0" y="0"/>
                      <a:ext cx="2793229" cy="4023360"/>
                    </a:xfrm>
                    <a:prstGeom prst="rect">
                      <a:avLst/>
                    </a:prstGeom>
                    <a:ln w="9525">
                      <a:solidFill>
                        <a:srgbClr val="D8DCE3"/>
                      </a:solidFill>
                    </a:ln>
                  </pic:spPr>
                </pic:pic>
              </a:graphicData>
            </a:graphic>
          </wp:inline>
        </w:drawing>
      </w:r>
    </w:p>
    <w:p w:rsidR="007E715F" w:rsidRDefault="00D52D88">
      <w:pPr>
        <w:pStyle w:val="Caption"/>
        <w:jc w:val="center"/>
      </w:pPr>
      <w:bookmarkStart w:id="164" w:name="_Toc23742010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82</w:t>
      </w:r>
      <w:r>
        <w:rPr>
          <w:color w:val="6B7280"/>
        </w:rPr>
        <w:fldChar w:fldCharType="end"/>
      </w:r>
      <w:r>
        <w:rPr>
          <w:b w:val="0"/>
          <w:color w:val="6B7280"/>
        </w:rPr>
        <w:t>: The Add Feedback form</w:t>
      </w:r>
      <w:bookmarkEnd w:id="164"/>
    </w:p>
    <w:p w:rsidR="007E715F" w:rsidRDefault="00D52D88">
      <w:pPr>
        <w:pStyle w:val="Heading3"/>
        <w:pageBreakBefore/>
        <w:spacing w:before="0"/>
      </w:pPr>
      <w:bookmarkStart w:id="165" w:name="_Toc237419957"/>
      <w:r>
        <w:lastRenderedPageBreak/>
        <w:t>13.13 Candidate Assessments</w:t>
      </w:r>
      <w:bookmarkEnd w:id="165"/>
    </w:p>
    <w:p w:rsidR="007E715F" w:rsidRDefault="00D52D88">
      <w:r>
        <w:t>Tests or exercises set for a candidate, with the score achieved and who conducted it.</w:t>
      </w:r>
    </w:p>
    <w:p w:rsidR="007E715F" w:rsidRDefault="00D52D88">
      <w:pPr>
        <w:spacing w:before="120" w:after="80"/>
        <w:jc w:val="center"/>
      </w:pPr>
      <w:r>
        <w:rPr>
          <w:noProof/>
        </w:rPr>
        <w:drawing>
          <wp:inline distT="0" distB="0" distL="0" distR="0">
            <wp:extent cx="5760720" cy="36004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andidate-assessments.jpg"/>
                    <pic:cNvPicPr/>
                  </pic:nvPicPr>
                  <pic:blipFill>
                    <a:blip r:embed="rId9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66" w:name="_Toc23742010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83</w:t>
      </w:r>
      <w:r>
        <w:rPr>
          <w:color w:val="6B7280"/>
        </w:rPr>
        <w:fldChar w:fldCharType="end"/>
      </w:r>
      <w:r>
        <w:rPr>
          <w:b w:val="0"/>
          <w:color w:val="6B7280"/>
        </w:rPr>
        <w:t>: The Candidate Assessments page</w:t>
      </w:r>
      <w:bookmarkEnd w:id="166"/>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Candidate, Assessment, Score, Status, Conducted By, Date, Actions</w:t>
      </w:r>
    </w:p>
    <w:p w:rsidR="007E715F" w:rsidRDefault="00D52D88">
      <w:pPr>
        <w:spacing w:after="80"/>
        <w:ind w:left="144"/>
      </w:pPr>
      <w:r>
        <w:rPr>
          <w:b/>
          <w:sz w:val="19"/>
        </w:rPr>
        <w:t xml:space="preserve">Actions on this page: </w:t>
      </w:r>
      <w:r>
        <w:rPr>
          <w:sz w:val="19"/>
        </w:rPr>
        <w:t>Add Assessment</w:t>
      </w:r>
    </w:p>
    <w:p w:rsidR="007E715F" w:rsidRDefault="00D52D88">
      <w:pPr>
        <w:spacing w:after="60"/>
        <w:ind w:left="461" w:hanging="461"/>
      </w:pPr>
      <w:r>
        <w:rPr>
          <w:b/>
          <w:color w:val="0E9F6E"/>
        </w:rPr>
        <w:t xml:space="preserve">1.  </w:t>
      </w:r>
      <w:r>
        <w:t xml:space="preserve">Choose Add Assessment at the top right. The </w:t>
      </w:r>
      <w:r>
        <w:t>form opens in a panel.</w:t>
      </w:r>
    </w:p>
    <w:p w:rsidR="007E715F" w:rsidRDefault="00D52D88">
      <w:pPr>
        <w:spacing w:after="60"/>
        <w:ind w:left="461" w:hanging="461"/>
      </w:pPr>
      <w:r>
        <w:rPr>
          <w:b/>
          <w:color w:val="0E9F6E"/>
        </w:rPr>
        <w:t xml:space="preserve">2.  </w:t>
      </w:r>
      <w:r>
        <w:t>Complete the required fields: Assessment Name, Assessment Date.</w:t>
      </w:r>
    </w:p>
    <w:p w:rsidR="007E715F" w:rsidRDefault="00D52D88">
      <w:pPr>
        <w:spacing w:after="60"/>
        <w:ind w:left="461" w:hanging="461"/>
      </w:pPr>
      <w:r>
        <w:rPr>
          <w:b/>
          <w:color w:val="0E9F6E"/>
        </w:rPr>
        <w:t xml:space="preserve">3.  </w:t>
      </w:r>
      <w:r>
        <w:t>Fill in anything else that applies: Score, Max Score, Comments.</w:t>
      </w:r>
    </w:p>
    <w:p w:rsidR="007E715F" w:rsidRDefault="00D52D88">
      <w:pPr>
        <w:spacing w:after="60"/>
        <w:ind w:left="461" w:hanging="461"/>
      </w:pPr>
      <w:r>
        <w:rPr>
          <w:b/>
          <w:color w:val="0E9F6E"/>
        </w:rPr>
        <w:t xml:space="preserve">4.  </w:t>
      </w:r>
      <w:r>
        <w:t>Make the selections the form asks for: Candidate, Status, Employee.</w:t>
      </w:r>
    </w:p>
    <w:p w:rsidR="007E715F" w:rsidRDefault="00D52D88">
      <w:pPr>
        <w:spacing w:after="60"/>
        <w:ind w:left="461" w:hanging="461"/>
      </w:pPr>
      <w:r>
        <w:rPr>
          <w:b/>
          <w:color w:val="0E9F6E"/>
        </w:rPr>
        <w:t xml:space="preserve">5.  </w:t>
      </w:r>
      <w:r>
        <w:t xml:space="preserve">Choose Save. The new </w:t>
      </w:r>
      <w:r>
        <w:t>record appears in the list.</w:t>
      </w:r>
    </w:p>
    <w:p w:rsidR="007E715F" w:rsidRDefault="00D52D88">
      <w:pPr>
        <w:spacing w:before="120" w:after="80"/>
        <w:jc w:val="center"/>
      </w:pPr>
      <w:r>
        <w:rPr>
          <w:noProof/>
        </w:rPr>
        <w:lastRenderedPageBreak/>
        <w:drawing>
          <wp:inline distT="0" distB="0" distL="0" distR="0">
            <wp:extent cx="2532184" cy="402336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candidate-assessments.png"/>
                    <pic:cNvPicPr/>
                  </pic:nvPicPr>
                  <pic:blipFill>
                    <a:blip r:embed="rId93"/>
                    <a:stretch>
                      <a:fillRect/>
                    </a:stretch>
                  </pic:blipFill>
                  <pic:spPr>
                    <a:xfrm>
                      <a:off x="0" y="0"/>
                      <a:ext cx="2532184" cy="4023360"/>
                    </a:xfrm>
                    <a:prstGeom prst="rect">
                      <a:avLst/>
                    </a:prstGeom>
                    <a:ln w="9525">
                      <a:solidFill>
                        <a:srgbClr val="D8DCE3"/>
                      </a:solidFill>
                    </a:ln>
                  </pic:spPr>
                </pic:pic>
              </a:graphicData>
            </a:graphic>
          </wp:inline>
        </w:drawing>
      </w:r>
    </w:p>
    <w:p w:rsidR="007E715F" w:rsidRDefault="00D52D88">
      <w:pPr>
        <w:pStyle w:val="Caption"/>
        <w:jc w:val="center"/>
      </w:pPr>
      <w:bookmarkStart w:id="167" w:name="_Toc23742010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84</w:t>
      </w:r>
      <w:r>
        <w:rPr>
          <w:color w:val="6B7280"/>
        </w:rPr>
        <w:fldChar w:fldCharType="end"/>
      </w:r>
      <w:r>
        <w:rPr>
          <w:b w:val="0"/>
          <w:color w:val="6B7280"/>
        </w:rPr>
        <w:t>: The Add Assessment form</w:t>
      </w:r>
      <w:bookmarkEnd w:id="167"/>
    </w:p>
    <w:p w:rsidR="007E715F" w:rsidRDefault="00D52D88">
      <w:pPr>
        <w:pStyle w:val="Heading3"/>
        <w:pageBreakBefore/>
        <w:spacing w:before="0"/>
      </w:pPr>
      <w:bookmarkStart w:id="168" w:name="_Toc237419958"/>
      <w:r>
        <w:lastRenderedPageBreak/>
        <w:t>13.14 Offer Templates</w:t>
      </w:r>
      <w:bookmarkEnd w:id="168"/>
    </w:p>
    <w:p w:rsidR="007E715F" w:rsidRDefault="00D52D88">
      <w:r>
        <w:t>Reusable offer letter wording with placeholders that are filled in for each candidate, so every offer is consistent.</w:t>
      </w:r>
    </w:p>
    <w:p w:rsidR="007E715F" w:rsidRDefault="00D52D88">
      <w:pPr>
        <w:spacing w:before="120" w:after="80"/>
        <w:jc w:val="center"/>
      </w:pPr>
      <w:r>
        <w:rPr>
          <w:noProof/>
        </w:rPr>
        <w:drawing>
          <wp:inline distT="0" distB="0" distL="0" distR="0">
            <wp:extent cx="5760720" cy="360045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offer-templates.jpg"/>
                    <pic:cNvPicPr/>
                  </pic:nvPicPr>
                  <pic:blipFill>
                    <a:blip r:embed="rId94"/>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69" w:name="_Toc237420108"/>
      <w:r>
        <w:rPr>
          <w:color w:val="6B7280"/>
        </w:rPr>
        <w:t xml:space="preserve">Figure </w:t>
      </w:r>
      <w:r>
        <w:rPr>
          <w:color w:val="6B7280"/>
        </w:rPr>
        <w:fldChar w:fldCharType="begin"/>
      </w:r>
      <w:r>
        <w:rPr>
          <w:color w:val="6B7280"/>
        </w:rPr>
        <w:instrText xml:space="preserve"> SEQ Figure \* ARAB</w:instrText>
      </w:r>
      <w:r>
        <w:rPr>
          <w:color w:val="6B7280"/>
        </w:rPr>
        <w:instrText xml:space="preserve">IC </w:instrText>
      </w:r>
      <w:r>
        <w:rPr>
          <w:color w:val="6B7280"/>
        </w:rPr>
        <w:fldChar w:fldCharType="separate"/>
      </w:r>
      <w:r>
        <w:rPr>
          <w:noProof/>
          <w:color w:val="6B7280"/>
        </w:rPr>
        <w:t>85</w:t>
      </w:r>
      <w:r>
        <w:rPr>
          <w:color w:val="6B7280"/>
        </w:rPr>
        <w:fldChar w:fldCharType="end"/>
      </w:r>
      <w:r>
        <w:rPr>
          <w:b w:val="0"/>
          <w:color w:val="6B7280"/>
        </w:rPr>
        <w:t>: The Offer Templates page</w:t>
      </w:r>
      <w:bookmarkEnd w:id="16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Content Preview, Variables, Status, Created At, Actions</w:t>
      </w:r>
    </w:p>
    <w:p w:rsidR="007E715F" w:rsidRDefault="00D52D88">
      <w:pPr>
        <w:spacing w:after="80"/>
        <w:ind w:left="144"/>
      </w:pPr>
      <w:r>
        <w:rPr>
          <w:b/>
          <w:sz w:val="19"/>
        </w:rPr>
        <w:t xml:space="preserve">Actions on this page: </w:t>
      </w:r>
      <w:r>
        <w:rPr>
          <w:sz w:val="19"/>
        </w:rPr>
        <w:t>Add Template</w:t>
      </w:r>
    </w:p>
    <w:p w:rsidR="007E715F" w:rsidRDefault="00D52D88">
      <w:pPr>
        <w:spacing w:after="60"/>
        <w:ind w:left="461" w:hanging="461"/>
      </w:pPr>
      <w:r>
        <w:rPr>
          <w:b/>
          <w:color w:val="0E9F6E"/>
        </w:rPr>
        <w:t xml:space="preserve">1.  </w:t>
      </w:r>
      <w:r>
        <w:t xml:space="preserve">Choose Add Template at the top right. The form </w:t>
      </w:r>
      <w:r>
        <w:t>opens in a panel.</w:t>
      </w:r>
    </w:p>
    <w:p w:rsidR="007E715F" w:rsidRDefault="00D52D88">
      <w:pPr>
        <w:spacing w:after="60"/>
        <w:ind w:left="461" w:hanging="461"/>
      </w:pPr>
      <w:r>
        <w:rPr>
          <w:b/>
          <w:color w:val="0E9F6E"/>
        </w:rPr>
        <w:t xml:space="preserve">2.  </w:t>
      </w:r>
      <w:r>
        <w:t>Complete the required fields: Template Name, Template Content.</w:t>
      </w:r>
    </w:p>
    <w:p w:rsidR="007E715F" w:rsidRDefault="00D52D88">
      <w:pPr>
        <w:spacing w:after="60"/>
        <w:ind w:left="461" w:hanging="461"/>
      </w:pPr>
      <w:r>
        <w:rPr>
          <w:b/>
          <w:color w:val="0E9F6E"/>
        </w:rPr>
        <w:t xml:space="preserve">3.  </w:t>
      </w:r>
      <w:r>
        <w:t>Fill in anything else that applies: Variables.</w:t>
      </w:r>
    </w:p>
    <w:p w:rsidR="007E715F" w:rsidRDefault="00D52D88">
      <w:pPr>
        <w:spacing w:after="60"/>
        <w:ind w:left="461" w:hanging="461"/>
      </w:pPr>
      <w:r>
        <w:rPr>
          <w:b/>
          <w:color w:val="0E9F6E"/>
        </w:rPr>
        <w:t xml:space="preserve">4.  </w:t>
      </w:r>
      <w:r>
        <w:t>Make the selections the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585112" cy="402336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offer-templates.png"/>
                    <pic:cNvPicPr/>
                  </pic:nvPicPr>
                  <pic:blipFill>
                    <a:blip r:embed="rId95"/>
                    <a:stretch>
                      <a:fillRect/>
                    </a:stretch>
                  </pic:blipFill>
                  <pic:spPr>
                    <a:xfrm>
                      <a:off x="0" y="0"/>
                      <a:ext cx="4585112" cy="4023360"/>
                    </a:xfrm>
                    <a:prstGeom prst="rect">
                      <a:avLst/>
                    </a:prstGeom>
                    <a:ln w="9525">
                      <a:solidFill>
                        <a:srgbClr val="D8DCE3"/>
                      </a:solidFill>
                    </a:ln>
                  </pic:spPr>
                </pic:pic>
              </a:graphicData>
            </a:graphic>
          </wp:inline>
        </w:drawing>
      </w:r>
    </w:p>
    <w:p w:rsidR="007E715F" w:rsidRDefault="00D52D88">
      <w:pPr>
        <w:pStyle w:val="Caption"/>
        <w:jc w:val="center"/>
      </w:pPr>
      <w:bookmarkStart w:id="170" w:name="_Toc23742010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86</w:t>
      </w:r>
      <w:r>
        <w:rPr>
          <w:color w:val="6B7280"/>
        </w:rPr>
        <w:fldChar w:fldCharType="end"/>
      </w:r>
      <w:r>
        <w:rPr>
          <w:b w:val="0"/>
          <w:color w:val="6B7280"/>
        </w:rPr>
        <w:t>: The Add Template form</w:t>
      </w:r>
      <w:bookmarkEnd w:id="170"/>
    </w:p>
    <w:p w:rsidR="007E715F" w:rsidRDefault="00D52D88">
      <w:pPr>
        <w:pStyle w:val="Heading3"/>
        <w:pageBreakBefore/>
        <w:spacing w:before="0"/>
      </w:pPr>
      <w:bookmarkStart w:id="171" w:name="_Toc237419959"/>
      <w:r>
        <w:lastRenderedPageBreak/>
        <w:t>13.15 Offers</w:t>
      </w:r>
      <w:bookmarkEnd w:id="171"/>
    </w:p>
    <w:p w:rsidR="007E715F" w:rsidRDefault="00D52D88">
      <w:r>
        <w:t>Offers made: the salary, the proposed start date, when the offer expires and whether it has been accepted.</w:t>
      </w:r>
    </w:p>
    <w:p w:rsidR="007E715F" w:rsidRDefault="00D52D88">
      <w:pPr>
        <w:spacing w:before="120" w:after="80"/>
        <w:jc w:val="center"/>
      </w:pPr>
      <w:r>
        <w:rPr>
          <w:noProof/>
        </w:rPr>
        <w:drawing>
          <wp:inline distT="0" distB="0" distL="0" distR="0">
            <wp:extent cx="5760720" cy="36004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offers.jpg"/>
                    <pic:cNvPicPr/>
                  </pic:nvPicPr>
                  <pic:blipFill>
                    <a:blip r:embed="rId9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72" w:name="_Toc23742011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87</w:t>
      </w:r>
      <w:r>
        <w:rPr>
          <w:color w:val="6B7280"/>
        </w:rPr>
        <w:fldChar w:fldCharType="end"/>
      </w:r>
      <w:r>
        <w:rPr>
          <w:b w:val="0"/>
          <w:color w:val="6B7280"/>
        </w:rPr>
        <w:t>: The Offers page</w:t>
      </w:r>
      <w:bookmarkEnd w:id="17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primary acti</w:t>
      </w:r>
      <w:r>
        <w:rPr>
          <w:color w:val="6B7280"/>
          <w:sz w:val="18"/>
        </w:rPr>
        <w:t xml:space="preserve">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Candidate, Salary, Start Date, Expires, Status, Offer Date, Actions</w:t>
      </w:r>
    </w:p>
    <w:p w:rsidR="007E715F" w:rsidRDefault="00D52D88">
      <w:pPr>
        <w:spacing w:after="80"/>
        <w:ind w:left="144"/>
      </w:pPr>
      <w:r>
        <w:rPr>
          <w:b/>
          <w:sz w:val="19"/>
        </w:rPr>
        <w:t xml:space="preserve">Actions on this page: </w:t>
      </w:r>
      <w:r>
        <w:rPr>
          <w:sz w:val="19"/>
        </w:rPr>
        <w:t>Create Offer</w:t>
      </w:r>
    </w:p>
    <w:p w:rsidR="007E715F" w:rsidRDefault="00D52D88">
      <w:pPr>
        <w:spacing w:after="60"/>
        <w:ind w:left="461" w:hanging="461"/>
      </w:pPr>
      <w:r>
        <w:rPr>
          <w:b/>
          <w:color w:val="0E9F6E"/>
        </w:rPr>
        <w:t xml:space="preserve">1.  </w:t>
      </w:r>
      <w:r>
        <w:t>Choose Create Offer at the top right. The form opens in a panel.</w:t>
      </w:r>
    </w:p>
    <w:p w:rsidR="007E715F" w:rsidRDefault="00D52D88">
      <w:pPr>
        <w:spacing w:after="60"/>
        <w:ind w:left="461" w:hanging="461"/>
      </w:pPr>
      <w:r>
        <w:rPr>
          <w:b/>
          <w:color w:val="0E9F6E"/>
        </w:rPr>
        <w:t xml:space="preserve">2.  </w:t>
      </w:r>
      <w:r>
        <w:t>Complete the required fields: Salary, Start</w:t>
      </w:r>
      <w:r>
        <w:t xml:space="preserve"> Date, Expiration Date.</w:t>
      </w:r>
    </w:p>
    <w:p w:rsidR="007E715F" w:rsidRDefault="00D52D88">
      <w:pPr>
        <w:spacing w:after="60"/>
        <w:ind w:left="461" w:hanging="461"/>
      </w:pPr>
      <w:r>
        <w:rPr>
          <w:b/>
          <w:color w:val="0E9F6E"/>
        </w:rPr>
        <w:t xml:space="preserve">3.  </w:t>
      </w:r>
      <w:r>
        <w:t>Fill in anything else that applies: Candidate, Position, Department, Benefits.</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2872469" cy="402336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offers.png"/>
                    <pic:cNvPicPr/>
                  </pic:nvPicPr>
                  <pic:blipFill>
                    <a:blip r:embed="rId97"/>
                    <a:stretch>
                      <a:fillRect/>
                    </a:stretch>
                  </pic:blipFill>
                  <pic:spPr>
                    <a:xfrm>
                      <a:off x="0" y="0"/>
                      <a:ext cx="2872469" cy="4023360"/>
                    </a:xfrm>
                    <a:prstGeom prst="rect">
                      <a:avLst/>
                    </a:prstGeom>
                    <a:ln w="9525">
                      <a:solidFill>
                        <a:srgbClr val="D8DCE3"/>
                      </a:solidFill>
                    </a:ln>
                  </pic:spPr>
                </pic:pic>
              </a:graphicData>
            </a:graphic>
          </wp:inline>
        </w:drawing>
      </w:r>
    </w:p>
    <w:p w:rsidR="007E715F" w:rsidRDefault="00D52D88">
      <w:pPr>
        <w:pStyle w:val="Caption"/>
        <w:jc w:val="center"/>
      </w:pPr>
      <w:bookmarkStart w:id="173" w:name="_Toc23742011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88</w:t>
      </w:r>
      <w:r>
        <w:rPr>
          <w:color w:val="6B7280"/>
        </w:rPr>
        <w:fldChar w:fldCharType="end"/>
      </w:r>
      <w:r>
        <w:rPr>
          <w:b w:val="0"/>
          <w:color w:val="6B7280"/>
        </w:rPr>
        <w:t>: The Create Offer form</w:t>
      </w:r>
      <w:bookmarkEnd w:id="173"/>
    </w:p>
    <w:p w:rsidR="007E715F" w:rsidRDefault="00D52D88">
      <w:pPr>
        <w:pStyle w:val="Heading3"/>
        <w:pageBreakBefore/>
        <w:spacing w:before="0"/>
      </w:pPr>
      <w:bookmarkStart w:id="174" w:name="_Toc237419960"/>
      <w:r>
        <w:lastRenderedPageBreak/>
        <w:t>13.16 Onboarding Checklists</w:t>
      </w:r>
      <w:bookmarkEnd w:id="174"/>
    </w:p>
    <w:p w:rsidR="007E715F" w:rsidRDefault="00D52D88">
      <w:r>
        <w:t>A named l</w:t>
      </w:r>
      <w:r>
        <w:t>ist of everything a new joiner must complete. Built once, then applied to each new starter.</w:t>
      </w:r>
    </w:p>
    <w:p w:rsidR="007E715F" w:rsidRDefault="00D52D88">
      <w:pPr>
        <w:spacing w:before="120" w:after="80"/>
        <w:jc w:val="center"/>
      </w:pPr>
      <w:r>
        <w:rPr>
          <w:noProof/>
        </w:rPr>
        <w:drawing>
          <wp:inline distT="0" distB="0" distL="0" distR="0">
            <wp:extent cx="5760720" cy="36004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onboarding-checklists.jpg"/>
                    <pic:cNvPicPr/>
                  </pic:nvPicPr>
                  <pic:blipFill>
                    <a:blip r:embed="rId98"/>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75" w:name="_Toc23742011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89</w:t>
      </w:r>
      <w:r>
        <w:rPr>
          <w:color w:val="6B7280"/>
        </w:rPr>
        <w:fldChar w:fldCharType="end"/>
      </w:r>
      <w:r>
        <w:rPr>
          <w:b w:val="0"/>
          <w:color w:val="6B7280"/>
        </w:rPr>
        <w:t>: The Onboarding Checklists page</w:t>
      </w:r>
      <w:bookmarkEnd w:id="17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xml:space="preserve">#, Name, Items, Status, </w:t>
      </w:r>
      <w:r>
        <w:rPr>
          <w:sz w:val="19"/>
        </w:rPr>
        <w:t>Created At, Actions</w:t>
      </w:r>
    </w:p>
    <w:p w:rsidR="007E715F" w:rsidRDefault="00D52D88">
      <w:pPr>
        <w:spacing w:after="80"/>
        <w:ind w:left="144"/>
      </w:pPr>
      <w:r>
        <w:rPr>
          <w:b/>
          <w:sz w:val="19"/>
        </w:rPr>
        <w:t xml:space="preserve">Actions on this page: </w:t>
      </w:r>
      <w:r>
        <w:rPr>
          <w:sz w:val="19"/>
        </w:rPr>
        <w:t>Add Checklist</w:t>
      </w:r>
    </w:p>
    <w:p w:rsidR="007E715F" w:rsidRDefault="00D52D88">
      <w:pPr>
        <w:spacing w:after="60"/>
        <w:ind w:left="461" w:hanging="461"/>
      </w:pPr>
      <w:r>
        <w:rPr>
          <w:b/>
          <w:color w:val="0E9F6E"/>
        </w:rPr>
        <w:t xml:space="preserve">1.  </w:t>
      </w:r>
      <w:r>
        <w:t>Choose Add Checklist at the top right. The form opens in a panel.</w:t>
      </w:r>
    </w:p>
    <w:p w:rsidR="007E715F" w:rsidRDefault="00D52D88">
      <w:pPr>
        <w:spacing w:after="60"/>
        <w:ind w:left="461" w:hanging="461"/>
      </w:pPr>
      <w:r>
        <w:rPr>
          <w:b/>
          <w:color w:val="0E9F6E"/>
        </w:rPr>
        <w:t xml:space="preserve">2.  </w:t>
      </w:r>
      <w:r>
        <w:t>Complete the required fields: Checklist Name.</w:t>
      </w:r>
    </w:p>
    <w:p w:rsidR="007E715F" w:rsidRDefault="00D52D88">
      <w:pPr>
        <w:spacing w:after="60"/>
        <w:ind w:left="461" w:hanging="461"/>
      </w:pPr>
      <w:r>
        <w:rPr>
          <w:b/>
          <w:color w:val="0E9F6E"/>
        </w:rPr>
        <w:t xml:space="preserve">3.  </w:t>
      </w:r>
      <w:r>
        <w:t>Fill in anything else that applies: Description, Set as Default.</w:t>
      </w:r>
    </w:p>
    <w:p w:rsidR="007E715F" w:rsidRDefault="00D52D88">
      <w:pPr>
        <w:spacing w:after="60"/>
        <w:ind w:left="461" w:hanging="461"/>
      </w:pPr>
      <w:r>
        <w:rPr>
          <w:b/>
          <w:color w:val="0E9F6E"/>
        </w:rPr>
        <w:t xml:space="preserve">4.  </w:t>
      </w:r>
      <w:r>
        <w:t xml:space="preserve">Make </w:t>
      </w:r>
      <w:r>
        <w:t>the selections the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755136" cy="402336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onboarding-checklists.png"/>
                    <pic:cNvPicPr/>
                  </pic:nvPicPr>
                  <pic:blipFill>
                    <a:blip r:embed="rId99"/>
                    <a:stretch>
                      <a:fillRect/>
                    </a:stretch>
                  </pic:blipFill>
                  <pic:spPr>
                    <a:xfrm>
                      <a:off x="0" y="0"/>
                      <a:ext cx="3755136" cy="4023360"/>
                    </a:xfrm>
                    <a:prstGeom prst="rect">
                      <a:avLst/>
                    </a:prstGeom>
                    <a:ln w="9525">
                      <a:solidFill>
                        <a:srgbClr val="D8DCE3"/>
                      </a:solidFill>
                    </a:ln>
                  </pic:spPr>
                </pic:pic>
              </a:graphicData>
            </a:graphic>
          </wp:inline>
        </w:drawing>
      </w:r>
    </w:p>
    <w:p w:rsidR="007E715F" w:rsidRDefault="00D52D88">
      <w:pPr>
        <w:pStyle w:val="Caption"/>
        <w:jc w:val="center"/>
      </w:pPr>
      <w:bookmarkStart w:id="176" w:name="_Toc23742011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90</w:t>
      </w:r>
      <w:r>
        <w:rPr>
          <w:color w:val="6B7280"/>
        </w:rPr>
        <w:fldChar w:fldCharType="end"/>
      </w:r>
      <w:r>
        <w:rPr>
          <w:b w:val="0"/>
          <w:color w:val="6B7280"/>
        </w:rPr>
        <w:t>: The Add Checklist form</w:t>
      </w:r>
      <w:bookmarkEnd w:id="176"/>
    </w:p>
    <w:p w:rsidR="007E715F" w:rsidRDefault="00D52D88">
      <w:pPr>
        <w:pStyle w:val="Heading3"/>
        <w:pageBreakBefore/>
        <w:spacing w:before="0"/>
      </w:pPr>
      <w:bookmarkStart w:id="177" w:name="_Toc237419961"/>
      <w:r>
        <w:lastRenderedPageBreak/>
        <w:t>13.17 Checklist Items</w:t>
      </w:r>
      <w:bookmarkEnd w:id="177"/>
    </w:p>
    <w:p w:rsidR="007E715F" w:rsidRDefault="00D52D88">
      <w:r>
        <w:t>The individual tasks that make up the checklists, each belonging to a checklist</w:t>
      </w:r>
      <w:r>
        <w:t xml:space="preserve"> and a category.</w:t>
      </w:r>
    </w:p>
    <w:p w:rsidR="007E715F" w:rsidRDefault="00D52D88">
      <w:pPr>
        <w:spacing w:before="120" w:after="80"/>
        <w:jc w:val="center"/>
      </w:pPr>
      <w:r>
        <w:rPr>
          <w:noProof/>
        </w:rPr>
        <w:drawing>
          <wp:inline distT="0" distB="0" distL="0" distR="0">
            <wp:extent cx="5760720" cy="366125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hecklist-items.jpg"/>
                    <pic:cNvPicPr/>
                  </pic:nvPicPr>
                  <pic:blipFill>
                    <a:blip r:embed="rId100"/>
                    <a:stretch>
                      <a:fillRect/>
                    </a:stretch>
                  </pic:blipFill>
                  <pic:spPr>
                    <a:xfrm>
                      <a:off x="0" y="0"/>
                      <a:ext cx="5760720" cy="3661257"/>
                    </a:xfrm>
                    <a:prstGeom prst="rect">
                      <a:avLst/>
                    </a:prstGeom>
                    <a:ln w="9525">
                      <a:solidFill>
                        <a:srgbClr val="D8DCE3"/>
                      </a:solidFill>
                    </a:ln>
                  </pic:spPr>
                </pic:pic>
              </a:graphicData>
            </a:graphic>
          </wp:inline>
        </w:drawing>
      </w:r>
    </w:p>
    <w:p w:rsidR="007E715F" w:rsidRDefault="00D52D88">
      <w:pPr>
        <w:pStyle w:val="Caption"/>
        <w:jc w:val="center"/>
      </w:pPr>
      <w:bookmarkStart w:id="178" w:name="_Toc23742011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91</w:t>
      </w:r>
      <w:r>
        <w:rPr>
          <w:color w:val="6B7280"/>
        </w:rPr>
        <w:fldChar w:fldCharType="end"/>
      </w:r>
      <w:r>
        <w:rPr>
          <w:b w:val="0"/>
          <w:color w:val="6B7280"/>
        </w:rPr>
        <w:t>: The Checklist Items page</w:t>
      </w:r>
      <w:bookmarkEnd w:id="17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Checklist, Task, Category, Status, Actions</w:t>
      </w:r>
    </w:p>
    <w:p w:rsidR="007E715F" w:rsidRDefault="00D52D88">
      <w:pPr>
        <w:spacing w:after="80"/>
        <w:ind w:left="144"/>
      </w:pPr>
      <w:r>
        <w:rPr>
          <w:b/>
          <w:sz w:val="19"/>
        </w:rPr>
        <w:t xml:space="preserve">Actions on this page: </w:t>
      </w:r>
      <w:r>
        <w:rPr>
          <w:sz w:val="19"/>
        </w:rPr>
        <w:t>Add Item</w:t>
      </w:r>
    </w:p>
    <w:p w:rsidR="007E715F" w:rsidRDefault="00D52D88">
      <w:pPr>
        <w:spacing w:after="60"/>
        <w:ind w:left="461" w:hanging="461"/>
      </w:pPr>
      <w:r>
        <w:rPr>
          <w:b/>
          <w:color w:val="0E9F6E"/>
        </w:rPr>
        <w:t xml:space="preserve">1.  </w:t>
      </w:r>
      <w:r>
        <w:t>Choose Add Item at the top ri</w:t>
      </w:r>
      <w:r>
        <w:t>ght. The form opens in a panel.</w:t>
      </w:r>
    </w:p>
    <w:p w:rsidR="007E715F" w:rsidRDefault="00D52D88">
      <w:pPr>
        <w:spacing w:after="60"/>
        <w:ind w:left="461" w:hanging="461"/>
      </w:pPr>
      <w:r>
        <w:rPr>
          <w:b/>
          <w:color w:val="0E9F6E"/>
        </w:rPr>
        <w:t xml:space="preserve">2.  </w:t>
      </w:r>
      <w:r>
        <w:t>Complete the required fields: Task Name.</w:t>
      </w:r>
    </w:p>
    <w:p w:rsidR="007E715F" w:rsidRDefault="00D52D88">
      <w:pPr>
        <w:spacing w:after="60"/>
        <w:ind w:left="461" w:hanging="461"/>
      </w:pPr>
      <w:r>
        <w:rPr>
          <w:b/>
          <w:color w:val="0E9F6E"/>
        </w:rPr>
        <w:t xml:space="preserve">3.  </w:t>
      </w:r>
      <w:r>
        <w:t>Fill in anything else that applies: Description, Required Task.</w:t>
      </w:r>
    </w:p>
    <w:p w:rsidR="007E715F" w:rsidRDefault="00D52D88">
      <w:pPr>
        <w:spacing w:after="60"/>
        <w:ind w:left="461" w:hanging="461"/>
      </w:pPr>
      <w:r>
        <w:rPr>
          <w:b/>
          <w:color w:val="0E9F6E"/>
        </w:rPr>
        <w:t xml:space="preserve">4.  </w:t>
      </w:r>
      <w:r>
        <w:t>Make the selections the form asks for: Checklist, Category, Status.</w:t>
      </w:r>
    </w:p>
    <w:p w:rsidR="007E715F" w:rsidRDefault="00D52D88">
      <w:pPr>
        <w:spacing w:after="60"/>
        <w:ind w:left="461" w:hanging="461"/>
      </w:pPr>
      <w:r>
        <w:rPr>
          <w:b/>
          <w:color w:val="0E9F6E"/>
        </w:rPr>
        <w:t xml:space="preserve">5.  </w:t>
      </w:r>
      <w:r>
        <w:t>Choose Save. The new record appears</w:t>
      </w:r>
      <w:r>
        <w:t xml:space="preserve"> in the list.</w:t>
      </w:r>
    </w:p>
    <w:p w:rsidR="007E715F" w:rsidRDefault="00D52D88">
      <w:pPr>
        <w:spacing w:before="120" w:after="80"/>
        <w:jc w:val="center"/>
      </w:pPr>
      <w:r>
        <w:rPr>
          <w:noProof/>
        </w:rPr>
        <w:lastRenderedPageBreak/>
        <w:drawing>
          <wp:inline distT="0" distB="0" distL="0" distR="0">
            <wp:extent cx="3167076" cy="402336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recruitment-checklist-items.png"/>
                    <pic:cNvPicPr/>
                  </pic:nvPicPr>
                  <pic:blipFill>
                    <a:blip r:embed="rId101"/>
                    <a:stretch>
                      <a:fillRect/>
                    </a:stretch>
                  </pic:blipFill>
                  <pic:spPr>
                    <a:xfrm>
                      <a:off x="0" y="0"/>
                      <a:ext cx="3167076" cy="4023360"/>
                    </a:xfrm>
                    <a:prstGeom prst="rect">
                      <a:avLst/>
                    </a:prstGeom>
                    <a:ln w="9525">
                      <a:solidFill>
                        <a:srgbClr val="D8DCE3"/>
                      </a:solidFill>
                    </a:ln>
                  </pic:spPr>
                </pic:pic>
              </a:graphicData>
            </a:graphic>
          </wp:inline>
        </w:drawing>
      </w:r>
    </w:p>
    <w:p w:rsidR="007E715F" w:rsidRDefault="00D52D88">
      <w:pPr>
        <w:pStyle w:val="Caption"/>
        <w:jc w:val="center"/>
      </w:pPr>
      <w:bookmarkStart w:id="179" w:name="_Toc23742011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92</w:t>
      </w:r>
      <w:r>
        <w:rPr>
          <w:color w:val="6B7280"/>
        </w:rPr>
        <w:fldChar w:fldCharType="end"/>
      </w:r>
      <w:r>
        <w:rPr>
          <w:b w:val="0"/>
          <w:color w:val="6B7280"/>
        </w:rPr>
        <w:t>: The Add Item form</w:t>
      </w:r>
      <w:bookmarkEnd w:id="179"/>
    </w:p>
    <w:p w:rsidR="007E715F" w:rsidRDefault="00D52D88">
      <w:pPr>
        <w:pStyle w:val="Heading3"/>
        <w:pageBreakBefore/>
        <w:spacing w:before="0"/>
      </w:pPr>
      <w:bookmarkStart w:id="180" w:name="_Toc237419962"/>
      <w:r>
        <w:lastRenderedPageBreak/>
        <w:t>13.18 Candidate Onboarding</w:t>
      </w:r>
      <w:bookmarkEnd w:id="180"/>
    </w:p>
    <w:p w:rsidR="007E715F" w:rsidRDefault="00D52D88">
      <w:r>
        <w:t>Progress through onboarding for a specific new joiner, including the buddy assigned to them.</w:t>
      </w:r>
    </w:p>
    <w:p w:rsidR="007E715F" w:rsidRDefault="00D52D88">
      <w:pPr>
        <w:spacing w:before="120" w:after="80"/>
        <w:jc w:val="center"/>
      </w:pPr>
      <w:r>
        <w:rPr>
          <w:noProof/>
        </w:rPr>
        <w:drawing>
          <wp:inline distT="0" distB="0" distL="0" distR="0">
            <wp:extent cx="5760720" cy="36004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cruitment-candidate-onboarding.jpg"/>
                    <pic:cNvPicPr/>
                  </pic:nvPicPr>
                  <pic:blipFill>
                    <a:blip r:embed="rId10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81" w:name="_Toc23742011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93</w:t>
      </w:r>
      <w:r>
        <w:rPr>
          <w:color w:val="6B7280"/>
        </w:rPr>
        <w:fldChar w:fldCharType="end"/>
      </w:r>
      <w:r>
        <w:rPr>
          <w:b w:val="0"/>
          <w:color w:val="6B7280"/>
        </w:rPr>
        <w:t>: The Candidate Onboarding page</w:t>
      </w:r>
      <w:bookmarkEnd w:id="18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Employee, Checklist, Start Date, Buddy, Status, Created, Actions</w:t>
      </w:r>
    </w:p>
    <w:p w:rsidR="007E715F" w:rsidRDefault="00D52D88">
      <w:pPr>
        <w:spacing w:after="80"/>
        <w:ind w:left="144"/>
      </w:pPr>
      <w:r>
        <w:rPr>
          <w:b/>
          <w:sz w:val="19"/>
        </w:rPr>
        <w:t xml:space="preserve">Actions on this page: </w:t>
      </w:r>
      <w:r>
        <w:rPr>
          <w:sz w:val="19"/>
        </w:rPr>
        <w:t>Start Onboarding</w:t>
      </w:r>
    </w:p>
    <w:p w:rsidR="007E715F" w:rsidRDefault="00D52D88">
      <w:pPr>
        <w:pStyle w:val="Heading2"/>
        <w:pageBreakBefore/>
        <w:spacing w:before="0"/>
      </w:pPr>
      <w:bookmarkStart w:id="182" w:name="_Toc237419963"/>
      <w:r>
        <w:lastRenderedPageBreak/>
        <w:t>14. Performance</w:t>
      </w:r>
      <w:bookmarkEnd w:id="182"/>
    </w:p>
    <w:p w:rsidR="007E715F" w:rsidRDefault="00D52D88">
      <w:r>
        <w:t>Appraisal is made repeatable by defining what you measure before you measure it: categori</w:t>
      </w:r>
      <w:r>
        <w:t>es group the indicators, indicators carry units and targets, and cycles set the rhythm. Goals and reviews are then recorded against individual employees.</w:t>
      </w:r>
    </w:p>
    <w:p w:rsidR="007E715F" w:rsidRDefault="00D52D88">
      <w:pPr>
        <w:spacing w:after="80"/>
        <w:ind w:left="144"/>
      </w:pPr>
      <w:r>
        <w:rPr>
          <w:b/>
          <w:sz w:val="19"/>
        </w:rPr>
        <w:t xml:space="preserve">Pages in this chapter: </w:t>
      </w:r>
      <w:r>
        <w:rPr>
          <w:sz w:val="19"/>
        </w:rPr>
        <w:t>Indicator Categories, Indicators, Goal Types, Employee Goals, Review Cycles, Em</w:t>
      </w:r>
      <w:r>
        <w:rPr>
          <w:sz w:val="19"/>
        </w:rPr>
        <w:t>ployee Reviews</w:t>
      </w:r>
    </w:p>
    <w:p w:rsidR="007E715F" w:rsidRDefault="00D52D88">
      <w:pPr>
        <w:pStyle w:val="Heading3"/>
        <w:pageBreakBefore/>
        <w:spacing w:before="0"/>
      </w:pPr>
      <w:bookmarkStart w:id="183" w:name="_Toc237419964"/>
      <w:r>
        <w:lastRenderedPageBreak/>
        <w:t>14.1 Indicator Categories</w:t>
      </w:r>
      <w:bookmarkEnd w:id="183"/>
    </w:p>
    <w:p w:rsidR="007E715F" w:rsidRDefault="00D52D88">
      <w:r>
        <w:t>A reference list. Entries created here become the options offered when you create a performance indicator. Setting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10051"/>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indicator-categories.jpg"/>
                    <pic:cNvPicPr/>
                  </pic:nvPicPr>
                  <pic:blipFill>
                    <a:blip r:embed="rId103"/>
                    <a:stretch>
                      <a:fillRect/>
                    </a:stretch>
                  </pic:blipFill>
                  <pic:spPr>
                    <a:xfrm>
                      <a:off x="0" y="0"/>
                      <a:ext cx="5760720" cy="3610051"/>
                    </a:xfrm>
                    <a:prstGeom prst="rect">
                      <a:avLst/>
                    </a:prstGeom>
                    <a:ln w="9525">
                      <a:solidFill>
                        <a:srgbClr val="D8DCE3"/>
                      </a:solidFill>
                    </a:ln>
                  </pic:spPr>
                </pic:pic>
              </a:graphicData>
            </a:graphic>
          </wp:inline>
        </w:drawing>
      </w:r>
    </w:p>
    <w:p w:rsidR="007E715F" w:rsidRDefault="00D52D88">
      <w:pPr>
        <w:pStyle w:val="Caption"/>
        <w:jc w:val="center"/>
      </w:pPr>
      <w:bookmarkStart w:id="184" w:name="_Toc23742011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94</w:t>
      </w:r>
      <w:r>
        <w:rPr>
          <w:color w:val="6B7280"/>
        </w:rPr>
        <w:fldChar w:fldCharType="end"/>
      </w:r>
      <w:r>
        <w:rPr>
          <w:b w:val="0"/>
          <w:color w:val="6B7280"/>
        </w:rPr>
        <w:t>: The Indicator Categories page</w:t>
      </w:r>
      <w:bookmarkEnd w:id="18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Status, Created At, Actions</w:t>
      </w:r>
    </w:p>
    <w:p w:rsidR="007E715F" w:rsidRDefault="00D52D88">
      <w:pPr>
        <w:spacing w:after="80"/>
        <w:ind w:left="144"/>
      </w:pPr>
      <w:r>
        <w:rPr>
          <w:b/>
          <w:sz w:val="19"/>
        </w:rPr>
        <w:t xml:space="preserve">Actions on this page: </w:t>
      </w:r>
      <w:r>
        <w:rPr>
          <w:sz w:val="19"/>
        </w:rPr>
        <w:t>Add Category</w:t>
      </w:r>
    </w:p>
    <w:p w:rsidR="007E715F" w:rsidRDefault="00D52D88">
      <w:pPr>
        <w:spacing w:after="60"/>
        <w:ind w:left="461" w:hanging="461"/>
      </w:pPr>
      <w:r>
        <w:rPr>
          <w:b/>
          <w:color w:val="0E9F6E"/>
        </w:rPr>
        <w:t xml:space="preserve">1.  </w:t>
      </w:r>
      <w:r>
        <w:t xml:space="preserve">Choose Add Category at the top </w:t>
      </w:r>
      <w:r>
        <w:t>right. The form opens in a panel.</w:t>
      </w:r>
    </w:p>
    <w:p w:rsidR="007E715F" w:rsidRDefault="00D52D88">
      <w:pPr>
        <w:spacing w:after="60"/>
        <w:ind w:left="461" w:hanging="461"/>
      </w:pPr>
      <w:r>
        <w:rPr>
          <w:b/>
          <w:color w:val="0E9F6E"/>
        </w:rPr>
        <w:t xml:space="preserve">2.  </w:t>
      </w:r>
      <w:r>
        <w:t>Complete the required fields: Category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erformance-indicator-categories.png"/>
                    <pic:cNvPicPr/>
                  </pic:nvPicPr>
                  <pic:blipFill>
                    <a:blip r:embed="rId104"/>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85" w:name="_Toc23742011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95</w:t>
      </w:r>
      <w:r>
        <w:rPr>
          <w:color w:val="6B7280"/>
        </w:rPr>
        <w:fldChar w:fldCharType="end"/>
      </w:r>
      <w:r>
        <w:rPr>
          <w:b w:val="0"/>
          <w:color w:val="6B7280"/>
        </w:rPr>
        <w:t>: The Add Category form</w:t>
      </w:r>
      <w:bookmarkEnd w:id="185"/>
    </w:p>
    <w:p w:rsidR="007E715F" w:rsidRDefault="00D52D88">
      <w:pPr>
        <w:pStyle w:val="Heading3"/>
        <w:pageBreakBefore/>
        <w:spacing w:before="0"/>
      </w:pPr>
      <w:bookmarkStart w:id="186" w:name="_Toc237419965"/>
      <w:r>
        <w:lastRenderedPageBreak/>
        <w:t>14.2 Ind</w:t>
      </w:r>
      <w:r>
        <w:t>icators</w:t>
      </w:r>
      <w:bookmarkEnd w:id="186"/>
    </w:p>
    <w:p w:rsidR="007E715F" w:rsidRDefault="00D52D88">
      <w:r>
        <w:t>The things you measure. Each indicator belongs to a category and carries a measurement unit and a target value, which is what makes a review scoreable rather than a matter of opinion.</w:t>
      </w:r>
    </w:p>
    <w:p w:rsidR="007E715F" w:rsidRDefault="00D52D88">
      <w:pPr>
        <w:spacing w:before="120" w:after="80"/>
        <w:jc w:val="center"/>
      </w:pPr>
      <w:r>
        <w:rPr>
          <w:noProof/>
        </w:rPr>
        <w:drawing>
          <wp:inline distT="0" distB="0" distL="0" distR="0">
            <wp:extent cx="5760720" cy="36004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indicators.jpg"/>
                    <pic:cNvPicPr/>
                  </pic:nvPicPr>
                  <pic:blipFill>
                    <a:blip r:embed="rId105"/>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87" w:name="_Toc23742011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96</w:t>
      </w:r>
      <w:r>
        <w:rPr>
          <w:color w:val="6B7280"/>
        </w:rPr>
        <w:fldChar w:fldCharType="end"/>
      </w:r>
      <w:r>
        <w:rPr>
          <w:b w:val="0"/>
          <w:color w:val="6B7280"/>
        </w:rPr>
        <w:t>: The Indicators page</w:t>
      </w:r>
      <w:bookmarkEnd w:id="187"/>
    </w:p>
    <w:p w:rsidR="007E715F" w:rsidRDefault="00D52D88">
      <w:pPr>
        <w:spacing w:after="100"/>
        <w:ind w:left="144"/>
      </w:pPr>
      <w:r>
        <w:rPr>
          <w:b/>
          <w:color w:val="D7263D"/>
          <w:sz w:val="18"/>
        </w:rPr>
        <w:t xml:space="preserve">1 </w:t>
      </w:r>
      <w:r>
        <w:rPr>
          <w:color w:val="6B7280"/>
          <w:sz w:val="18"/>
        </w:rPr>
        <w:t xml:space="preserve">page </w:t>
      </w:r>
      <w:r>
        <w:rPr>
          <w:color w:val="6B7280"/>
          <w:sz w:val="18"/>
        </w:rPr>
        <w:t xml:space="preserve">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Category, Measurement Unit, Target Value, Status, Created At, Actions</w:t>
      </w:r>
    </w:p>
    <w:p w:rsidR="007E715F" w:rsidRDefault="00D52D88">
      <w:pPr>
        <w:spacing w:after="80"/>
        <w:ind w:left="144"/>
      </w:pPr>
      <w:r>
        <w:rPr>
          <w:b/>
          <w:sz w:val="19"/>
        </w:rPr>
        <w:t xml:space="preserve">Actions on this page: </w:t>
      </w:r>
      <w:r>
        <w:rPr>
          <w:sz w:val="19"/>
        </w:rPr>
        <w:t>Add Indicator</w:t>
      </w:r>
    </w:p>
    <w:p w:rsidR="007E715F" w:rsidRDefault="00D52D88">
      <w:pPr>
        <w:spacing w:after="60"/>
        <w:ind w:left="461" w:hanging="461"/>
      </w:pPr>
      <w:r>
        <w:rPr>
          <w:b/>
          <w:color w:val="0E9F6E"/>
        </w:rPr>
        <w:t xml:space="preserve">1.  </w:t>
      </w:r>
      <w:r>
        <w:t>Choose Add Indicator at the top right. The form opens in a panel.</w:t>
      </w:r>
    </w:p>
    <w:p w:rsidR="007E715F" w:rsidRDefault="00D52D88">
      <w:pPr>
        <w:spacing w:after="60"/>
        <w:ind w:left="461" w:hanging="461"/>
      </w:pPr>
      <w:r>
        <w:rPr>
          <w:b/>
          <w:color w:val="0E9F6E"/>
        </w:rPr>
        <w:t xml:space="preserve">2.  </w:t>
      </w:r>
      <w:r>
        <w:t>Complet</w:t>
      </w:r>
      <w:r>
        <w:t>e the required fields: Indicator Name.</w:t>
      </w:r>
    </w:p>
    <w:p w:rsidR="007E715F" w:rsidRDefault="00D52D88">
      <w:pPr>
        <w:spacing w:after="60"/>
        <w:ind w:left="461" w:hanging="461"/>
      </w:pPr>
      <w:r>
        <w:rPr>
          <w:b/>
          <w:color w:val="0E9F6E"/>
        </w:rPr>
        <w:t xml:space="preserve">3.  </w:t>
      </w:r>
      <w:r>
        <w:t>Fill in anything else that applies: Description, Measurement Unit, Target Value.</w:t>
      </w:r>
    </w:p>
    <w:p w:rsidR="007E715F" w:rsidRDefault="00D52D88">
      <w:pPr>
        <w:spacing w:after="60"/>
        <w:ind w:left="461" w:hanging="461"/>
      </w:pPr>
      <w:r>
        <w:rPr>
          <w:b/>
          <w:color w:val="0E9F6E"/>
        </w:rPr>
        <w:t xml:space="preserve">4.  </w:t>
      </w:r>
      <w:r>
        <w:t>Make the selections the form asks for: Category.</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759537" cy="402336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erformance-indicators.png"/>
                    <pic:cNvPicPr/>
                  </pic:nvPicPr>
                  <pic:blipFill>
                    <a:blip r:embed="rId106"/>
                    <a:stretch>
                      <a:fillRect/>
                    </a:stretch>
                  </pic:blipFill>
                  <pic:spPr>
                    <a:xfrm>
                      <a:off x="0" y="0"/>
                      <a:ext cx="2759537" cy="4023360"/>
                    </a:xfrm>
                    <a:prstGeom prst="rect">
                      <a:avLst/>
                    </a:prstGeom>
                    <a:ln w="9525">
                      <a:solidFill>
                        <a:srgbClr val="D8DCE3"/>
                      </a:solidFill>
                    </a:ln>
                  </pic:spPr>
                </pic:pic>
              </a:graphicData>
            </a:graphic>
          </wp:inline>
        </w:drawing>
      </w:r>
    </w:p>
    <w:p w:rsidR="007E715F" w:rsidRDefault="00D52D88">
      <w:pPr>
        <w:pStyle w:val="Caption"/>
        <w:jc w:val="center"/>
      </w:pPr>
      <w:bookmarkStart w:id="188" w:name="_Toc237420120"/>
      <w:r>
        <w:rPr>
          <w:color w:val="6B7280"/>
        </w:rPr>
        <w:t xml:space="preserve">Figure </w:t>
      </w:r>
      <w:r>
        <w:rPr>
          <w:color w:val="6B7280"/>
        </w:rPr>
        <w:fldChar w:fldCharType="begin"/>
      </w:r>
      <w:r>
        <w:rPr>
          <w:color w:val="6B7280"/>
        </w:rPr>
        <w:instrText xml:space="preserve"> SEQ Figure \* AR</w:instrText>
      </w:r>
      <w:r>
        <w:rPr>
          <w:color w:val="6B7280"/>
        </w:rPr>
        <w:instrText xml:space="preserve">ABIC </w:instrText>
      </w:r>
      <w:r>
        <w:rPr>
          <w:color w:val="6B7280"/>
        </w:rPr>
        <w:fldChar w:fldCharType="separate"/>
      </w:r>
      <w:r>
        <w:rPr>
          <w:noProof/>
          <w:color w:val="6B7280"/>
        </w:rPr>
        <w:t>97</w:t>
      </w:r>
      <w:r>
        <w:rPr>
          <w:color w:val="6B7280"/>
        </w:rPr>
        <w:fldChar w:fldCharType="end"/>
      </w:r>
      <w:r>
        <w:rPr>
          <w:b w:val="0"/>
          <w:color w:val="6B7280"/>
        </w:rPr>
        <w:t>: The Add Indicator form</w:t>
      </w:r>
      <w:bookmarkEnd w:id="188"/>
    </w:p>
    <w:p w:rsidR="007E715F" w:rsidRDefault="00D52D88">
      <w:pPr>
        <w:pStyle w:val="Heading3"/>
        <w:pageBreakBefore/>
        <w:spacing w:before="0"/>
      </w:pPr>
      <w:bookmarkStart w:id="189" w:name="_Toc237419966"/>
      <w:r>
        <w:lastRenderedPageBreak/>
        <w:t>14.3 Goal Types</w:t>
      </w:r>
      <w:bookmarkEnd w:id="189"/>
    </w:p>
    <w:p w:rsidR="007E715F" w:rsidRDefault="00D52D88">
      <w:r>
        <w:t>A reference list. Entries created here become the options offered when you create an employee goal. Setting these up once, before the records that use them, saves correcting the same choice repeatedly later</w:t>
      </w:r>
      <w:r>
        <w:t>.</w:t>
      </w:r>
    </w:p>
    <w:p w:rsidR="007E715F" w:rsidRDefault="00D52D88">
      <w:pPr>
        <w:spacing w:before="120" w:after="80"/>
        <w:jc w:val="center"/>
      </w:pPr>
      <w:r>
        <w:rPr>
          <w:noProof/>
        </w:rPr>
        <w:drawing>
          <wp:inline distT="0" distB="0" distL="0" distR="0">
            <wp:extent cx="5760720" cy="36004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goal-types.png"/>
                    <pic:cNvPicPr/>
                  </pic:nvPicPr>
                  <pic:blipFill>
                    <a:blip r:embed="rId10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90" w:name="_Toc23742012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98</w:t>
      </w:r>
      <w:r>
        <w:rPr>
          <w:color w:val="6B7280"/>
        </w:rPr>
        <w:fldChar w:fldCharType="end"/>
      </w:r>
      <w:r>
        <w:rPr>
          <w:b w:val="0"/>
          <w:color w:val="6B7280"/>
        </w:rPr>
        <w:t>: The Goal Types page</w:t>
      </w:r>
      <w:bookmarkEnd w:id="19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Status, Created At, Actions</w:t>
      </w:r>
    </w:p>
    <w:p w:rsidR="007E715F" w:rsidRDefault="00D52D88">
      <w:pPr>
        <w:spacing w:after="80"/>
        <w:ind w:left="144"/>
      </w:pPr>
      <w:r>
        <w:rPr>
          <w:b/>
          <w:sz w:val="19"/>
        </w:rPr>
        <w:t xml:space="preserve">Actions on this page: </w:t>
      </w:r>
      <w:r>
        <w:rPr>
          <w:sz w:val="19"/>
        </w:rPr>
        <w:t>Add Goal Type</w:t>
      </w:r>
    </w:p>
    <w:p w:rsidR="007E715F" w:rsidRDefault="00D52D88">
      <w:pPr>
        <w:spacing w:after="60"/>
        <w:ind w:left="461" w:hanging="461"/>
      </w:pPr>
      <w:r>
        <w:rPr>
          <w:b/>
          <w:color w:val="0E9F6E"/>
        </w:rPr>
        <w:t xml:space="preserve">1.  </w:t>
      </w:r>
      <w:r>
        <w:t>Choose Add Goal Type at the top right. The form opens</w:t>
      </w:r>
      <w:r>
        <w:t xml:space="preserve"> in a panel.</w:t>
      </w:r>
    </w:p>
    <w:p w:rsidR="007E715F" w:rsidRDefault="00D52D88">
      <w:pPr>
        <w:spacing w:after="60"/>
        <w:ind w:left="461" w:hanging="461"/>
      </w:pPr>
      <w:r>
        <w:rPr>
          <w:b/>
          <w:color w:val="0E9F6E"/>
        </w:rPr>
        <w:t xml:space="preserve">2.  </w:t>
      </w:r>
      <w:r>
        <w:t>Complete the required fields: Goal Type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erformance-goal-types.png"/>
                    <pic:cNvPicPr/>
                  </pic:nvPicPr>
                  <pic:blipFill>
                    <a:blip r:embed="rId108"/>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191" w:name="_Toc23742012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99</w:t>
      </w:r>
      <w:r>
        <w:rPr>
          <w:color w:val="6B7280"/>
        </w:rPr>
        <w:fldChar w:fldCharType="end"/>
      </w:r>
      <w:r>
        <w:rPr>
          <w:b w:val="0"/>
          <w:color w:val="6B7280"/>
        </w:rPr>
        <w:t>: The Add Goal Type form</w:t>
      </w:r>
      <w:bookmarkEnd w:id="191"/>
    </w:p>
    <w:p w:rsidR="007E715F" w:rsidRDefault="00D52D88">
      <w:pPr>
        <w:pStyle w:val="Heading3"/>
        <w:pageBreakBefore/>
        <w:spacing w:before="0"/>
      </w:pPr>
      <w:bookmarkStart w:id="192" w:name="_Toc237419967"/>
      <w:r>
        <w:lastRenderedPageBreak/>
        <w:t>14.4 Employee Goals</w:t>
      </w:r>
      <w:bookmarkEnd w:id="192"/>
    </w:p>
    <w:p w:rsidR="007E715F" w:rsidRDefault="00D52D88">
      <w:r>
        <w:t xml:space="preserve">Goals </w:t>
      </w:r>
      <w:r>
        <w:t>set for a named employee, each with a type, a period and a progress figure that is updated as the goal advances.</w:t>
      </w:r>
    </w:p>
    <w:p w:rsidR="007E715F" w:rsidRDefault="00D52D88">
      <w:pPr>
        <w:spacing w:before="120" w:after="80"/>
        <w:jc w:val="center"/>
      </w:pPr>
      <w:r>
        <w:rPr>
          <w:noProof/>
        </w:rPr>
        <w:drawing>
          <wp:inline distT="0" distB="0" distL="0" distR="0">
            <wp:extent cx="5760720" cy="36004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employee-goals.jpg"/>
                    <pic:cNvPicPr/>
                  </pic:nvPicPr>
                  <pic:blipFill>
                    <a:blip r:embed="rId10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93" w:name="_Toc23742012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100</w:t>
      </w:r>
      <w:r>
        <w:rPr>
          <w:color w:val="6B7280"/>
        </w:rPr>
        <w:fldChar w:fldCharType="end"/>
      </w:r>
      <w:r>
        <w:rPr>
          <w:b w:val="0"/>
          <w:color w:val="6B7280"/>
        </w:rPr>
        <w:t>: The Employee Goals page</w:t>
      </w:r>
      <w:bookmarkEnd w:id="19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Title, Emplo</w:t>
      </w:r>
      <w:r>
        <w:rPr>
          <w:sz w:val="19"/>
        </w:rPr>
        <w:t>yee, Goal Type, Start Date, End Date, Progress, Status, Actions</w:t>
      </w:r>
    </w:p>
    <w:p w:rsidR="007E715F" w:rsidRDefault="00D52D88">
      <w:pPr>
        <w:spacing w:after="80"/>
        <w:ind w:left="144"/>
      </w:pPr>
      <w:r>
        <w:rPr>
          <w:b/>
          <w:sz w:val="19"/>
        </w:rPr>
        <w:t xml:space="preserve">Actions on this page: </w:t>
      </w:r>
      <w:r>
        <w:rPr>
          <w:sz w:val="19"/>
        </w:rPr>
        <w:t>Add Goal</w:t>
      </w:r>
    </w:p>
    <w:p w:rsidR="007E715F" w:rsidRDefault="00D52D88">
      <w:pPr>
        <w:spacing w:after="60"/>
        <w:ind w:left="461" w:hanging="461"/>
      </w:pPr>
      <w:r>
        <w:rPr>
          <w:b/>
          <w:color w:val="0E9F6E"/>
        </w:rPr>
        <w:t xml:space="preserve">1.  </w:t>
      </w:r>
      <w:r>
        <w:t>Choose Add Goal at the top right. The form opens in a panel.</w:t>
      </w:r>
    </w:p>
    <w:p w:rsidR="007E715F" w:rsidRDefault="00D52D88">
      <w:pPr>
        <w:spacing w:after="60"/>
        <w:ind w:left="461" w:hanging="461"/>
      </w:pPr>
      <w:r>
        <w:rPr>
          <w:b/>
          <w:color w:val="0E9F6E"/>
        </w:rPr>
        <w:t xml:space="preserve">2.  </w:t>
      </w:r>
      <w:r>
        <w:t>Complete the required fields: Goal Title, Start Date, End Date.</w:t>
      </w:r>
    </w:p>
    <w:p w:rsidR="007E715F" w:rsidRDefault="00D52D88">
      <w:pPr>
        <w:spacing w:after="60"/>
        <w:ind w:left="461" w:hanging="461"/>
      </w:pPr>
      <w:r>
        <w:rPr>
          <w:b/>
          <w:color w:val="0E9F6E"/>
        </w:rPr>
        <w:t xml:space="preserve">3.  </w:t>
      </w:r>
      <w:r>
        <w:t xml:space="preserve">Fill in anything else </w:t>
      </w:r>
      <w:r>
        <w:t>that applies: Description, Target, Progress (%).</w:t>
      </w:r>
    </w:p>
    <w:p w:rsidR="007E715F" w:rsidRDefault="00D52D88">
      <w:pPr>
        <w:spacing w:after="60"/>
        <w:ind w:left="461" w:hanging="461"/>
      </w:pPr>
      <w:r>
        <w:rPr>
          <w:b/>
          <w:color w:val="0E9F6E"/>
        </w:rPr>
        <w:t xml:space="preserve">4.  </w:t>
      </w:r>
      <w:r>
        <w:t>Make the selections the form asks for: Employee, Goal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erformance-employee-goals.png"/>
                    <pic:cNvPicPr/>
                  </pic:nvPicPr>
                  <pic:blipFill>
                    <a:blip r:embed="rId110"/>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194" w:name="_Toc23742012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101</w:t>
      </w:r>
      <w:r>
        <w:rPr>
          <w:color w:val="6B7280"/>
        </w:rPr>
        <w:fldChar w:fldCharType="end"/>
      </w:r>
      <w:r>
        <w:rPr>
          <w:b w:val="0"/>
          <w:color w:val="6B7280"/>
        </w:rPr>
        <w:t>: The Add Goal form</w:t>
      </w:r>
      <w:bookmarkEnd w:id="194"/>
    </w:p>
    <w:p w:rsidR="007E715F" w:rsidRDefault="00D52D88">
      <w:pPr>
        <w:pStyle w:val="Heading3"/>
        <w:pageBreakBefore/>
        <w:spacing w:before="0"/>
      </w:pPr>
      <w:bookmarkStart w:id="195" w:name="_Toc237419968"/>
      <w:r>
        <w:lastRenderedPageBreak/>
        <w:t>14.5 Review Cycles</w:t>
      </w:r>
      <w:bookmarkEnd w:id="195"/>
    </w:p>
    <w:p w:rsidR="007E715F" w:rsidRDefault="00D52D88">
      <w:r>
        <w:t>The rhythm of ap</w:t>
      </w:r>
      <w:r>
        <w:t>praisal — quarterly, half-yearly, annual. A cycle is created once and reused for every review that belongs to it.</w:t>
      </w:r>
    </w:p>
    <w:p w:rsidR="007E715F" w:rsidRDefault="00D52D88">
      <w:pPr>
        <w:spacing w:before="120" w:after="80"/>
        <w:jc w:val="center"/>
      </w:pPr>
      <w:r>
        <w:rPr>
          <w:noProof/>
        </w:rPr>
        <w:drawing>
          <wp:inline distT="0" distB="0" distL="0" distR="0">
            <wp:extent cx="5760720" cy="36004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review-cycles.jpg"/>
                    <pic:cNvPicPr/>
                  </pic:nvPicPr>
                  <pic:blipFill>
                    <a:blip r:embed="rId11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96" w:name="_Toc23742012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102</w:t>
      </w:r>
      <w:r>
        <w:rPr>
          <w:color w:val="6B7280"/>
        </w:rPr>
        <w:fldChar w:fldCharType="end"/>
      </w:r>
      <w:r>
        <w:rPr>
          <w:b w:val="0"/>
          <w:color w:val="6B7280"/>
        </w:rPr>
        <w:t>: The Review Cycles page</w:t>
      </w:r>
      <w:bookmarkEnd w:id="196"/>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Freque</w:t>
      </w:r>
      <w:r>
        <w:rPr>
          <w:sz w:val="19"/>
        </w:rPr>
        <w:t>ncy, Description, Status, Created At, Actions</w:t>
      </w:r>
    </w:p>
    <w:p w:rsidR="007E715F" w:rsidRDefault="00D52D88">
      <w:pPr>
        <w:spacing w:after="80"/>
        <w:ind w:left="144"/>
      </w:pPr>
      <w:r>
        <w:rPr>
          <w:b/>
          <w:sz w:val="19"/>
        </w:rPr>
        <w:t xml:space="preserve">Actions on this page: </w:t>
      </w:r>
      <w:r>
        <w:rPr>
          <w:sz w:val="19"/>
        </w:rPr>
        <w:t>Add Review Cycle</w:t>
      </w:r>
    </w:p>
    <w:p w:rsidR="007E715F" w:rsidRDefault="00D52D88">
      <w:pPr>
        <w:spacing w:after="60"/>
        <w:ind w:left="461" w:hanging="461"/>
      </w:pPr>
      <w:r>
        <w:rPr>
          <w:b/>
          <w:color w:val="0E9F6E"/>
        </w:rPr>
        <w:t xml:space="preserve">1.  </w:t>
      </w:r>
      <w:r>
        <w:t>Choose Add Review Cycle at the top right. The form opens in a panel.</w:t>
      </w:r>
    </w:p>
    <w:p w:rsidR="007E715F" w:rsidRDefault="00D52D88">
      <w:pPr>
        <w:spacing w:after="60"/>
        <w:ind w:left="461" w:hanging="461"/>
      </w:pPr>
      <w:r>
        <w:rPr>
          <w:b/>
          <w:color w:val="0E9F6E"/>
        </w:rPr>
        <w:t xml:space="preserve">2.  </w:t>
      </w:r>
      <w:r>
        <w:t>Complete the required fields: Review Cycle Name.</w:t>
      </w:r>
    </w:p>
    <w:p w:rsidR="007E715F" w:rsidRDefault="00D52D88">
      <w:pPr>
        <w:spacing w:after="60"/>
        <w:ind w:left="461" w:hanging="461"/>
      </w:pPr>
      <w:r>
        <w:rPr>
          <w:b/>
          <w:color w:val="0E9F6E"/>
        </w:rPr>
        <w:t xml:space="preserve">3.  </w:t>
      </w:r>
      <w:r>
        <w:t>Fill in anything else that applies: Descr</w:t>
      </w:r>
      <w:r>
        <w:t>iption.</w:t>
      </w:r>
    </w:p>
    <w:p w:rsidR="007E715F" w:rsidRDefault="00D52D88">
      <w:pPr>
        <w:spacing w:after="60"/>
        <w:ind w:left="461" w:hanging="461"/>
      </w:pPr>
      <w:r>
        <w:rPr>
          <w:b/>
          <w:color w:val="0E9F6E"/>
        </w:rPr>
        <w:t xml:space="preserve">4.  </w:t>
      </w:r>
      <w:r>
        <w:t>Make the selections the form asks for: Frequency.</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533430" cy="40233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erformance-review-cycles.png"/>
                    <pic:cNvPicPr/>
                  </pic:nvPicPr>
                  <pic:blipFill>
                    <a:blip r:embed="rId112"/>
                    <a:stretch>
                      <a:fillRect/>
                    </a:stretch>
                  </pic:blipFill>
                  <pic:spPr>
                    <a:xfrm>
                      <a:off x="0" y="0"/>
                      <a:ext cx="3533430" cy="4023360"/>
                    </a:xfrm>
                    <a:prstGeom prst="rect">
                      <a:avLst/>
                    </a:prstGeom>
                    <a:ln w="9525">
                      <a:solidFill>
                        <a:srgbClr val="D8DCE3"/>
                      </a:solidFill>
                    </a:ln>
                  </pic:spPr>
                </pic:pic>
              </a:graphicData>
            </a:graphic>
          </wp:inline>
        </w:drawing>
      </w:r>
    </w:p>
    <w:p w:rsidR="007E715F" w:rsidRDefault="00D52D88">
      <w:pPr>
        <w:pStyle w:val="Caption"/>
        <w:jc w:val="center"/>
      </w:pPr>
      <w:bookmarkStart w:id="197" w:name="_Toc23742012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103</w:t>
      </w:r>
      <w:r>
        <w:rPr>
          <w:color w:val="6B7280"/>
        </w:rPr>
        <w:fldChar w:fldCharType="end"/>
      </w:r>
      <w:r>
        <w:rPr>
          <w:b w:val="0"/>
          <w:color w:val="6B7280"/>
        </w:rPr>
        <w:t>: The Add Review Cycle form</w:t>
      </w:r>
      <w:bookmarkEnd w:id="197"/>
    </w:p>
    <w:p w:rsidR="007E715F" w:rsidRDefault="00D52D88">
      <w:pPr>
        <w:pStyle w:val="Heading3"/>
        <w:pageBreakBefore/>
        <w:spacing w:before="0"/>
      </w:pPr>
      <w:bookmarkStart w:id="198" w:name="_Toc237419969"/>
      <w:r>
        <w:lastRenderedPageBreak/>
        <w:t>14.6 Employee Reviews</w:t>
      </w:r>
      <w:bookmarkEnd w:id="198"/>
    </w:p>
    <w:p w:rsidR="007E715F" w:rsidRDefault="00D52D88">
      <w:r>
        <w:t xml:space="preserve">An individual appraisal: who was reviewed, by whom, in </w:t>
      </w:r>
      <w:r>
        <w:t>which cycle, and the rating that resulted.</w:t>
      </w:r>
    </w:p>
    <w:p w:rsidR="007E715F" w:rsidRDefault="00D52D88">
      <w:pPr>
        <w:spacing w:before="120" w:after="80"/>
        <w:jc w:val="center"/>
      </w:pPr>
      <w:r>
        <w:rPr>
          <w:noProof/>
        </w:rPr>
        <w:drawing>
          <wp:inline distT="0" distB="0" distL="0" distR="0">
            <wp:extent cx="5760720" cy="36004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erformance-employee-reviews.jpg"/>
                    <pic:cNvPicPr/>
                  </pic:nvPicPr>
                  <pic:blipFill>
                    <a:blip r:embed="rId11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199" w:name="_Toc23742012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104</w:t>
      </w:r>
      <w:r>
        <w:rPr>
          <w:color w:val="6B7280"/>
        </w:rPr>
        <w:fldChar w:fldCharType="end"/>
      </w:r>
      <w:r>
        <w:rPr>
          <w:b w:val="0"/>
          <w:color w:val="6B7280"/>
        </w:rPr>
        <w:t>: The Employee Reviews page</w:t>
      </w:r>
      <w:bookmarkEnd w:id="19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Employee, Reviewer, Review Cycle, Review Date, Rating, Status, Actions</w:t>
      </w:r>
    </w:p>
    <w:p w:rsidR="007E715F" w:rsidRDefault="00D52D88">
      <w:pPr>
        <w:spacing w:after="80"/>
        <w:ind w:left="144"/>
      </w:pPr>
      <w:r>
        <w:rPr>
          <w:b/>
          <w:sz w:val="19"/>
        </w:rPr>
        <w:t xml:space="preserve">Actions on this page: </w:t>
      </w:r>
      <w:r>
        <w:rPr>
          <w:sz w:val="19"/>
        </w:rPr>
        <w:t xml:space="preserve">Schedule </w:t>
      </w:r>
      <w:r>
        <w:rPr>
          <w:sz w:val="19"/>
        </w:rPr>
        <w:t>Review</w:t>
      </w:r>
    </w:p>
    <w:p w:rsidR="007E715F" w:rsidRDefault="00D52D88">
      <w:pPr>
        <w:pStyle w:val="Heading2"/>
        <w:pageBreakBefore/>
        <w:spacing w:before="0"/>
      </w:pPr>
      <w:bookmarkStart w:id="200" w:name="_Toc237419970"/>
      <w:r>
        <w:lastRenderedPageBreak/>
        <w:t>15. Training</w:t>
      </w:r>
      <w:bookmarkEnd w:id="200"/>
    </w:p>
    <w:p w:rsidR="007E715F" w:rsidRDefault="00D52D88">
      <w:r>
        <w:t>A programme is a course; a session is one delivery of it; an employee training is one person's place on it. Separating the three means a course is described once however often it runs.</w:t>
      </w:r>
    </w:p>
    <w:p w:rsidR="007E715F" w:rsidRDefault="00D52D88">
      <w:pPr>
        <w:spacing w:after="80"/>
        <w:ind w:left="144"/>
      </w:pPr>
      <w:r>
        <w:rPr>
          <w:b/>
          <w:sz w:val="19"/>
        </w:rPr>
        <w:t xml:space="preserve">Pages in this chapter: </w:t>
      </w:r>
      <w:r>
        <w:rPr>
          <w:sz w:val="19"/>
        </w:rPr>
        <w:t>Training Types, Training Pro</w:t>
      </w:r>
      <w:r>
        <w:rPr>
          <w:sz w:val="19"/>
        </w:rPr>
        <w:t>grams, Training Sessions, Employee Trainings</w:t>
      </w:r>
    </w:p>
    <w:p w:rsidR="007E715F" w:rsidRDefault="00D52D88">
      <w:pPr>
        <w:pStyle w:val="Heading3"/>
        <w:pageBreakBefore/>
        <w:spacing w:before="0"/>
      </w:pPr>
      <w:bookmarkStart w:id="201" w:name="_Toc237419971"/>
      <w:r>
        <w:lastRenderedPageBreak/>
        <w:t>15.1 Training Types</w:t>
      </w:r>
      <w:bookmarkEnd w:id="201"/>
    </w:p>
    <w:p w:rsidR="007E715F" w:rsidRDefault="00D52D88">
      <w:r>
        <w:t>A reference list. Entries created here become the options offered when you create a training programme. Setting these up once, before the records that use them, saves correcting the same choi</w:t>
      </w:r>
      <w:r>
        <w:t>ce repeatedly later.</w:t>
      </w:r>
    </w:p>
    <w:p w:rsidR="007E715F" w:rsidRDefault="00D52D88">
      <w:pPr>
        <w:spacing w:before="120" w:after="80"/>
        <w:jc w:val="center"/>
      </w:pPr>
      <w:r>
        <w:rPr>
          <w:noProof/>
        </w:rPr>
        <w:drawing>
          <wp:inline distT="0" distB="0" distL="0" distR="0">
            <wp:extent cx="5760720" cy="4026103"/>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aining-training-types.jpg"/>
                    <pic:cNvPicPr/>
                  </pic:nvPicPr>
                  <pic:blipFill>
                    <a:blip r:embed="rId114"/>
                    <a:stretch>
                      <a:fillRect/>
                    </a:stretch>
                  </pic:blipFill>
                  <pic:spPr>
                    <a:xfrm>
                      <a:off x="0" y="0"/>
                      <a:ext cx="5760720" cy="4026103"/>
                    </a:xfrm>
                    <a:prstGeom prst="rect">
                      <a:avLst/>
                    </a:prstGeom>
                    <a:ln w="9525">
                      <a:solidFill>
                        <a:srgbClr val="D8DCE3"/>
                      </a:solidFill>
                    </a:ln>
                  </pic:spPr>
                </pic:pic>
              </a:graphicData>
            </a:graphic>
          </wp:inline>
        </w:drawing>
      </w:r>
    </w:p>
    <w:p w:rsidR="007E715F" w:rsidRDefault="00D52D88">
      <w:pPr>
        <w:pStyle w:val="Caption"/>
        <w:jc w:val="center"/>
      </w:pPr>
      <w:bookmarkStart w:id="202" w:name="_Toc23742012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105</w:t>
      </w:r>
      <w:r>
        <w:rPr>
          <w:color w:val="6B7280"/>
        </w:rPr>
        <w:fldChar w:fldCharType="end"/>
      </w:r>
      <w:r>
        <w:rPr>
          <w:b w:val="0"/>
          <w:color w:val="6B7280"/>
        </w:rPr>
        <w:t>: The Training Types page</w:t>
      </w:r>
      <w:bookmarkEnd w:id="20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Departments, Programs, Actions</w:t>
      </w:r>
    </w:p>
    <w:p w:rsidR="007E715F" w:rsidRDefault="00D52D88">
      <w:pPr>
        <w:spacing w:after="80"/>
        <w:ind w:left="144"/>
      </w:pPr>
      <w:r>
        <w:rPr>
          <w:b/>
          <w:sz w:val="19"/>
        </w:rPr>
        <w:t xml:space="preserve">Actions on this page: </w:t>
      </w:r>
      <w:r>
        <w:rPr>
          <w:sz w:val="19"/>
        </w:rPr>
        <w:t>Add Training Type</w:t>
      </w:r>
    </w:p>
    <w:p w:rsidR="007E715F" w:rsidRDefault="00D52D88">
      <w:pPr>
        <w:spacing w:after="60"/>
        <w:ind w:left="461" w:hanging="461"/>
      </w:pPr>
      <w:r>
        <w:rPr>
          <w:b/>
          <w:color w:val="0E9F6E"/>
        </w:rPr>
        <w:t xml:space="preserve">1.  </w:t>
      </w:r>
      <w:r>
        <w:t>Choose Add</w:t>
      </w:r>
      <w:r>
        <w:t xml:space="preserve"> Training Type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 form asks for: Branch.</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raining-training-types.png"/>
                    <pic:cNvPicPr/>
                  </pic:nvPicPr>
                  <pic:blipFill>
                    <a:blip r:embed="rId115"/>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203" w:name="_Toc23742012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106</w:t>
      </w:r>
      <w:r>
        <w:rPr>
          <w:color w:val="6B7280"/>
        </w:rPr>
        <w:fldChar w:fldCharType="end"/>
      </w:r>
      <w:r>
        <w:rPr>
          <w:b w:val="0"/>
          <w:color w:val="6B7280"/>
        </w:rPr>
        <w:t>: The Add Training Type form</w:t>
      </w:r>
      <w:bookmarkEnd w:id="203"/>
    </w:p>
    <w:p w:rsidR="007E715F" w:rsidRDefault="00D52D88">
      <w:pPr>
        <w:pStyle w:val="Heading3"/>
        <w:pageBreakBefore/>
        <w:spacing w:before="0"/>
      </w:pPr>
      <w:bookmarkStart w:id="204" w:name="_Toc237419972"/>
      <w:r>
        <w:lastRenderedPageBreak/>
        <w:t>15.2 Training Programs</w:t>
      </w:r>
      <w:bookmarkEnd w:id="204"/>
    </w:p>
    <w:p w:rsidR="007E715F" w:rsidRDefault="00D52D88">
      <w:r>
        <w:t>A course that can be delivered more than once, with its duration, cost and capacity.</w:t>
      </w:r>
    </w:p>
    <w:p w:rsidR="007E715F" w:rsidRDefault="00D52D88">
      <w:pPr>
        <w:spacing w:before="120" w:after="80"/>
        <w:jc w:val="center"/>
      </w:pPr>
      <w:r>
        <w:rPr>
          <w:noProof/>
        </w:rPr>
        <w:drawing>
          <wp:inline distT="0" distB="0" distL="0" distR="0">
            <wp:extent cx="5760720" cy="36004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aining-training-programs.jpg"/>
                    <pic:cNvPicPr/>
                  </pic:nvPicPr>
                  <pic:blipFill>
                    <a:blip r:embed="rId11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05" w:name="_Toc23742013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107</w:t>
      </w:r>
      <w:r>
        <w:rPr>
          <w:color w:val="6B7280"/>
        </w:rPr>
        <w:fldChar w:fldCharType="end"/>
      </w:r>
      <w:r>
        <w:rPr>
          <w:b w:val="0"/>
          <w:color w:val="6B7280"/>
        </w:rPr>
        <w:t>: The Training Programs page</w:t>
      </w:r>
      <w:bookmarkEnd w:id="20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Status, Duration, Cost, Capacity, Flags, Sessions, Employees, Actions</w:t>
      </w:r>
    </w:p>
    <w:p w:rsidR="007E715F" w:rsidRDefault="00D52D88">
      <w:pPr>
        <w:spacing w:after="80"/>
        <w:ind w:left="144"/>
      </w:pPr>
      <w:r>
        <w:rPr>
          <w:b/>
          <w:sz w:val="19"/>
        </w:rPr>
        <w:t xml:space="preserve">Actions on this page: </w:t>
      </w:r>
      <w:r>
        <w:rPr>
          <w:sz w:val="19"/>
        </w:rPr>
        <w:t>Add Training Program</w:t>
      </w:r>
    </w:p>
    <w:p w:rsidR="007E715F" w:rsidRDefault="00D52D88">
      <w:pPr>
        <w:spacing w:after="60"/>
        <w:ind w:left="461" w:hanging="461"/>
      </w:pPr>
      <w:r>
        <w:rPr>
          <w:b/>
          <w:color w:val="0E9F6E"/>
        </w:rPr>
        <w:t xml:space="preserve">1.  </w:t>
      </w:r>
      <w:r>
        <w:t>Choose Add Training Program at the top right. The form opens in a panel.</w:t>
      </w:r>
    </w:p>
    <w:p w:rsidR="007E715F" w:rsidRDefault="00D52D88">
      <w:pPr>
        <w:spacing w:after="60"/>
        <w:ind w:left="461" w:hanging="461"/>
      </w:pPr>
      <w:r>
        <w:rPr>
          <w:b/>
          <w:color w:val="0E9F6E"/>
        </w:rPr>
        <w:t xml:space="preserve">2.  </w:t>
      </w:r>
      <w:r>
        <w:t>Compl</w:t>
      </w:r>
      <w:r>
        <w:t>ete the required fields: Name.</w:t>
      </w:r>
    </w:p>
    <w:p w:rsidR="007E715F" w:rsidRDefault="00D52D88">
      <w:pPr>
        <w:spacing w:after="60"/>
        <w:ind w:left="461" w:hanging="461"/>
      </w:pPr>
      <w:r>
        <w:rPr>
          <w:b/>
          <w:color w:val="0E9F6E"/>
        </w:rPr>
        <w:t xml:space="preserve">3.  </w:t>
      </w:r>
      <w:r>
        <w:t>Fill in anything else that applies: Description, Duration (hours), Cost, Capacity, Select materials file..., Prerequisites, Mandatory Training, Allow Self-Enrollment.</w:t>
      </w:r>
    </w:p>
    <w:p w:rsidR="007E715F" w:rsidRDefault="00D52D88">
      <w:pPr>
        <w:spacing w:after="60"/>
        <w:ind w:left="461" w:hanging="461"/>
      </w:pPr>
      <w:r>
        <w:rPr>
          <w:b/>
          <w:color w:val="0E9F6E"/>
        </w:rPr>
        <w:t xml:space="preserve">4.  </w:t>
      </w:r>
      <w:r>
        <w:t>Make the selections the form asks for: Training Ty</w:t>
      </w:r>
      <w:r>
        <w:t>pe,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raining-training-programs.png"/>
                    <pic:cNvPicPr/>
                  </pic:nvPicPr>
                  <pic:blipFill>
                    <a:blip r:embed="rId117"/>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206" w:name="_Toc23742013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108</w:t>
      </w:r>
      <w:r>
        <w:rPr>
          <w:color w:val="6B7280"/>
        </w:rPr>
        <w:fldChar w:fldCharType="end"/>
      </w:r>
      <w:r>
        <w:rPr>
          <w:b w:val="0"/>
          <w:color w:val="6B7280"/>
        </w:rPr>
        <w:t>: The Add Training Program form</w:t>
      </w:r>
      <w:bookmarkEnd w:id="206"/>
    </w:p>
    <w:p w:rsidR="007E715F" w:rsidRDefault="00D52D88">
      <w:pPr>
        <w:pStyle w:val="Heading3"/>
        <w:pageBreakBefore/>
        <w:spacing w:before="0"/>
      </w:pPr>
      <w:bookmarkStart w:id="207" w:name="_Toc237419973"/>
      <w:r>
        <w:lastRenderedPageBreak/>
        <w:t>15.3 Training Sessions</w:t>
      </w:r>
      <w:bookmarkEnd w:id="207"/>
    </w:p>
    <w:p w:rsidR="007E715F" w:rsidRDefault="00D52D88">
      <w:r>
        <w:t>A specific delivery of a programme: when, where, by whom, and who attended.</w:t>
      </w:r>
    </w:p>
    <w:p w:rsidR="007E715F" w:rsidRDefault="00D52D88">
      <w:pPr>
        <w:spacing w:before="120" w:after="80"/>
        <w:jc w:val="center"/>
      </w:pPr>
      <w:r>
        <w:rPr>
          <w:noProof/>
        </w:rPr>
        <w:drawing>
          <wp:inline distT="0" distB="0" distL="0" distR="0">
            <wp:extent cx="5752502" cy="448056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aining-training-sessions.jpg"/>
                    <pic:cNvPicPr/>
                  </pic:nvPicPr>
                  <pic:blipFill>
                    <a:blip r:embed="rId118"/>
                    <a:stretch>
                      <a:fillRect/>
                    </a:stretch>
                  </pic:blipFill>
                  <pic:spPr>
                    <a:xfrm>
                      <a:off x="0" y="0"/>
                      <a:ext cx="5752502" cy="4480560"/>
                    </a:xfrm>
                    <a:prstGeom prst="rect">
                      <a:avLst/>
                    </a:prstGeom>
                    <a:ln w="9525">
                      <a:solidFill>
                        <a:srgbClr val="D8DCE3"/>
                      </a:solidFill>
                    </a:ln>
                  </pic:spPr>
                </pic:pic>
              </a:graphicData>
            </a:graphic>
          </wp:inline>
        </w:drawing>
      </w:r>
    </w:p>
    <w:p w:rsidR="007E715F" w:rsidRDefault="00D52D88">
      <w:pPr>
        <w:pStyle w:val="Caption"/>
        <w:jc w:val="center"/>
      </w:pPr>
      <w:bookmarkStart w:id="208" w:name="_Toc237420132"/>
      <w:r>
        <w:rPr>
          <w:color w:val="6B7280"/>
        </w:rPr>
        <w:t xml:space="preserve">Figure </w:t>
      </w:r>
      <w:r>
        <w:rPr>
          <w:color w:val="6B7280"/>
        </w:rPr>
        <w:fldChar w:fldCharType="begin"/>
      </w:r>
      <w:r>
        <w:rPr>
          <w:color w:val="6B7280"/>
        </w:rPr>
        <w:instrText xml:space="preserve"> SEQ Figure \* A</w:instrText>
      </w:r>
      <w:r>
        <w:rPr>
          <w:color w:val="6B7280"/>
        </w:rPr>
        <w:instrText xml:space="preserve">RABIC </w:instrText>
      </w:r>
      <w:r>
        <w:rPr>
          <w:color w:val="6B7280"/>
        </w:rPr>
        <w:fldChar w:fldCharType="separate"/>
      </w:r>
      <w:r>
        <w:rPr>
          <w:noProof/>
          <w:color w:val="6B7280"/>
        </w:rPr>
        <w:t>109</w:t>
      </w:r>
      <w:r>
        <w:rPr>
          <w:color w:val="6B7280"/>
        </w:rPr>
        <w:fldChar w:fldCharType="end"/>
      </w:r>
      <w:r>
        <w:rPr>
          <w:b w:val="0"/>
          <w:color w:val="6B7280"/>
        </w:rPr>
        <w:t>: The Training Sessions page</w:t>
      </w:r>
      <w:bookmarkEnd w:id="20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Program, Date &amp; Time, Location, Status, Trainers, Attendance, Actions</w:t>
      </w:r>
    </w:p>
    <w:p w:rsidR="007E715F" w:rsidRDefault="00D52D88">
      <w:pPr>
        <w:spacing w:after="80"/>
        <w:ind w:left="144"/>
      </w:pPr>
      <w:r>
        <w:rPr>
          <w:b/>
          <w:sz w:val="19"/>
        </w:rPr>
        <w:t xml:space="preserve">Actions on this page: </w:t>
      </w:r>
      <w:r>
        <w:rPr>
          <w:sz w:val="19"/>
        </w:rPr>
        <w:t>Calendar View, Add Session</w:t>
      </w:r>
    </w:p>
    <w:p w:rsidR="007E715F" w:rsidRDefault="00D52D88">
      <w:pPr>
        <w:spacing w:after="60"/>
        <w:ind w:left="461" w:hanging="461"/>
      </w:pPr>
      <w:r>
        <w:rPr>
          <w:b/>
          <w:color w:val="0E9F6E"/>
        </w:rPr>
        <w:t xml:space="preserve">1.  </w:t>
      </w:r>
      <w:r>
        <w:t xml:space="preserve">Choose Add Session at </w:t>
      </w:r>
      <w:r>
        <w:t>the top right. The form opens in a panel.</w:t>
      </w:r>
    </w:p>
    <w:p w:rsidR="007E715F" w:rsidRDefault="00D52D88">
      <w:pPr>
        <w:spacing w:after="60"/>
        <w:ind w:left="461" w:hanging="461"/>
      </w:pPr>
      <w:r>
        <w:rPr>
          <w:b/>
          <w:color w:val="0E9F6E"/>
        </w:rPr>
        <w:t xml:space="preserve">2.  </w:t>
      </w:r>
      <w:r>
        <w:t>Complete the required fields: Start Date, End Date.</w:t>
      </w:r>
    </w:p>
    <w:p w:rsidR="007E715F" w:rsidRDefault="00D52D88">
      <w:pPr>
        <w:spacing w:after="60"/>
        <w:ind w:left="461" w:hanging="461"/>
      </w:pPr>
      <w:r>
        <w:rPr>
          <w:b/>
          <w:color w:val="0E9F6E"/>
        </w:rPr>
        <w:t xml:space="preserve">3.  </w:t>
      </w:r>
      <w:r>
        <w:t>Fill in anything else that applies: Session Name, Location, Meeting Link, Notes, Select Trainers, Recurring Session, Number of Occurrences.</w:t>
      </w:r>
    </w:p>
    <w:p w:rsidR="007E715F" w:rsidRDefault="00D52D88">
      <w:pPr>
        <w:spacing w:after="60"/>
        <w:ind w:left="461" w:hanging="461"/>
      </w:pPr>
      <w:r>
        <w:rPr>
          <w:b/>
          <w:color w:val="0E9F6E"/>
        </w:rPr>
        <w:t xml:space="preserve">4.  </w:t>
      </w:r>
      <w:r>
        <w:t xml:space="preserve">Make the </w:t>
      </w:r>
      <w:r>
        <w:t>selections the form asks for: Training Program, Location Type, Status, Recurrence Pattern.</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1769084" cy="402336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raining-training-sessions.png"/>
                    <pic:cNvPicPr/>
                  </pic:nvPicPr>
                  <pic:blipFill>
                    <a:blip r:embed="rId119"/>
                    <a:stretch>
                      <a:fillRect/>
                    </a:stretch>
                  </pic:blipFill>
                  <pic:spPr>
                    <a:xfrm>
                      <a:off x="0" y="0"/>
                      <a:ext cx="1769084" cy="4023360"/>
                    </a:xfrm>
                    <a:prstGeom prst="rect">
                      <a:avLst/>
                    </a:prstGeom>
                    <a:ln w="9525">
                      <a:solidFill>
                        <a:srgbClr val="D8DCE3"/>
                      </a:solidFill>
                    </a:ln>
                  </pic:spPr>
                </pic:pic>
              </a:graphicData>
            </a:graphic>
          </wp:inline>
        </w:drawing>
      </w:r>
    </w:p>
    <w:p w:rsidR="007E715F" w:rsidRDefault="00D52D88">
      <w:pPr>
        <w:pStyle w:val="Caption"/>
        <w:jc w:val="center"/>
      </w:pPr>
      <w:bookmarkStart w:id="209" w:name="_Toc23742013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110</w:t>
      </w:r>
      <w:r>
        <w:rPr>
          <w:color w:val="6B7280"/>
        </w:rPr>
        <w:fldChar w:fldCharType="end"/>
      </w:r>
      <w:r>
        <w:rPr>
          <w:b w:val="0"/>
          <w:color w:val="6B7280"/>
        </w:rPr>
        <w:t>: The Add Session form</w:t>
      </w:r>
      <w:bookmarkEnd w:id="209"/>
    </w:p>
    <w:p w:rsidR="007E715F" w:rsidRDefault="00D52D88">
      <w:pPr>
        <w:pStyle w:val="Heading3"/>
        <w:pageBreakBefore/>
        <w:spacing w:before="0"/>
      </w:pPr>
      <w:bookmarkStart w:id="210" w:name="_Toc237419974"/>
      <w:r>
        <w:lastRenderedPageBreak/>
        <w:t>15.4 Employee Trainings</w:t>
      </w:r>
      <w:bookmarkEnd w:id="210"/>
    </w:p>
    <w:p w:rsidR="007E715F" w:rsidRDefault="00D52D88">
      <w:r>
        <w:t xml:space="preserve">Which employee is assigned to </w:t>
      </w:r>
      <w:r>
        <w:t>which programme, and how far they have got with it.</w:t>
      </w:r>
    </w:p>
    <w:p w:rsidR="007E715F" w:rsidRDefault="00D52D88">
      <w:pPr>
        <w:spacing w:before="120" w:after="80"/>
        <w:jc w:val="center"/>
      </w:pPr>
      <w:r>
        <w:rPr>
          <w:noProof/>
        </w:rPr>
        <w:drawing>
          <wp:inline distT="0" distB="0" distL="0" distR="0">
            <wp:extent cx="5140221" cy="448056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aining-employee-trainings.jpg"/>
                    <pic:cNvPicPr/>
                  </pic:nvPicPr>
                  <pic:blipFill>
                    <a:blip r:embed="rId120"/>
                    <a:stretch>
                      <a:fillRect/>
                    </a:stretch>
                  </pic:blipFill>
                  <pic:spPr>
                    <a:xfrm>
                      <a:off x="0" y="0"/>
                      <a:ext cx="5140221" cy="4480560"/>
                    </a:xfrm>
                    <a:prstGeom prst="rect">
                      <a:avLst/>
                    </a:prstGeom>
                    <a:ln w="9525">
                      <a:solidFill>
                        <a:srgbClr val="D8DCE3"/>
                      </a:solidFill>
                    </a:ln>
                  </pic:spPr>
                </pic:pic>
              </a:graphicData>
            </a:graphic>
          </wp:inline>
        </w:drawing>
      </w:r>
    </w:p>
    <w:p w:rsidR="007E715F" w:rsidRDefault="00D52D88">
      <w:pPr>
        <w:pStyle w:val="Caption"/>
        <w:jc w:val="center"/>
      </w:pPr>
      <w:bookmarkStart w:id="211" w:name="_Toc23742013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111</w:t>
      </w:r>
      <w:r>
        <w:rPr>
          <w:color w:val="6B7280"/>
        </w:rPr>
        <w:fldChar w:fldCharType="end"/>
      </w:r>
      <w:r>
        <w:rPr>
          <w:b w:val="0"/>
          <w:color w:val="6B7280"/>
        </w:rPr>
        <w:t>: The Employee Trainings page</w:t>
      </w:r>
      <w:bookmarkEnd w:id="21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Employee, Training Program, Status, Assigned Date, Completion Date, Score, Result, Assessmen</w:t>
      </w:r>
      <w:r>
        <w:rPr>
          <w:sz w:val="19"/>
        </w:rPr>
        <w:t>ts, Certificate, Actions</w:t>
      </w:r>
    </w:p>
    <w:p w:rsidR="007E715F" w:rsidRDefault="00D52D88">
      <w:pPr>
        <w:spacing w:after="80"/>
        <w:ind w:left="144"/>
      </w:pPr>
      <w:r>
        <w:rPr>
          <w:b/>
          <w:sz w:val="19"/>
        </w:rPr>
        <w:t xml:space="preserve">Actions on this page: </w:t>
      </w:r>
      <w:r>
        <w:rPr>
          <w:sz w:val="19"/>
        </w:rPr>
        <w:t>Dashboard, Bulk Assign, Assign Training, Download</w:t>
      </w:r>
    </w:p>
    <w:p w:rsidR="007E715F" w:rsidRDefault="00D52D88">
      <w:pPr>
        <w:pStyle w:val="Heading2"/>
        <w:pageBreakBefore/>
        <w:spacing w:before="0"/>
      </w:pPr>
      <w:bookmarkStart w:id="212" w:name="_Toc237419975"/>
      <w:r>
        <w:lastRenderedPageBreak/>
        <w:t>16. Asset Management</w:t>
      </w:r>
      <w:bookmarkEnd w:id="212"/>
    </w:p>
    <w:p w:rsidR="007E715F" w:rsidRDefault="00D52D88">
      <w:r>
        <w:t>Company property is tracked here, together with who holds it and what it is now worth.</w:t>
      </w:r>
    </w:p>
    <w:p w:rsidR="007E715F" w:rsidRDefault="00D52D88">
      <w:pPr>
        <w:spacing w:after="80"/>
        <w:ind w:left="144"/>
      </w:pPr>
      <w:r>
        <w:rPr>
          <w:b/>
          <w:sz w:val="19"/>
        </w:rPr>
        <w:t xml:space="preserve">Pages in this chapter: </w:t>
      </w:r>
      <w:r>
        <w:rPr>
          <w:sz w:val="19"/>
        </w:rPr>
        <w:t>Asset Types, Assets, Dashboa</w:t>
      </w:r>
      <w:r>
        <w:rPr>
          <w:sz w:val="19"/>
        </w:rPr>
        <w:t>rd, Depreciation</w:t>
      </w:r>
    </w:p>
    <w:p w:rsidR="007E715F" w:rsidRDefault="00D52D88">
      <w:pPr>
        <w:pStyle w:val="Heading3"/>
        <w:pageBreakBefore/>
        <w:spacing w:before="0"/>
      </w:pPr>
      <w:bookmarkStart w:id="213" w:name="_Toc237419976"/>
      <w:r>
        <w:lastRenderedPageBreak/>
        <w:t>16.1 Asset Types</w:t>
      </w:r>
      <w:bookmarkEnd w:id="213"/>
    </w:p>
    <w:p w:rsidR="007E715F" w:rsidRDefault="00D52D88">
      <w:r>
        <w:t>A reference list. Entries created here become the options offered when you create an asset. Setting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0045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sset-management-asset-types.jpg"/>
                    <pic:cNvPicPr/>
                  </pic:nvPicPr>
                  <pic:blipFill>
                    <a:blip r:embed="rId12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14" w:name="_Toc237420135"/>
      <w:r>
        <w:rPr>
          <w:color w:val="6B7280"/>
        </w:rPr>
        <w:t xml:space="preserve">Figure </w:t>
      </w:r>
      <w:r>
        <w:rPr>
          <w:color w:val="6B7280"/>
        </w:rPr>
        <w:fldChar w:fldCharType="begin"/>
      </w:r>
      <w:r>
        <w:rPr>
          <w:color w:val="6B7280"/>
        </w:rPr>
        <w:instrText xml:space="preserve"> SEQ Figure \</w:instrText>
      </w:r>
      <w:r>
        <w:rPr>
          <w:color w:val="6B7280"/>
        </w:rPr>
        <w:instrText xml:space="preserve">* ARABIC </w:instrText>
      </w:r>
      <w:r>
        <w:rPr>
          <w:color w:val="6B7280"/>
        </w:rPr>
        <w:fldChar w:fldCharType="separate"/>
      </w:r>
      <w:r>
        <w:rPr>
          <w:noProof/>
          <w:color w:val="6B7280"/>
        </w:rPr>
        <w:t>112</w:t>
      </w:r>
      <w:r>
        <w:rPr>
          <w:color w:val="6B7280"/>
        </w:rPr>
        <w:fldChar w:fldCharType="end"/>
      </w:r>
      <w:r>
        <w:rPr>
          <w:b w:val="0"/>
          <w:color w:val="6B7280"/>
        </w:rPr>
        <w:t>: The Asset Types page</w:t>
      </w:r>
      <w:bookmarkEnd w:id="21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Assets, Actions</w:t>
      </w:r>
    </w:p>
    <w:p w:rsidR="007E715F" w:rsidRDefault="00D52D88">
      <w:pPr>
        <w:spacing w:after="80"/>
        <w:ind w:left="144"/>
      </w:pPr>
      <w:r>
        <w:rPr>
          <w:b/>
          <w:sz w:val="19"/>
        </w:rPr>
        <w:t xml:space="preserve">Actions on this page: </w:t>
      </w:r>
      <w:r>
        <w:rPr>
          <w:sz w:val="19"/>
        </w:rPr>
        <w:t>Add Asset Type</w:t>
      </w:r>
    </w:p>
    <w:p w:rsidR="007E715F" w:rsidRDefault="00D52D88">
      <w:pPr>
        <w:spacing w:after="60"/>
        <w:ind w:left="461" w:hanging="461"/>
      </w:pPr>
      <w:r>
        <w:rPr>
          <w:b/>
          <w:color w:val="0E9F6E"/>
        </w:rPr>
        <w:t xml:space="preserve">1.  </w:t>
      </w:r>
      <w:r>
        <w:t>Choose Add Asset Type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5232566" cy="402336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asset-management-asset-types.png"/>
                    <pic:cNvPicPr/>
                  </pic:nvPicPr>
                  <pic:blipFill>
                    <a:blip r:embed="rId122"/>
                    <a:stretch>
                      <a:fillRect/>
                    </a:stretch>
                  </pic:blipFill>
                  <pic:spPr>
                    <a:xfrm>
                      <a:off x="0" y="0"/>
                      <a:ext cx="5232566" cy="4023360"/>
                    </a:xfrm>
                    <a:prstGeom prst="rect">
                      <a:avLst/>
                    </a:prstGeom>
                    <a:ln w="9525">
                      <a:solidFill>
                        <a:srgbClr val="D8DCE3"/>
                      </a:solidFill>
                    </a:ln>
                  </pic:spPr>
                </pic:pic>
              </a:graphicData>
            </a:graphic>
          </wp:inline>
        </w:drawing>
      </w:r>
    </w:p>
    <w:p w:rsidR="007E715F" w:rsidRDefault="00D52D88">
      <w:pPr>
        <w:pStyle w:val="Caption"/>
        <w:jc w:val="center"/>
      </w:pPr>
      <w:bookmarkStart w:id="215" w:name="_Toc23742013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113</w:t>
      </w:r>
      <w:r>
        <w:rPr>
          <w:color w:val="6B7280"/>
        </w:rPr>
        <w:fldChar w:fldCharType="end"/>
      </w:r>
      <w:r>
        <w:rPr>
          <w:b w:val="0"/>
          <w:color w:val="6B7280"/>
        </w:rPr>
        <w:t>: The Add Asset Type form</w:t>
      </w:r>
      <w:bookmarkEnd w:id="215"/>
    </w:p>
    <w:p w:rsidR="007E715F" w:rsidRDefault="00D52D88">
      <w:pPr>
        <w:pStyle w:val="Heading3"/>
        <w:pageBreakBefore/>
        <w:spacing w:before="0"/>
      </w:pPr>
      <w:bookmarkStart w:id="216" w:name="_Toc237419977"/>
      <w:r>
        <w:lastRenderedPageBreak/>
        <w:t>16.2 Assets</w:t>
      </w:r>
      <w:bookmarkEnd w:id="216"/>
    </w:p>
    <w:p w:rsidR="007E715F" w:rsidRDefault="00D52D88">
      <w:r>
        <w:t xml:space="preserve">Company property and who currently holds </w:t>
      </w:r>
      <w:r>
        <w:t>it. Each asset has a code, a status, a purchase date and cost, and may be assigned to an employee.</w:t>
      </w:r>
    </w:p>
    <w:p w:rsidR="007E715F" w:rsidRDefault="00D52D88">
      <w:pPr>
        <w:spacing w:before="120" w:after="80"/>
        <w:jc w:val="center"/>
      </w:pPr>
      <w:r>
        <w:rPr>
          <w:noProof/>
        </w:rPr>
        <w:drawing>
          <wp:inline distT="0" distB="0" distL="0" distR="0">
            <wp:extent cx="5760720" cy="360045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sset-management-assets.jpg"/>
                    <pic:cNvPicPr/>
                  </pic:nvPicPr>
                  <pic:blipFill>
                    <a:blip r:embed="rId12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17" w:name="_Toc23742013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114</w:t>
      </w:r>
      <w:r>
        <w:rPr>
          <w:color w:val="6B7280"/>
        </w:rPr>
        <w:fldChar w:fldCharType="end"/>
      </w:r>
      <w:r>
        <w:rPr>
          <w:b w:val="0"/>
          <w:color w:val="6B7280"/>
        </w:rPr>
        <w:t>: The Assets page</w:t>
      </w:r>
      <w:bookmarkEnd w:id="21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Asset Code, Status, Assigned</w:t>
      </w:r>
      <w:r>
        <w:rPr>
          <w:sz w:val="19"/>
        </w:rPr>
        <w:t xml:space="preserve"> To, Purchase Date, Purchase Cost, Location, Actions</w:t>
      </w:r>
    </w:p>
    <w:p w:rsidR="007E715F" w:rsidRDefault="00D52D88">
      <w:pPr>
        <w:spacing w:after="80"/>
        <w:ind w:left="144"/>
      </w:pPr>
      <w:r>
        <w:rPr>
          <w:b/>
          <w:sz w:val="19"/>
        </w:rPr>
        <w:t xml:space="preserve">Actions on this page: </w:t>
      </w:r>
      <w:r>
        <w:rPr>
          <w:sz w:val="19"/>
        </w:rPr>
        <w:t>Dashboard, Depreciation Report, Add Asset</w:t>
      </w:r>
    </w:p>
    <w:p w:rsidR="007E715F" w:rsidRDefault="00D52D88">
      <w:pPr>
        <w:spacing w:after="60"/>
        <w:ind w:left="461" w:hanging="461"/>
      </w:pPr>
      <w:r>
        <w:rPr>
          <w:b/>
          <w:color w:val="0E9F6E"/>
        </w:rPr>
        <w:t xml:space="preserve">1.  </w:t>
      </w:r>
      <w:r>
        <w:t>Choose Add Asset at the top right. The form opens in a panel.</w:t>
      </w:r>
    </w:p>
    <w:p w:rsidR="007E715F" w:rsidRDefault="00D52D88">
      <w:pPr>
        <w:spacing w:after="60"/>
        <w:ind w:left="461" w:hanging="461"/>
      </w:pPr>
      <w:r>
        <w:rPr>
          <w:b/>
          <w:color w:val="0E9F6E"/>
        </w:rPr>
        <w:t xml:space="preserve">2.  </w:t>
      </w:r>
      <w:r>
        <w:t>Complete the required fields: Name.</w:t>
      </w:r>
    </w:p>
    <w:p w:rsidR="007E715F" w:rsidRDefault="00D52D88">
      <w:pPr>
        <w:spacing w:after="60"/>
        <w:ind w:left="461" w:hanging="461"/>
      </w:pPr>
      <w:r>
        <w:rPr>
          <w:b/>
          <w:color w:val="0E9F6E"/>
        </w:rPr>
        <w:t xml:space="preserve">3.  </w:t>
      </w:r>
      <w:r>
        <w:t>Fill in anything else that ap</w:t>
      </w:r>
      <w:r>
        <w:t>plies: Serial Number, Asset Code, Purchase Date, Purchase Cost, Description, Location, Supplier, Warranty Information.</w:t>
      </w:r>
    </w:p>
    <w:p w:rsidR="007E715F" w:rsidRDefault="00D52D88">
      <w:pPr>
        <w:spacing w:after="60"/>
        <w:ind w:left="461" w:hanging="461"/>
      </w:pPr>
      <w:r>
        <w:rPr>
          <w:b/>
          <w:color w:val="0E9F6E"/>
        </w:rPr>
        <w:t xml:space="preserve">4.  </w:t>
      </w:r>
      <w:r>
        <w:t>Make the selections the form asks for: Asset Type, Status, Condition, Depreciation Method.</w:t>
      </w:r>
    </w:p>
    <w:p w:rsidR="007E715F" w:rsidRDefault="00D52D88">
      <w:pPr>
        <w:spacing w:after="60"/>
        <w:ind w:left="461" w:hanging="461"/>
      </w:pPr>
      <w:r>
        <w:rPr>
          <w:b/>
          <w:color w:val="0E9F6E"/>
        </w:rPr>
        <w:t xml:space="preserve">5.  </w:t>
      </w:r>
      <w:r>
        <w:t>Choose Save. The new record appears in</w:t>
      </w:r>
      <w:r>
        <w:t xml:space="preserve"> the list.</w:t>
      </w:r>
    </w:p>
    <w:p w:rsidR="007E715F" w:rsidRDefault="00D52D88">
      <w:pPr>
        <w:spacing w:before="120" w:after="80"/>
        <w:jc w:val="center"/>
      </w:pPr>
      <w:r>
        <w:rPr>
          <w:noProof/>
        </w:rPr>
        <w:lastRenderedPageBreak/>
        <w:drawing>
          <wp:inline distT="0" distB="0" distL="0" distR="0">
            <wp:extent cx="1295565" cy="402336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asset-management-assets.png"/>
                    <pic:cNvPicPr/>
                  </pic:nvPicPr>
                  <pic:blipFill>
                    <a:blip r:embed="rId124"/>
                    <a:stretch>
                      <a:fillRect/>
                    </a:stretch>
                  </pic:blipFill>
                  <pic:spPr>
                    <a:xfrm>
                      <a:off x="0" y="0"/>
                      <a:ext cx="1295565" cy="4023360"/>
                    </a:xfrm>
                    <a:prstGeom prst="rect">
                      <a:avLst/>
                    </a:prstGeom>
                    <a:ln w="9525">
                      <a:solidFill>
                        <a:srgbClr val="D8DCE3"/>
                      </a:solidFill>
                    </a:ln>
                  </pic:spPr>
                </pic:pic>
              </a:graphicData>
            </a:graphic>
          </wp:inline>
        </w:drawing>
      </w:r>
    </w:p>
    <w:p w:rsidR="007E715F" w:rsidRDefault="00D52D88">
      <w:pPr>
        <w:pStyle w:val="Caption"/>
        <w:jc w:val="center"/>
      </w:pPr>
      <w:bookmarkStart w:id="218" w:name="_Toc23742013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115</w:t>
      </w:r>
      <w:r>
        <w:rPr>
          <w:color w:val="6B7280"/>
        </w:rPr>
        <w:fldChar w:fldCharType="end"/>
      </w:r>
      <w:r>
        <w:rPr>
          <w:b w:val="0"/>
          <w:color w:val="6B7280"/>
        </w:rPr>
        <w:t>: The Add Asset form</w:t>
      </w:r>
      <w:bookmarkEnd w:id="218"/>
    </w:p>
    <w:p w:rsidR="007E715F" w:rsidRDefault="00D52D88">
      <w:pPr>
        <w:pStyle w:val="Heading3"/>
        <w:pageBreakBefore/>
        <w:spacing w:before="0"/>
      </w:pPr>
      <w:bookmarkStart w:id="219" w:name="_Toc237419978"/>
      <w:r>
        <w:lastRenderedPageBreak/>
        <w:t>16.3 Dashboard</w:t>
      </w:r>
      <w:bookmarkEnd w:id="219"/>
    </w:p>
    <w:p w:rsidR="007E715F" w:rsidRDefault="00D52D88">
      <w:r>
        <w:t>A summary of the asset register: what is held, what is assigned and what it is worth.</w:t>
      </w:r>
    </w:p>
    <w:p w:rsidR="007E715F" w:rsidRDefault="00D52D88">
      <w:pPr>
        <w:spacing w:before="120" w:after="80"/>
        <w:jc w:val="center"/>
      </w:pPr>
      <w:r>
        <w:rPr>
          <w:noProof/>
        </w:rPr>
        <w:drawing>
          <wp:inline distT="0" distB="0" distL="0" distR="0">
            <wp:extent cx="3660920" cy="448056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sset-management-dashboard.jpg"/>
                    <pic:cNvPicPr/>
                  </pic:nvPicPr>
                  <pic:blipFill>
                    <a:blip r:embed="rId125"/>
                    <a:stretch>
                      <a:fillRect/>
                    </a:stretch>
                  </pic:blipFill>
                  <pic:spPr>
                    <a:xfrm>
                      <a:off x="0" y="0"/>
                      <a:ext cx="3660920" cy="4480560"/>
                    </a:xfrm>
                    <a:prstGeom prst="rect">
                      <a:avLst/>
                    </a:prstGeom>
                    <a:ln w="9525">
                      <a:solidFill>
                        <a:srgbClr val="D8DCE3"/>
                      </a:solidFill>
                    </a:ln>
                  </pic:spPr>
                </pic:pic>
              </a:graphicData>
            </a:graphic>
          </wp:inline>
        </w:drawing>
      </w:r>
    </w:p>
    <w:p w:rsidR="007E715F" w:rsidRDefault="00D52D88">
      <w:pPr>
        <w:pStyle w:val="Caption"/>
        <w:jc w:val="center"/>
      </w:pPr>
      <w:bookmarkStart w:id="220" w:name="_Toc23742013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116</w:t>
      </w:r>
      <w:r>
        <w:rPr>
          <w:color w:val="6B7280"/>
        </w:rPr>
        <w:fldChar w:fldCharType="end"/>
      </w:r>
      <w:r>
        <w:rPr>
          <w:b w:val="0"/>
          <w:color w:val="6B7280"/>
        </w:rPr>
        <w:t>: The Dashboard page</w:t>
      </w:r>
      <w:bookmarkEnd w:id="220"/>
    </w:p>
    <w:p w:rsidR="007E715F" w:rsidRDefault="00D52D88">
      <w:pPr>
        <w:spacing w:after="100"/>
        <w:ind w:left="144"/>
      </w:pPr>
      <w:r>
        <w:rPr>
          <w:b/>
          <w:color w:val="D7263D"/>
          <w:sz w:val="18"/>
        </w:rPr>
        <w:t xml:space="preserve">1 </w:t>
      </w:r>
      <w:r>
        <w:rPr>
          <w:color w:val="6B7280"/>
          <w:sz w:val="18"/>
        </w:rPr>
        <w:t>page title</w:t>
      </w:r>
    </w:p>
    <w:p w:rsidR="007E715F" w:rsidRDefault="00D52D88">
      <w:pPr>
        <w:spacing w:after="80"/>
        <w:ind w:left="144"/>
      </w:pPr>
      <w:r>
        <w:rPr>
          <w:b/>
          <w:sz w:val="19"/>
        </w:rPr>
        <w:t xml:space="preserve">Actions on this page: </w:t>
      </w:r>
      <w:r>
        <w:rPr>
          <w:sz w:val="19"/>
        </w:rPr>
        <w:t>Asset List, Depreciation Report, View Depreciation Report, View</w:t>
      </w:r>
    </w:p>
    <w:p w:rsidR="007E715F" w:rsidRDefault="00D52D88">
      <w:pPr>
        <w:pStyle w:val="Heading3"/>
        <w:pageBreakBefore/>
        <w:spacing w:before="0"/>
      </w:pPr>
      <w:bookmarkStart w:id="221" w:name="_Toc237419979"/>
      <w:r>
        <w:lastRenderedPageBreak/>
        <w:t>16.4 Depreciation</w:t>
      </w:r>
      <w:bookmarkEnd w:id="221"/>
    </w:p>
    <w:p w:rsidR="007E715F" w:rsidRDefault="00D52D88">
      <w:r>
        <w:t>What the asset register is worth now rather than when it was bought, using each asset's depreciation method to give a current value.</w:t>
      </w:r>
    </w:p>
    <w:p w:rsidR="007E715F" w:rsidRDefault="00D52D88">
      <w:pPr>
        <w:spacing w:before="120" w:after="80"/>
        <w:jc w:val="center"/>
      </w:pPr>
      <w:r>
        <w:rPr>
          <w:noProof/>
        </w:rPr>
        <w:drawing>
          <wp:inline distT="0" distB="0" distL="0" distR="0">
            <wp:extent cx="5703683" cy="448056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sset-management-depreciation.jpg"/>
                    <pic:cNvPicPr/>
                  </pic:nvPicPr>
                  <pic:blipFill>
                    <a:blip r:embed="rId126"/>
                    <a:stretch>
                      <a:fillRect/>
                    </a:stretch>
                  </pic:blipFill>
                  <pic:spPr>
                    <a:xfrm>
                      <a:off x="0" y="0"/>
                      <a:ext cx="5703683" cy="4480560"/>
                    </a:xfrm>
                    <a:prstGeom prst="rect">
                      <a:avLst/>
                    </a:prstGeom>
                    <a:ln w="9525">
                      <a:solidFill>
                        <a:srgbClr val="D8DCE3"/>
                      </a:solidFill>
                    </a:ln>
                  </pic:spPr>
                </pic:pic>
              </a:graphicData>
            </a:graphic>
          </wp:inline>
        </w:drawing>
      </w:r>
    </w:p>
    <w:p w:rsidR="007E715F" w:rsidRDefault="00D52D88">
      <w:pPr>
        <w:pStyle w:val="Caption"/>
        <w:jc w:val="center"/>
      </w:pPr>
      <w:bookmarkStart w:id="222" w:name="_Toc237420140"/>
      <w:r>
        <w:rPr>
          <w:color w:val="6B7280"/>
        </w:rPr>
        <w:t xml:space="preserve">Figure </w:t>
      </w:r>
      <w:r>
        <w:rPr>
          <w:color w:val="6B7280"/>
        </w:rPr>
        <w:fldChar w:fldCharType="begin"/>
      </w:r>
      <w:r>
        <w:rPr>
          <w:color w:val="6B7280"/>
        </w:rPr>
        <w:instrText xml:space="preserve"> SEQ Figur</w:instrText>
      </w:r>
      <w:r>
        <w:rPr>
          <w:color w:val="6B7280"/>
        </w:rPr>
        <w:instrText xml:space="preserve">e \* ARABIC </w:instrText>
      </w:r>
      <w:r>
        <w:rPr>
          <w:color w:val="6B7280"/>
        </w:rPr>
        <w:fldChar w:fldCharType="separate"/>
      </w:r>
      <w:r>
        <w:rPr>
          <w:noProof/>
          <w:color w:val="6B7280"/>
        </w:rPr>
        <w:t>117</w:t>
      </w:r>
      <w:r>
        <w:rPr>
          <w:color w:val="6B7280"/>
        </w:rPr>
        <w:fldChar w:fldCharType="end"/>
      </w:r>
      <w:r>
        <w:rPr>
          <w:b w:val="0"/>
          <w:color w:val="6B7280"/>
        </w:rPr>
        <w:t>: The Depreciation page</w:t>
      </w:r>
      <w:bookmarkEnd w:id="22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Asset Name, Purchase Date, Purchase Cost, Depreciation Method, Current Value, Depreciation, Depreciation %</w:t>
      </w:r>
    </w:p>
    <w:p w:rsidR="007E715F" w:rsidRDefault="00D52D88">
      <w:pPr>
        <w:spacing w:after="80"/>
        <w:ind w:left="144"/>
      </w:pPr>
      <w:r>
        <w:rPr>
          <w:b/>
          <w:sz w:val="19"/>
        </w:rPr>
        <w:t xml:space="preserve">Actions on this page: </w:t>
      </w:r>
      <w:r>
        <w:rPr>
          <w:sz w:val="19"/>
        </w:rPr>
        <w:t>Asset List, Dashboard, Print, Export CSV</w:t>
      </w:r>
    </w:p>
    <w:p w:rsidR="007E715F" w:rsidRDefault="00D52D88">
      <w:pPr>
        <w:pStyle w:val="Heading2"/>
        <w:pageBreakBefore/>
        <w:spacing w:before="0"/>
      </w:pPr>
      <w:bookmarkStart w:id="223" w:name="_Toc237419980"/>
      <w:r>
        <w:lastRenderedPageBreak/>
        <w:t>17</w:t>
      </w:r>
      <w:r>
        <w:t>. Contracts</w:t>
      </w:r>
      <w:bookmarkEnd w:id="223"/>
    </w:p>
    <w:p w:rsidR="007E715F" w:rsidRDefault="00D52D88">
      <w:r>
        <w:t>Contract types describe the kinds of agreement you offer, templates hold the wording, and employee contracts are the agreements actually in force.</w:t>
      </w:r>
    </w:p>
    <w:p w:rsidR="007E715F" w:rsidRDefault="00D52D88">
      <w:pPr>
        <w:spacing w:after="80"/>
        <w:ind w:left="144"/>
      </w:pPr>
      <w:r>
        <w:rPr>
          <w:b/>
          <w:sz w:val="19"/>
        </w:rPr>
        <w:t xml:space="preserve">Pages in this chapter: </w:t>
      </w:r>
      <w:r>
        <w:rPr>
          <w:sz w:val="19"/>
        </w:rPr>
        <w:t>Contract Types, Employee Contracts, Contract Templates</w:t>
      </w:r>
    </w:p>
    <w:p w:rsidR="007E715F" w:rsidRDefault="00D52D88">
      <w:pPr>
        <w:pStyle w:val="Heading3"/>
        <w:pageBreakBefore/>
        <w:spacing w:before="0"/>
      </w:pPr>
      <w:bookmarkStart w:id="224" w:name="_Toc237419981"/>
      <w:r>
        <w:lastRenderedPageBreak/>
        <w:t>17.1 Contract Types</w:t>
      </w:r>
      <w:bookmarkEnd w:id="224"/>
    </w:p>
    <w:p w:rsidR="007E715F" w:rsidRDefault="00D52D88">
      <w:r>
        <w:t>The shapes of employment you offer — permanent, fixed term, probationary — each with its duration, probation, notice period and whether it can be renewed.</w:t>
      </w:r>
    </w:p>
    <w:p w:rsidR="007E715F" w:rsidRDefault="00D52D88">
      <w:pPr>
        <w:spacing w:before="120" w:after="80"/>
        <w:jc w:val="center"/>
      </w:pPr>
      <w:r>
        <w:rPr>
          <w:noProof/>
        </w:rPr>
        <w:drawing>
          <wp:inline distT="0" distB="0" distL="0" distR="0">
            <wp:extent cx="5760720" cy="36004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contract-management-contract-types.jpg"/>
                    <pic:cNvPicPr/>
                  </pic:nvPicPr>
                  <pic:blipFill>
                    <a:blip r:embed="rId12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25" w:name="_Toc23742014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118</w:t>
      </w:r>
      <w:r>
        <w:rPr>
          <w:color w:val="6B7280"/>
        </w:rPr>
        <w:fldChar w:fldCharType="end"/>
      </w:r>
      <w:r>
        <w:rPr>
          <w:b w:val="0"/>
          <w:color w:val="6B7280"/>
        </w:rPr>
        <w:t>: The Contract Types page</w:t>
      </w:r>
      <w:bookmarkEnd w:id="22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primary action   ·</w:t>
      </w:r>
      <w:r>
        <w:rPr>
          <w:color w:val="6B7280"/>
          <w:sz w:val="18"/>
        </w:rPr>
        <w:t xml:space="preserve">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Contract Type, Duration, Probation, Notice Period, Renewable, Contracts, Status, Created At, Actions</w:t>
      </w:r>
    </w:p>
    <w:p w:rsidR="007E715F" w:rsidRDefault="00D52D88">
      <w:pPr>
        <w:spacing w:after="80"/>
        <w:ind w:left="144"/>
      </w:pPr>
      <w:r>
        <w:rPr>
          <w:b/>
          <w:sz w:val="19"/>
        </w:rPr>
        <w:t xml:space="preserve">Actions on this page: </w:t>
      </w:r>
      <w:r>
        <w:rPr>
          <w:sz w:val="19"/>
        </w:rPr>
        <w:t>Add Contract Type</w:t>
      </w:r>
    </w:p>
    <w:p w:rsidR="007E715F" w:rsidRDefault="00D52D88">
      <w:pPr>
        <w:spacing w:after="60"/>
        <w:ind w:left="461" w:hanging="461"/>
      </w:pPr>
      <w:r>
        <w:rPr>
          <w:b/>
          <w:color w:val="0E9F6E"/>
        </w:rPr>
        <w:t xml:space="preserve">1.  </w:t>
      </w:r>
      <w:r>
        <w:t>Choose Add Contract Type at the top right. The form opens in a panel.</w:t>
      </w:r>
    </w:p>
    <w:p w:rsidR="007E715F" w:rsidRDefault="00D52D88">
      <w:pPr>
        <w:spacing w:after="60"/>
        <w:ind w:left="461" w:hanging="461"/>
      </w:pPr>
      <w:r>
        <w:rPr>
          <w:b/>
          <w:color w:val="0E9F6E"/>
        </w:rPr>
        <w:t xml:space="preserve">2.  </w:t>
      </w:r>
      <w:r>
        <w:t>Complete the required fields: Contract Type Name, Probation Period (months), Notice Period (days).</w:t>
      </w:r>
    </w:p>
    <w:p w:rsidR="007E715F" w:rsidRDefault="00D52D88">
      <w:pPr>
        <w:spacing w:after="60"/>
        <w:ind w:left="461" w:hanging="461"/>
      </w:pPr>
      <w:r>
        <w:rPr>
          <w:b/>
          <w:color w:val="0E9F6E"/>
        </w:rPr>
        <w:t xml:space="preserve">3.  </w:t>
      </w:r>
      <w:r>
        <w:t>Fill in anything else that applies: Description, Default Duration (months), Is Renewable.</w:t>
      </w:r>
    </w:p>
    <w:p w:rsidR="007E715F" w:rsidRDefault="00D52D88">
      <w:pPr>
        <w:spacing w:after="60"/>
        <w:ind w:left="461" w:hanging="461"/>
      </w:pPr>
      <w:r>
        <w:rPr>
          <w:b/>
          <w:color w:val="0E9F6E"/>
        </w:rPr>
        <w:t xml:space="preserve">4.  </w:t>
      </w:r>
      <w:r>
        <w:t>Make the selections the form asks for: Status.</w:t>
      </w:r>
    </w:p>
    <w:p w:rsidR="007E715F" w:rsidRDefault="00D52D88">
      <w:pPr>
        <w:spacing w:after="60"/>
        <w:ind w:left="461" w:hanging="461"/>
      </w:pPr>
      <w:r>
        <w:rPr>
          <w:b/>
          <w:color w:val="0E9F6E"/>
        </w:rPr>
        <w:t xml:space="preserve">5.  </w:t>
      </w:r>
      <w:r>
        <w:t>Choose S</w:t>
      </w:r>
      <w:r>
        <w:t>ave. The new record appears in the list.</w:t>
      </w:r>
    </w:p>
    <w:p w:rsidR="007E715F" w:rsidRDefault="00D52D88">
      <w:pPr>
        <w:spacing w:before="120" w:after="80"/>
        <w:jc w:val="center"/>
      </w:pPr>
      <w:r>
        <w:rPr>
          <w:noProof/>
        </w:rPr>
        <w:lastRenderedPageBreak/>
        <w:drawing>
          <wp:inline distT="0" distB="0" distL="0" distR="0">
            <wp:extent cx="2943921" cy="402336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contract-management-contract-types.png"/>
                    <pic:cNvPicPr/>
                  </pic:nvPicPr>
                  <pic:blipFill>
                    <a:blip r:embed="rId128"/>
                    <a:stretch>
                      <a:fillRect/>
                    </a:stretch>
                  </pic:blipFill>
                  <pic:spPr>
                    <a:xfrm>
                      <a:off x="0" y="0"/>
                      <a:ext cx="2943921" cy="4023360"/>
                    </a:xfrm>
                    <a:prstGeom prst="rect">
                      <a:avLst/>
                    </a:prstGeom>
                    <a:ln w="9525">
                      <a:solidFill>
                        <a:srgbClr val="D8DCE3"/>
                      </a:solidFill>
                    </a:ln>
                  </pic:spPr>
                </pic:pic>
              </a:graphicData>
            </a:graphic>
          </wp:inline>
        </w:drawing>
      </w:r>
    </w:p>
    <w:p w:rsidR="007E715F" w:rsidRDefault="00D52D88">
      <w:pPr>
        <w:pStyle w:val="Caption"/>
        <w:jc w:val="center"/>
      </w:pPr>
      <w:bookmarkStart w:id="226" w:name="_Toc23742014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119</w:t>
      </w:r>
      <w:r>
        <w:rPr>
          <w:color w:val="6B7280"/>
        </w:rPr>
        <w:fldChar w:fldCharType="end"/>
      </w:r>
      <w:r>
        <w:rPr>
          <w:b w:val="0"/>
          <w:color w:val="6B7280"/>
        </w:rPr>
        <w:t>: The Add Contract Type form</w:t>
      </w:r>
      <w:bookmarkEnd w:id="226"/>
    </w:p>
    <w:p w:rsidR="007E715F" w:rsidRDefault="00D52D88">
      <w:pPr>
        <w:pStyle w:val="Heading3"/>
        <w:pageBreakBefore/>
        <w:spacing w:before="0"/>
      </w:pPr>
      <w:bookmarkStart w:id="227" w:name="_Toc237419982"/>
      <w:r>
        <w:lastRenderedPageBreak/>
        <w:t>17.2 Employee Contracts</w:t>
      </w:r>
      <w:bookmarkEnd w:id="227"/>
    </w:p>
    <w:p w:rsidR="007E715F" w:rsidRDefault="00D52D88">
      <w:r>
        <w:t>The actual agreements: which employee, for what period, on what compensation, and whether it has been approved.</w:t>
      </w:r>
    </w:p>
    <w:p w:rsidR="007E715F" w:rsidRDefault="00D52D88">
      <w:pPr>
        <w:spacing w:before="120" w:after="80"/>
        <w:jc w:val="center"/>
      </w:pPr>
      <w:r>
        <w:rPr>
          <w:noProof/>
        </w:rPr>
        <w:drawing>
          <wp:inline distT="0" distB="0" distL="0" distR="0">
            <wp:extent cx="5760720" cy="36004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contract-management-employee-contracts.jpg"/>
                    <pic:cNvPicPr/>
                  </pic:nvPicPr>
                  <pic:blipFill>
                    <a:blip r:embed="rId12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28" w:name="_Toc237420143"/>
      <w:r>
        <w:rPr>
          <w:color w:val="6B7280"/>
        </w:rPr>
        <w:t xml:space="preserve">Figure </w:t>
      </w:r>
      <w:r>
        <w:rPr>
          <w:color w:val="6B7280"/>
        </w:rPr>
        <w:fldChar w:fldCharType="begin"/>
      </w:r>
      <w:r>
        <w:rPr>
          <w:color w:val="6B7280"/>
        </w:rPr>
        <w:instrText xml:space="preserve"> SEQ F</w:instrText>
      </w:r>
      <w:r>
        <w:rPr>
          <w:color w:val="6B7280"/>
        </w:rPr>
        <w:instrText xml:space="preserve">igure \* ARABIC </w:instrText>
      </w:r>
      <w:r>
        <w:rPr>
          <w:color w:val="6B7280"/>
        </w:rPr>
        <w:fldChar w:fldCharType="separate"/>
      </w:r>
      <w:r>
        <w:rPr>
          <w:noProof/>
          <w:color w:val="6B7280"/>
        </w:rPr>
        <w:t>120</w:t>
      </w:r>
      <w:r>
        <w:rPr>
          <w:color w:val="6B7280"/>
        </w:rPr>
        <w:fldChar w:fldCharType="end"/>
      </w:r>
      <w:r>
        <w:rPr>
          <w:b w:val="0"/>
          <w:color w:val="6B7280"/>
        </w:rPr>
        <w:t>: The Employee Contracts page</w:t>
      </w:r>
      <w:bookmarkEnd w:id="22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Contract #, Employee, Contract Period, Compensation, Status, Approved, Actions</w:t>
      </w:r>
    </w:p>
    <w:p w:rsidR="007E715F" w:rsidRDefault="00D52D88">
      <w:pPr>
        <w:spacing w:after="80"/>
        <w:ind w:left="144"/>
      </w:pPr>
      <w:r>
        <w:rPr>
          <w:b/>
          <w:sz w:val="19"/>
        </w:rPr>
        <w:t xml:space="preserve">Actions on this page: </w:t>
      </w:r>
      <w:r>
        <w:rPr>
          <w:sz w:val="19"/>
        </w:rPr>
        <w:t>Add Contract</w:t>
      </w:r>
    </w:p>
    <w:p w:rsidR="007E715F" w:rsidRDefault="00D52D88">
      <w:pPr>
        <w:spacing w:after="60"/>
        <w:ind w:left="461" w:hanging="461"/>
      </w:pPr>
      <w:r>
        <w:rPr>
          <w:b/>
          <w:color w:val="0E9F6E"/>
        </w:rPr>
        <w:t xml:space="preserve">1.  </w:t>
      </w:r>
      <w:r>
        <w:t>Choose Add Contrac</w:t>
      </w:r>
      <w:r>
        <w:t>t at the top right. The form opens in a panel.</w:t>
      </w:r>
    </w:p>
    <w:p w:rsidR="007E715F" w:rsidRDefault="00D52D88">
      <w:pPr>
        <w:spacing w:after="60"/>
        <w:ind w:left="461" w:hanging="461"/>
      </w:pPr>
      <w:r>
        <w:rPr>
          <w:b/>
          <w:color w:val="0E9F6E"/>
        </w:rPr>
        <w:t xml:space="preserve">2.  </w:t>
      </w:r>
      <w:r>
        <w:t>Complete the required fields: Start Date, Basic Salary.</w:t>
      </w:r>
    </w:p>
    <w:p w:rsidR="007E715F" w:rsidRDefault="00D52D88">
      <w:pPr>
        <w:spacing w:after="60"/>
        <w:ind w:left="461" w:hanging="461"/>
      </w:pPr>
      <w:r>
        <w:rPr>
          <w:b/>
          <w:color w:val="0E9F6E"/>
        </w:rPr>
        <w:t xml:space="preserve">3.  </w:t>
      </w:r>
      <w:r>
        <w:t>Fill in anything else that applies: End Date, Terms &amp; Conditions.</w:t>
      </w:r>
    </w:p>
    <w:p w:rsidR="007E715F" w:rsidRDefault="00D52D88">
      <w:pPr>
        <w:spacing w:after="60"/>
        <w:ind w:left="461" w:hanging="461"/>
      </w:pPr>
      <w:r>
        <w:rPr>
          <w:b/>
          <w:color w:val="0E9F6E"/>
        </w:rPr>
        <w:t xml:space="preserve">4.  </w:t>
      </w:r>
      <w:r>
        <w:t>Make the selections the form asks for: Employee, Contract Type.</w:t>
      </w:r>
    </w:p>
    <w:p w:rsidR="007E715F" w:rsidRDefault="00D52D88">
      <w:pPr>
        <w:spacing w:after="60"/>
        <w:ind w:left="461" w:hanging="461"/>
      </w:pPr>
      <w:r>
        <w:rPr>
          <w:b/>
          <w:color w:val="0E9F6E"/>
        </w:rPr>
        <w:t xml:space="preserve">5.  </w:t>
      </w:r>
      <w:r>
        <w:t xml:space="preserve">Choose </w:t>
      </w:r>
      <w:r>
        <w:t>Save. The new record appears in the list.</w:t>
      </w:r>
    </w:p>
    <w:p w:rsidR="007E715F" w:rsidRDefault="00D52D88">
      <w:pPr>
        <w:spacing w:before="120" w:after="80"/>
        <w:jc w:val="center"/>
      </w:pPr>
      <w:r>
        <w:rPr>
          <w:noProof/>
        </w:rPr>
        <w:lastRenderedPageBreak/>
        <w:drawing>
          <wp:inline distT="0" distB="0" distL="0" distR="0">
            <wp:extent cx="3501598" cy="402336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contract-management-employee-contracts.png"/>
                    <pic:cNvPicPr/>
                  </pic:nvPicPr>
                  <pic:blipFill>
                    <a:blip r:embed="rId130"/>
                    <a:stretch>
                      <a:fillRect/>
                    </a:stretch>
                  </pic:blipFill>
                  <pic:spPr>
                    <a:xfrm>
                      <a:off x="0" y="0"/>
                      <a:ext cx="3501598" cy="4023360"/>
                    </a:xfrm>
                    <a:prstGeom prst="rect">
                      <a:avLst/>
                    </a:prstGeom>
                    <a:ln w="9525">
                      <a:solidFill>
                        <a:srgbClr val="D8DCE3"/>
                      </a:solidFill>
                    </a:ln>
                  </pic:spPr>
                </pic:pic>
              </a:graphicData>
            </a:graphic>
          </wp:inline>
        </w:drawing>
      </w:r>
    </w:p>
    <w:p w:rsidR="007E715F" w:rsidRDefault="00D52D88">
      <w:pPr>
        <w:pStyle w:val="Caption"/>
        <w:jc w:val="center"/>
      </w:pPr>
      <w:bookmarkStart w:id="229" w:name="_Toc23742014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121</w:t>
      </w:r>
      <w:r>
        <w:rPr>
          <w:color w:val="6B7280"/>
        </w:rPr>
        <w:fldChar w:fldCharType="end"/>
      </w:r>
      <w:r>
        <w:rPr>
          <w:b w:val="0"/>
          <w:color w:val="6B7280"/>
        </w:rPr>
        <w:t>: The Add Contract form</w:t>
      </w:r>
      <w:bookmarkEnd w:id="229"/>
    </w:p>
    <w:p w:rsidR="007E715F" w:rsidRDefault="00D52D88">
      <w:pPr>
        <w:pStyle w:val="Heading3"/>
        <w:pageBreakBefore/>
        <w:spacing w:before="0"/>
      </w:pPr>
      <w:bookmarkStart w:id="230" w:name="_Toc237419983"/>
      <w:r>
        <w:lastRenderedPageBreak/>
        <w:t>17.3 Contract Templates</w:t>
      </w:r>
      <w:bookmarkEnd w:id="230"/>
    </w:p>
    <w:p w:rsidR="007E715F" w:rsidRDefault="00D52D88">
      <w:r>
        <w:t>Standard contract wording with variables and clauses, so issuing a contract does not mean drafting one.</w:t>
      </w:r>
    </w:p>
    <w:p w:rsidR="007E715F" w:rsidRDefault="00D52D88">
      <w:pPr>
        <w:spacing w:before="120" w:after="80"/>
        <w:jc w:val="center"/>
      </w:pPr>
      <w:r>
        <w:rPr>
          <w:noProof/>
        </w:rPr>
        <w:drawing>
          <wp:inline distT="0" distB="0" distL="0" distR="0">
            <wp:extent cx="5760720" cy="360045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contract-management-contract-templates.jpg"/>
                    <pic:cNvPicPr/>
                  </pic:nvPicPr>
                  <pic:blipFill>
                    <a:blip r:embed="rId13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31" w:name="_Toc23742014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122</w:t>
      </w:r>
      <w:r>
        <w:rPr>
          <w:color w:val="6B7280"/>
        </w:rPr>
        <w:fldChar w:fldCharType="end"/>
      </w:r>
      <w:r>
        <w:rPr>
          <w:b w:val="0"/>
          <w:color w:val="6B7280"/>
        </w:rPr>
        <w:t>: The Contract Templates page</w:t>
      </w:r>
      <w:bookmarkEnd w:id="23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Template Name, Contract Type, Variables, Clauses, Content Length, Status, Created, Actions</w:t>
      </w:r>
    </w:p>
    <w:p w:rsidR="007E715F" w:rsidRDefault="00D52D88">
      <w:pPr>
        <w:spacing w:after="80"/>
        <w:ind w:left="144"/>
      </w:pPr>
      <w:r>
        <w:rPr>
          <w:b/>
          <w:sz w:val="19"/>
        </w:rPr>
        <w:t xml:space="preserve">Actions on this page: </w:t>
      </w:r>
      <w:r>
        <w:rPr>
          <w:sz w:val="19"/>
        </w:rPr>
        <w:t>Add Template</w:t>
      </w:r>
    </w:p>
    <w:p w:rsidR="007E715F" w:rsidRDefault="00D52D88">
      <w:pPr>
        <w:spacing w:after="60"/>
        <w:ind w:left="461" w:hanging="461"/>
      </w:pPr>
      <w:r>
        <w:rPr>
          <w:b/>
          <w:color w:val="0E9F6E"/>
        </w:rPr>
        <w:t xml:space="preserve">1.  </w:t>
      </w:r>
      <w:r>
        <w:t>Choose Add Template at the top right. The form opens in a panel.</w:t>
      </w:r>
    </w:p>
    <w:p w:rsidR="007E715F" w:rsidRDefault="00D52D88">
      <w:pPr>
        <w:spacing w:after="60"/>
        <w:ind w:left="461" w:hanging="461"/>
      </w:pPr>
      <w:r>
        <w:rPr>
          <w:b/>
          <w:color w:val="0E9F6E"/>
        </w:rPr>
        <w:t xml:space="preserve">2.  </w:t>
      </w:r>
      <w:r>
        <w:t>Complete the required fields: Template Name, Template Content.</w:t>
      </w:r>
    </w:p>
    <w:p w:rsidR="007E715F" w:rsidRDefault="00D52D88">
      <w:pPr>
        <w:spacing w:after="60"/>
        <w:ind w:left="461" w:hanging="461"/>
      </w:pPr>
      <w:r>
        <w:rPr>
          <w:b/>
          <w:color w:val="0E9F6E"/>
        </w:rPr>
        <w:t xml:space="preserve">3.  </w:t>
      </w:r>
      <w:r>
        <w:t>Fill in anything else that applies: Description, Variables, Clauses, Set as Default for Type.</w:t>
      </w:r>
    </w:p>
    <w:p w:rsidR="007E715F" w:rsidRDefault="00D52D88">
      <w:pPr>
        <w:spacing w:after="60"/>
        <w:ind w:left="461" w:hanging="461"/>
      </w:pPr>
      <w:r>
        <w:rPr>
          <w:b/>
          <w:color w:val="0E9F6E"/>
        </w:rPr>
        <w:t xml:space="preserve">4.  </w:t>
      </w:r>
      <w:r>
        <w:t>Make the selections th</w:t>
      </w:r>
      <w:r>
        <w:t>e form asks for: Contract Type,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793229" cy="402336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contract-management-contract-templates.png"/>
                    <pic:cNvPicPr/>
                  </pic:nvPicPr>
                  <pic:blipFill>
                    <a:blip r:embed="rId132"/>
                    <a:stretch>
                      <a:fillRect/>
                    </a:stretch>
                  </pic:blipFill>
                  <pic:spPr>
                    <a:xfrm>
                      <a:off x="0" y="0"/>
                      <a:ext cx="2793229" cy="4023360"/>
                    </a:xfrm>
                    <a:prstGeom prst="rect">
                      <a:avLst/>
                    </a:prstGeom>
                    <a:ln w="9525">
                      <a:solidFill>
                        <a:srgbClr val="D8DCE3"/>
                      </a:solidFill>
                    </a:ln>
                  </pic:spPr>
                </pic:pic>
              </a:graphicData>
            </a:graphic>
          </wp:inline>
        </w:drawing>
      </w:r>
    </w:p>
    <w:p w:rsidR="007E715F" w:rsidRDefault="00D52D88">
      <w:pPr>
        <w:pStyle w:val="Caption"/>
        <w:jc w:val="center"/>
      </w:pPr>
      <w:bookmarkStart w:id="232" w:name="_Toc23742014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123</w:t>
      </w:r>
      <w:r>
        <w:rPr>
          <w:color w:val="6B7280"/>
        </w:rPr>
        <w:fldChar w:fldCharType="end"/>
      </w:r>
      <w:r>
        <w:rPr>
          <w:b w:val="0"/>
          <w:color w:val="6B7280"/>
        </w:rPr>
        <w:t>: The Add Template form</w:t>
      </w:r>
      <w:bookmarkEnd w:id="232"/>
    </w:p>
    <w:p w:rsidR="007E715F" w:rsidRDefault="00D52D88">
      <w:pPr>
        <w:pStyle w:val="Heading2"/>
        <w:pageBreakBefore/>
        <w:spacing w:before="0"/>
      </w:pPr>
      <w:bookmarkStart w:id="233" w:name="_Toc237419984"/>
      <w:r>
        <w:lastRenderedPageBreak/>
        <w:t>18. Documents</w:t>
      </w:r>
      <w:bookmarkEnd w:id="233"/>
    </w:p>
    <w:p w:rsidR="007E715F" w:rsidRDefault="00D52D88">
      <w:r>
        <w:t>This module holds company documents and, importantly, proof that people have read them.</w:t>
      </w:r>
    </w:p>
    <w:p w:rsidR="007E715F" w:rsidRDefault="00D52D88">
      <w:pPr>
        <w:spacing w:after="80"/>
        <w:ind w:left="144"/>
      </w:pPr>
      <w:r>
        <w:rPr>
          <w:b/>
          <w:sz w:val="19"/>
        </w:rPr>
        <w:t>Pa</w:t>
      </w:r>
      <w:r>
        <w:rPr>
          <w:b/>
          <w:sz w:val="19"/>
        </w:rPr>
        <w:t xml:space="preserve">ges in this chapter: </w:t>
      </w:r>
      <w:r>
        <w:rPr>
          <w:sz w:val="19"/>
        </w:rPr>
        <w:t>Document Categories, HR Documents, Acknowledgments, Document Templates</w:t>
      </w:r>
    </w:p>
    <w:p w:rsidR="007E715F" w:rsidRDefault="00D52D88">
      <w:pPr>
        <w:pStyle w:val="Heading3"/>
        <w:pageBreakBefore/>
        <w:spacing w:before="0"/>
      </w:pPr>
      <w:bookmarkStart w:id="234" w:name="_Toc237419985"/>
      <w:r>
        <w:lastRenderedPageBreak/>
        <w:t>18.1 Document Categories</w:t>
      </w:r>
      <w:bookmarkEnd w:id="234"/>
    </w:p>
    <w:p w:rsidR="007E715F" w:rsidRDefault="00D52D88">
      <w:r>
        <w:t>A reference list. Entries created here become the options offered when you create an HR document. Setting these up once, before the records</w:t>
      </w:r>
      <w:r>
        <w:t xml:space="preserve"> that use them, saves correcting the same choice repeatedly later.</w:t>
      </w:r>
    </w:p>
    <w:p w:rsidR="007E715F" w:rsidRDefault="00D52D88">
      <w:pPr>
        <w:spacing w:before="120" w:after="80"/>
        <w:jc w:val="center"/>
      </w:pPr>
      <w:r>
        <w:rPr>
          <w:noProof/>
        </w:rPr>
        <w:drawing>
          <wp:inline distT="0" distB="0" distL="0" distR="0">
            <wp:extent cx="5760720" cy="3622852"/>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ocument-management-document-categories.jpg"/>
                    <pic:cNvPicPr/>
                  </pic:nvPicPr>
                  <pic:blipFill>
                    <a:blip r:embed="rId133"/>
                    <a:stretch>
                      <a:fillRect/>
                    </a:stretch>
                  </pic:blipFill>
                  <pic:spPr>
                    <a:xfrm>
                      <a:off x="0" y="0"/>
                      <a:ext cx="5760720" cy="3622852"/>
                    </a:xfrm>
                    <a:prstGeom prst="rect">
                      <a:avLst/>
                    </a:prstGeom>
                    <a:ln w="9525">
                      <a:solidFill>
                        <a:srgbClr val="D8DCE3"/>
                      </a:solidFill>
                    </a:ln>
                  </pic:spPr>
                </pic:pic>
              </a:graphicData>
            </a:graphic>
          </wp:inline>
        </w:drawing>
      </w:r>
    </w:p>
    <w:p w:rsidR="007E715F" w:rsidRDefault="00D52D88">
      <w:pPr>
        <w:pStyle w:val="Caption"/>
        <w:jc w:val="center"/>
      </w:pPr>
      <w:bookmarkStart w:id="235" w:name="_Toc23742014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124</w:t>
      </w:r>
      <w:r>
        <w:rPr>
          <w:color w:val="6B7280"/>
        </w:rPr>
        <w:fldChar w:fldCharType="end"/>
      </w:r>
      <w:r>
        <w:rPr>
          <w:b w:val="0"/>
          <w:color w:val="6B7280"/>
        </w:rPr>
        <w:t>: The Document Categories page</w:t>
      </w:r>
      <w:bookmarkEnd w:id="23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Category, Documents, Type, Status, Created At, Action</w:t>
      </w:r>
      <w:r>
        <w:rPr>
          <w:sz w:val="19"/>
        </w:rPr>
        <w:t>s</w:t>
      </w:r>
    </w:p>
    <w:p w:rsidR="007E715F" w:rsidRDefault="00D52D88">
      <w:pPr>
        <w:spacing w:after="80"/>
        <w:ind w:left="144"/>
      </w:pPr>
      <w:r>
        <w:rPr>
          <w:b/>
          <w:sz w:val="19"/>
        </w:rPr>
        <w:t xml:space="preserve">Actions on this page: </w:t>
      </w:r>
      <w:r>
        <w:rPr>
          <w:sz w:val="19"/>
        </w:rPr>
        <w:t>Add Category</w:t>
      </w:r>
    </w:p>
    <w:p w:rsidR="007E715F" w:rsidRDefault="00D52D88">
      <w:pPr>
        <w:spacing w:after="60"/>
        <w:ind w:left="461" w:hanging="461"/>
      </w:pPr>
      <w:r>
        <w:rPr>
          <w:b/>
          <w:color w:val="0E9F6E"/>
        </w:rPr>
        <w:t xml:space="preserve">1.  </w:t>
      </w:r>
      <w:r>
        <w:t>Choose Add Category at the top right. The form opens in a panel.</w:t>
      </w:r>
    </w:p>
    <w:p w:rsidR="007E715F" w:rsidRDefault="00D52D88">
      <w:pPr>
        <w:spacing w:after="60"/>
        <w:ind w:left="461" w:hanging="461"/>
      </w:pPr>
      <w:r>
        <w:rPr>
          <w:b/>
          <w:color w:val="0E9F6E"/>
        </w:rPr>
        <w:t xml:space="preserve">2.  </w:t>
      </w:r>
      <w:r>
        <w:t>Complete the required fields: Category Name, Color.</w:t>
      </w:r>
    </w:p>
    <w:p w:rsidR="007E715F" w:rsidRDefault="00D52D88">
      <w:pPr>
        <w:spacing w:after="60"/>
        <w:ind w:left="461" w:hanging="461"/>
      </w:pPr>
      <w:r>
        <w:rPr>
          <w:b/>
          <w:color w:val="0E9F6E"/>
        </w:rPr>
        <w:t xml:space="preserve">3.  </w:t>
      </w:r>
      <w:r>
        <w:t>Fill in anything else that applies: Description, Mandatory Category.</w:t>
      </w:r>
    </w:p>
    <w:p w:rsidR="007E715F" w:rsidRDefault="00D52D88">
      <w:pPr>
        <w:spacing w:after="60"/>
        <w:ind w:left="461" w:hanging="461"/>
      </w:pPr>
      <w:r>
        <w:rPr>
          <w:b/>
          <w:color w:val="0E9F6E"/>
        </w:rPr>
        <w:t xml:space="preserve">4.  </w:t>
      </w:r>
      <w:r>
        <w:t xml:space="preserve">Make the </w:t>
      </w:r>
      <w:r>
        <w:t>selections the form asks for: Icon,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223463" cy="40233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document-management-document-categories.png"/>
                    <pic:cNvPicPr/>
                  </pic:nvPicPr>
                  <pic:blipFill>
                    <a:blip r:embed="rId134"/>
                    <a:stretch>
                      <a:fillRect/>
                    </a:stretch>
                  </pic:blipFill>
                  <pic:spPr>
                    <a:xfrm>
                      <a:off x="0" y="0"/>
                      <a:ext cx="3223463" cy="4023360"/>
                    </a:xfrm>
                    <a:prstGeom prst="rect">
                      <a:avLst/>
                    </a:prstGeom>
                    <a:ln w="9525">
                      <a:solidFill>
                        <a:srgbClr val="D8DCE3"/>
                      </a:solidFill>
                    </a:ln>
                  </pic:spPr>
                </pic:pic>
              </a:graphicData>
            </a:graphic>
          </wp:inline>
        </w:drawing>
      </w:r>
    </w:p>
    <w:p w:rsidR="007E715F" w:rsidRDefault="00D52D88">
      <w:pPr>
        <w:pStyle w:val="Caption"/>
        <w:jc w:val="center"/>
      </w:pPr>
      <w:bookmarkStart w:id="236" w:name="_Toc23742014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125</w:t>
      </w:r>
      <w:r>
        <w:rPr>
          <w:color w:val="6B7280"/>
        </w:rPr>
        <w:fldChar w:fldCharType="end"/>
      </w:r>
      <w:r>
        <w:rPr>
          <w:b w:val="0"/>
          <w:color w:val="6B7280"/>
        </w:rPr>
        <w:t>: The Add Category form</w:t>
      </w:r>
      <w:bookmarkEnd w:id="236"/>
    </w:p>
    <w:p w:rsidR="007E715F" w:rsidRDefault="00D52D88">
      <w:pPr>
        <w:pStyle w:val="Heading3"/>
        <w:pageBreakBefore/>
        <w:spacing w:before="0"/>
      </w:pPr>
      <w:bookmarkStart w:id="237" w:name="_Toc237419986"/>
      <w:r>
        <w:lastRenderedPageBreak/>
        <w:t>18.2 HR Documents</w:t>
      </w:r>
      <w:bookmarkEnd w:id="237"/>
    </w:p>
    <w:p w:rsidR="007E715F" w:rsidRDefault="00D52D88">
      <w:r>
        <w:t>The company's own documents — policies, handbooks, forms — with their size, status</w:t>
      </w:r>
      <w:r>
        <w:t>, download count and expiry.</w:t>
      </w:r>
    </w:p>
    <w:p w:rsidR="007E715F" w:rsidRDefault="00D52D88">
      <w:pPr>
        <w:spacing w:before="120" w:after="80"/>
        <w:jc w:val="center"/>
      </w:pPr>
      <w:r>
        <w:rPr>
          <w:noProof/>
        </w:rPr>
        <w:drawing>
          <wp:inline distT="0" distB="0" distL="0" distR="0">
            <wp:extent cx="5760720" cy="3824478"/>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ocument-management-hr-documents.jpg"/>
                    <pic:cNvPicPr/>
                  </pic:nvPicPr>
                  <pic:blipFill>
                    <a:blip r:embed="rId135"/>
                    <a:stretch>
                      <a:fillRect/>
                    </a:stretch>
                  </pic:blipFill>
                  <pic:spPr>
                    <a:xfrm>
                      <a:off x="0" y="0"/>
                      <a:ext cx="5760720" cy="3824478"/>
                    </a:xfrm>
                    <a:prstGeom prst="rect">
                      <a:avLst/>
                    </a:prstGeom>
                    <a:ln w="9525">
                      <a:solidFill>
                        <a:srgbClr val="D8DCE3"/>
                      </a:solidFill>
                    </a:ln>
                  </pic:spPr>
                </pic:pic>
              </a:graphicData>
            </a:graphic>
          </wp:inline>
        </w:drawing>
      </w:r>
    </w:p>
    <w:p w:rsidR="007E715F" w:rsidRDefault="00D52D88">
      <w:pPr>
        <w:pStyle w:val="Caption"/>
        <w:jc w:val="center"/>
      </w:pPr>
      <w:bookmarkStart w:id="238" w:name="_Toc23742014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126</w:t>
      </w:r>
      <w:r>
        <w:rPr>
          <w:color w:val="6B7280"/>
        </w:rPr>
        <w:fldChar w:fldCharType="end"/>
      </w:r>
      <w:r>
        <w:rPr>
          <w:b w:val="0"/>
          <w:color w:val="6B7280"/>
        </w:rPr>
        <w:t>: The HR Documents page</w:t>
      </w:r>
      <w:bookmarkEnd w:id="23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Document, Category, Size, Status, Downloads, Expires, Uploaded By, Actions</w:t>
      </w:r>
    </w:p>
    <w:p w:rsidR="007E715F" w:rsidRDefault="00D52D88">
      <w:pPr>
        <w:spacing w:after="80"/>
        <w:ind w:left="144"/>
      </w:pPr>
      <w:r>
        <w:rPr>
          <w:b/>
          <w:sz w:val="19"/>
        </w:rPr>
        <w:t xml:space="preserve">Actions on this page: </w:t>
      </w:r>
      <w:r>
        <w:rPr>
          <w:sz w:val="19"/>
        </w:rPr>
        <w:t>Upload Document</w:t>
      </w:r>
    </w:p>
    <w:p w:rsidR="007E715F" w:rsidRDefault="00D52D88">
      <w:pPr>
        <w:pStyle w:val="Heading3"/>
        <w:pageBreakBefore/>
        <w:spacing w:before="0"/>
      </w:pPr>
      <w:bookmarkStart w:id="239" w:name="_Toc237419987"/>
      <w:r>
        <w:lastRenderedPageBreak/>
        <w:t>18.3 Ack</w:t>
      </w:r>
      <w:r>
        <w:t>nowledgments</w:t>
      </w:r>
      <w:bookmarkEnd w:id="239"/>
    </w:p>
    <w:p w:rsidR="007E715F" w:rsidRDefault="00D52D88">
      <w:r>
        <w:t>Who has confirmed they have read which document, and by when they were required to. This is the page that turns a published policy into evidence that it was received.</w:t>
      </w:r>
    </w:p>
    <w:p w:rsidR="007E715F" w:rsidRDefault="00D52D88">
      <w:pPr>
        <w:spacing w:before="120" w:after="80"/>
        <w:jc w:val="center"/>
      </w:pPr>
      <w:r>
        <w:rPr>
          <w:noProof/>
        </w:rPr>
        <w:drawing>
          <wp:inline distT="0" distB="0" distL="0" distR="0">
            <wp:extent cx="5760720" cy="408371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ocument-management-acknowledgments.jpg"/>
                    <pic:cNvPicPr/>
                  </pic:nvPicPr>
                  <pic:blipFill>
                    <a:blip r:embed="rId136"/>
                    <a:stretch>
                      <a:fillRect/>
                    </a:stretch>
                  </pic:blipFill>
                  <pic:spPr>
                    <a:xfrm>
                      <a:off x="0" y="0"/>
                      <a:ext cx="5760720" cy="4083710"/>
                    </a:xfrm>
                    <a:prstGeom prst="rect">
                      <a:avLst/>
                    </a:prstGeom>
                    <a:ln w="9525">
                      <a:solidFill>
                        <a:srgbClr val="D8DCE3"/>
                      </a:solidFill>
                    </a:ln>
                  </pic:spPr>
                </pic:pic>
              </a:graphicData>
            </a:graphic>
          </wp:inline>
        </w:drawing>
      </w:r>
    </w:p>
    <w:p w:rsidR="007E715F" w:rsidRDefault="00D52D88">
      <w:pPr>
        <w:pStyle w:val="Caption"/>
        <w:jc w:val="center"/>
      </w:pPr>
      <w:bookmarkStart w:id="240" w:name="_Toc23742015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127</w:t>
      </w:r>
      <w:r>
        <w:rPr>
          <w:color w:val="6B7280"/>
        </w:rPr>
        <w:fldChar w:fldCharType="end"/>
      </w:r>
      <w:r>
        <w:rPr>
          <w:b w:val="0"/>
          <w:color w:val="6B7280"/>
        </w:rPr>
        <w:t>: The Acknowledgments page</w:t>
      </w:r>
      <w:bookmarkEnd w:id="240"/>
    </w:p>
    <w:p w:rsidR="007E715F" w:rsidRDefault="00D52D88">
      <w:pPr>
        <w:spacing w:after="100"/>
        <w:ind w:left="144"/>
      </w:pPr>
      <w:r>
        <w:rPr>
          <w:b/>
          <w:color w:val="D7263D"/>
          <w:sz w:val="18"/>
        </w:rPr>
        <w:t xml:space="preserve">1 </w:t>
      </w:r>
      <w:r>
        <w:rPr>
          <w:color w:val="6B7280"/>
          <w:sz w:val="18"/>
        </w:rPr>
        <w:t xml:space="preserve">page title  </w:t>
      </w:r>
      <w:r>
        <w:rPr>
          <w:color w:val="6B7280"/>
          <w:sz w:val="18"/>
        </w:rPr>
        <w:t xml:space="preserv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Document, Employee, Status, Due Date, Acknowledged, Assigned By, Assigned, Actions</w:t>
      </w:r>
    </w:p>
    <w:p w:rsidR="007E715F" w:rsidRDefault="00D52D88">
      <w:pPr>
        <w:spacing w:after="80"/>
        <w:ind w:left="144"/>
      </w:pPr>
      <w:r>
        <w:rPr>
          <w:b/>
          <w:sz w:val="19"/>
        </w:rPr>
        <w:t xml:space="preserve">Actions on this page: </w:t>
      </w:r>
      <w:r>
        <w:rPr>
          <w:sz w:val="19"/>
        </w:rPr>
        <w:t>Assign Document</w:t>
      </w:r>
    </w:p>
    <w:p w:rsidR="007E715F" w:rsidRDefault="00D52D88">
      <w:pPr>
        <w:pStyle w:val="Heading3"/>
        <w:pageBreakBefore/>
        <w:spacing w:before="0"/>
      </w:pPr>
      <w:bookmarkStart w:id="241" w:name="_Toc237419988"/>
      <w:r>
        <w:lastRenderedPageBreak/>
        <w:t>18.4 Document Templates</w:t>
      </w:r>
      <w:bookmarkEnd w:id="241"/>
    </w:p>
    <w:p w:rsidR="007E715F" w:rsidRDefault="00D52D88">
      <w:r>
        <w:t>Reusable document wording with placeholders, used to generate letters and form</w:t>
      </w:r>
      <w:r>
        <w:t>s.</w:t>
      </w:r>
    </w:p>
    <w:p w:rsidR="007E715F" w:rsidRDefault="00D52D88">
      <w:pPr>
        <w:spacing w:before="120" w:after="80"/>
        <w:jc w:val="center"/>
      </w:pPr>
      <w:r>
        <w:rPr>
          <w:noProof/>
        </w:rPr>
        <w:drawing>
          <wp:inline distT="0" distB="0" distL="0" distR="0">
            <wp:extent cx="5760720" cy="36004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ocument-management-document-templates.jpg"/>
                    <pic:cNvPicPr/>
                  </pic:nvPicPr>
                  <pic:blipFill>
                    <a:blip r:embed="rId13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42" w:name="_Toc23742015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128</w:t>
      </w:r>
      <w:r>
        <w:rPr>
          <w:color w:val="6B7280"/>
        </w:rPr>
        <w:fldChar w:fldCharType="end"/>
      </w:r>
      <w:r>
        <w:rPr>
          <w:b w:val="0"/>
          <w:color w:val="6B7280"/>
        </w:rPr>
        <w:t>: The Document Templates page</w:t>
      </w:r>
      <w:bookmarkEnd w:id="24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Template Name, Category, Placeholders, Format, Content Length, Status, Created, Actions</w:t>
      </w:r>
    </w:p>
    <w:p w:rsidR="007E715F" w:rsidRDefault="00D52D88">
      <w:pPr>
        <w:spacing w:after="80"/>
        <w:ind w:left="144"/>
      </w:pPr>
      <w:r>
        <w:rPr>
          <w:b/>
          <w:sz w:val="19"/>
        </w:rPr>
        <w:t xml:space="preserve">Actions on this page: </w:t>
      </w:r>
      <w:r>
        <w:rPr>
          <w:sz w:val="19"/>
        </w:rPr>
        <w:t xml:space="preserve">Add </w:t>
      </w:r>
      <w:r>
        <w:rPr>
          <w:sz w:val="19"/>
        </w:rPr>
        <w:t>Template</w:t>
      </w:r>
    </w:p>
    <w:p w:rsidR="007E715F" w:rsidRDefault="00D52D88">
      <w:pPr>
        <w:spacing w:after="60"/>
        <w:ind w:left="461" w:hanging="461"/>
      </w:pPr>
      <w:r>
        <w:rPr>
          <w:b/>
          <w:color w:val="0E9F6E"/>
        </w:rPr>
        <w:t xml:space="preserve">1.  </w:t>
      </w:r>
      <w:r>
        <w:t>Choose Add Template at the top right. The form opens in a panel.</w:t>
      </w:r>
    </w:p>
    <w:p w:rsidR="007E715F" w:rsidRDefault="00D52D88">
      <w:pPr>
        <w:spacing w:after="60"/>
        <w:ind w:left="461" w:hanging="461"/>
      </w:pPr>
      <w:r>
        <w:rPr>
          <w:b/>
          <w:color w:val="0E9F6E"/>
        </w:rPr>
        <w:t xml:space="preserve">2.  </w:t>
      </w:r>
      <w:r>
        <w:t>Complete the required fields: Template Name, Template Content.</w:t>
      </w:r>
    </w:p>
    <w:p w:rsidR="007E715F" w:rsidRDefault="00D52D88">
      <w:pPr>
        <w:spacing w:after="60"/>
        <w:ind w:left="461" w:hanging="461"/>
      </w:pPr>
      <w:r>
        <w:rPr>
          <w:b/>
          <w:color w:val="0E9F6E"/>
        </w:rPr>
        <w:t xml:space="preserve">3.  </w:t>
      </w:r>
      <w:r>
        <w:t>Fill in anything else that applies: Description, Placeholders, Default Values, Set as Default for Category.</w:t>
      </w:r>
    </w:p>
    <w:p w:rsidR="007E715F" w:rsidRDefault="00D52D88">
      <w:pPr>
        <w:spacing w:after="60"/>
        <w:ind w:left="461" w:hanging="461"/>
      </w:pPr>
      <w:r>
        <w:rPr>
          <w:b/>
          <w:color w:val="0E9F6E"/>
        </w:rPr>
        <w:t xml:space="preserve">4.  </w:t>
      </w:r>
      <w:r>
        <w:t>Make the selections the form asks for: Category, File Format,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793229" cy="402336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document-management-document-templates.png"/>
                    <pic:cNvPicPr/>
                  </pic:nvPicPr>
                  <pic:blipFill>
                    <a:blip r:embed="rId138"/>
                    <a:stretch>
                      <a:fillRect/>
                    </a:stretch>
                  </pic:blipFill>
                  <pic:spPr>
                    <a:xfrm>
                      <a:off x="0" y="0"/>
                      <a:ext cx="2793229" cy="4023360"/>
                    </a:xfrm>
                    <a:prstGeom prst="rect">
                      <a:avLst/>
                    </a:prstGeom>
                    <a:ln w="9525">
                      <a:solidFill>
                        <a:srgbClr val="D8DCE3"/>
                      </a:solidFill>
                    </a:ln>
                  </pic:spPr>
                </pic:pic>
              </a:graphicData>
            </a:graphic>
          </wp:inline>
        </w:drawing>
      </w:r>
    </w:p>
    <w:p w:rsidR="007E715F" w:rsidRDefault="00D52D88">
      <w:pPr>
        <w:pStyle w:val="Caption"/>
        <w:jc w:val="center"/>
      </w:pPr>
      <w:bookmarkStart w:id="243" w:name="_Toc23742015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129</w:t>
      </w:r>
      <w:r>
        <w:rPr>
          <w:color w:val="6B7280"/>
        </w:rPr>
        <w:fldChar w:fldCharType="end"/>
      </w:r>
      <w:r>
        <w:rPr>
          <w:b w:val="0"/>
          <w:color w:val="6B7280"/>
        </w:rPr>
        <w:t>: The Add Template form</w:t>
      </w:r>
      <w:bookmarkEnd w:id="243"/>
    </w:p>
    <w:p w:rsidR="007E715F" w:rsidRDefault="00D52D88">
      <w:pPr>
        <w:pStyle w:val="Heading2"/>
        <w:pageBreakBefore/>
        <w:spacing w:before="0"/>
      </w:pPr>
      <w:bookmarkStart w:id="244" w:name="_Toc237419989"/>
      <w:r>
        <w:lastRenderedPageBreak/>
        <w:t>19. Meetings and Calendar</w:t>
      </w:r>
      <w:bookmarkEnd w:id="244"/>
    </w:p>
    <w:p w:rsidR="007E715F" w:rsidRDefault="00D52D88">
      <w:r>
        <w:t>Meetings are scheduled, attended, minuted a</w:t>
      </w:r>
      <w:r>
        <w:t>nd — the part that matters afterwards — turned into action items with owners and due dates.</w:t>
      </w:r>
    </w:p>
    <w:p w:rsidR="007E715F" w:rsidRDefault="00D52D88">
      <w:pPr>
        <w:spacing w:after="80"/>
        <w:ind w:left="144"/>
      </w:pPr>
      <w:r>
        <w:rPr>
          <w:b/>
          <w:sz w:val="19"/>
        </w:rPr>
        <w:t xml:space="preserve">Pages in this chapter: </w:t>
      </w:r>
      <w:r>
        <w:rPr>
          <w:sz w:val="19"/>
        </w:rPr>
        <w:t>Meeting Types, Meeting Rooms, Meetings, Meeting Attendees, Meeting Minutes, Action Items, Calendar, Media Library</w:t>
      </w:r>
    </w:p>
    <w:p w:rsidR="007E715F" w:rsidRDefault="00D52D88">
      <w:pPr>
        <w:pStyle w:val="Heading3"/>
        <w:pageBreakBefore/>
        <w:spacing w:before="0"/>
      </w:pPr>
      <w:bookmarkStart w:id="245" w:name="_Toc237419990"/>
      <w:r>
        <w:lastRenderedPageBreak/>
        <w:t>19.1 Meeting Types</w:t>
      </w:r>
      <w:bookmarkEnd w:id="245"/>
    </w:p>
    <w:p w:rsidR="007E715F" w:rsidRDefault="00D52D88">
      <w:r>
        <w:t>A refere</w:t>
      </w:r>
      <w:r>
        <w:t>nce list. Entries created here become the options offered when you create a meeting. Setting these up once, before the records that use them, saves correcting the same choice repeatedly later.</w:t>
      </w:r>
    </w:p>
    <w:p w:rsidR="007E715F" w:rsidRDefault="00D52D88">
      <w:pPr>
        <w:spacing w:before="120" w:after="80"/>
        <w:jc w:val="center"/>
      </w:pPr>
      <w:r>
        <w:rPr>
          <w:noProof/>
        </w:rPr>
        <w:drawing>
          <wp:inline distT="0" distB="0" distL="0" distR="0">
            <wp:extent cx="5760720" cy="360045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meeting-types.jpg"/>
                    <pic:cNvPicPr/>
                  </pic:nvPicPr>
                  <pic:blipFill>
                    <a:blip r:embed="rId139"/>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46" w:name="_Toc23742015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130</w:t>
      </w:r>
      <w:r>
        <w:rPr>
          <w:color w:val="6B7280"/>
        </w:rPr>
        <w:fldChar w:fldCharType="end"/>
      </w:r>
      <w:r>
        <w:rPr>
          <w:b w:val="0"/>
          <w:color w:val="6B7280"/>
        </w:rPr>
        <w:t>: The Meeting Types page</w:t>
      </w:r>
      <w:bookmarkEnd w:id="246"/>
    </w:p>
    <w:p w:rsidR="007E715F" w:rsidRDefault="00D52D88">
      <w:pPr>
        <w:spacing w:after="100"/>
        <w:ind w:left="144"/>
      </w:pPr>
      <w:r>
        <w:rPr>
          <w:b/>
          <w:color w:val="D7263D"/>
          <w:sz w:val="18"/>
        </w:rPr>
        <w:t xml:space="preserve">1 </w:t>
      </w:r>
      <w:r>
        <w:rPr>
          <w:color w:val="6B7280"/>
          <w:sz w:val="18"/>
        </w:rPr>
        <w:t>p</w:t>
      </w:r>
      <w:r>
        <w:rPr>
          <w:color w:val="6B7280"/>
          <w:sz w:val="18"/>
        </w:rPr>
        <w:t xml:space="preserve">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Default Duration, Meetings, Status, Created At, Actions</w:t>
      </w:r>
    </w:p>
    <w:p w:rsidR="007E715F" w:rsidRDefault="00D52D88">
      <w:pPr>
        <w:spacing w:after="80"/>
        <w:ind w:left="144"/>
      </w:pPr>
      <w:r>
        <w:rPr>
          <w:b/>
          <w:sz w:val="19"/>
        </w:rPr>
        <w:t xml:space="preserve">Actions on this page: </w:t>
      </w:r>
      <w:r>
        <w:rPr>
          <w:sz w:val="19"/>
        </w:rPr>
        <w:t>Add Meeting Type</w:t>
      </w:r>
    </w:p>
    <w:p w:rsidR="007E715F" w:rsidRDefault="00D52D88">
      <w:pPr>
        <w:spacing w:after="60"/>
        <w:ind w:left="461" w:hanging="461"/>
      </w:pPr>
      <w:r>
        <w:rPr>
          <w:b/>
          <w:color w:val="0E9F6E"/>
        </w:rPr>
        <w:t xml:space="preserve">1.  </w:t>
      </w:r>
      <w:r>
        <w:t>Choose Add Meeting Type at the top right. The form opens in a panel.</w:t>
      </w:r>
    </w:p>
    <w:p w:rsidR="007E715F" w:rsidRDefault="00D52D88">
      <w:pPr>
        <w:spacing w:after="60"/>
        <w:ind w:left="461" w:hanging="461"/>
      </w:pPr>
      <w:r>
        <w:rPr>
          <w:b/>
          <w:color w:val="0E9F6E"/>
        </w:rPr>
        <w:t xml:space="preserve">2.  </w:t>
      </w:r>
      <w:r>
        <w:t xml:space="preserve">Complete </w:t>
      </w:r>
      <w:r>
        <w:t>the required fields: Name, Color, Default Duration (minutes).</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Make the selections the form asks for: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160262" cy="402336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meetings-meeting-types.png"/>
                    <pic:cNvPicPr/>
                  </pic:nvPicPr>
                  <pic:blipFill>
                    <a:blip r:embed="rId140"/>
                    <a:stretch>
                      <a:fillRect/>
                    </a:stretch>
                  </pic:blipFill>
                  <pic:spPr>
                    <a:xfrm>
                      <a:off x="0" y="0"/>
                      <a:ext cx="3160262" cy="4023360"/>
                    </a:xfrm>
                    <a:prstGeom prst="rect">
                      <a:avLst/>
                    </a:prstGeom>
                    <a:ln w="9525">
                      <a:solidFill>
                        <a:srgbClr val="D8DCE3"/>
                      </a:solidFill>
                    </a:ln>
                  </pic:spPr>
                </pic:pic>
              </a:graphicData>
            </a:graphic>
          </wp:inline>
        </w:drawing>
      </w:r>
    </w:p>
    <w:p w:rsidR="007E715F" w:rsidRDefault="00D52D88">
      <w:pPr>
        <w:pStyle w:val="Caption"/>
        <w:jc w:val="center"/>
      </w:pPr>
      <w:bookmarkStart w:id="247" w:name="_Toc23742015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131</w:t>
      </w:r>
      <w:r>
        <w:rPr>
          <w:color w:val="6B7280"/>
        </w:rPr>
        <w:fldChar w:fldCharType="end"/>
      </w:r>
      <w:r>
        <w:rPr>
          <w:b w:val="0"/>
          <w:color w:val="6B7280"/>
        </w:rPr>
        <w:t xml:space="preserve">: </w:t>
      </w:r>
      <w:r>
        <w:rPr>
          <w:b w:val="0"/>
          <w:color w:val="6B7280"/>
        </w:rPr>
        <w:t>The Add Meeting Type form</w:t>
      </w:r>
      <w:bookmarkEnd w:id="247"/>
    </w:p>
    <w:p w:rsidR="007E715F" w:rsidRDefault="00D52D88">
      <w:pPr>
        <w:pStyle w:val="Heading3"/>
        <w:pageBreakBefore/>
        <w:spacing w:before="0"/>
      </w:pPr>
      <w:bookmarkStart w:id="248" w:name="_Toc237419991"/>
      <w:r>
        <w:lastRenderedPageBreak/>
        <w:t>19.2 Meeting Rooms</w:t>
      </w:r>
      <w:bookmarkEnd w:id="248"/>
    </w:p>
    <w:p w:rsidR="007E715F" w:rsidRDefault="00D52D88">
      <w:r>
        <w:t>Bookable spaces, with their location, capacity and equipment.</w:t>
      </w:r>
    </w:p>
    <w:p w:rsidR="007E715F" w:rsidRDefault="00D52D88">
      <w:pPr>
        <w:spacing w:before="120" w:after="80"/>
        <w:jc w:val="center"/>
      </w:pPr>
      <w:r>
        <w:rPr>
          <w:noProof/>
        </w:rPr>
        <w:drawing>
          <wp:inline distT="0" distB="0" distL="0" distR="0">
            <wp:extent cx="5760720" cy="36004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meeting-rooms.jpg"/>
                    <pic:cNvPicPr/>
                  </pic:nvPicPr>
                  <pic:blipFill>
                    <a:blip r:embed="rId14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49" w:name="_Toc23742015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132</w:t>
      </w:r>
      <w:r>
        <w:rPr>
          <w:color w:val="6B7280"/>
        </w:rPr>
        <w:fldChar w:fldCharType="end"/>
      </w:r>
      <w:r>
        <w:rPr>
          <w:b w:val="0"/>
          <w:color w:val="6B7280"/>
        </w:rPr>
        <w:t>: The Meeting Rooms page</w:t>
      </w:r>
      <w:bookmarkEnd w:id="24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Location, Cap</w:t>
      </w:r>
      <w:r>
        <w:rPr>
          <w:sz w:val="19"/>
        </w:rPr>
        <w:t>acity, Equipment, Meetings, Status, Actions</w:t>
      </w:r>
    </w:p>
    <w:p w:rsidR="007E715F" w:rsidRDefault="00D52D88">
      <w:pPr>
        <w:spacing w:after="80"/>
        <w:ind w:left="144"/>
      </w:pPr>
      <w:r>
        <w:rPr>
          <w:b/>
          <w:sz w:val="19"/>
        </w:rPr>
        <w:t xml:space="preserve">Actions on this page: </w:t>
      </w:r>
      <w:r>
        <w:rPr>
          <w:sz w:val="19"/>
        </w:rPr>
        <w:t>Add Meeting Room</w:t>
      </w:r>
    </w:p>
    <w:p w:rsidR="007E715F" w:rsidRDefault="00D52D88">
      <w:pPr>
        <w:spacing w:after="60"/>
        <w:ind w:left="461" w:hanging="461"/>
      </w:pPr>
      <w:r>
        <w:rPr>
          <w:b/>
          <w:color w:val="0E9F6E"/>
        </w:rPr>
        <w:t xml:space="preserve">1.  </w:t>
      </w:r>
      <w:r>
        <w:t>Choose Add Meeting Room at the top right. The form opens in a panel.</w:t>
      </w:r>
    </w:p>
    <w:p w:rsidR="007E715F" w:rsidRDefault="00D52D88">
      <w:pPr>
        <w:spacing w:after="60"/>
        <w:ind w:left="461" w:hanging="461"/>
      </w:pPr>
      <w:r>
        <w:rPr>
          <w:b/>
          <w:color w:val="0E9F6E"/>
        </w:rPr>
        <w:t xml:space="preserve">2.  </w:t>
      </w:r>
      <w:r>
        <w:t>Complete the required fields: Room Name, Capacity.</w:t>
      </w:r>
    </w:p>
    <w:p w:rsidR="007E715F" w:rsidRDefault="00D52D88">
      <w:pPr>
        <w:spacing w:after="60"/>
        <w:ind w:left="461" w:hanging="461"/>
      </w:pPr>
      <w:r>
        <w:rPr>
          <w:b/>
          <w:color w:val="0E9F6E"/>
        </w:rPr>
        <w:t xml:space="preserve">3.  </w:t>
      </w:r>
      <w:r>
        <w:t>Fill in anything else that applies: Descr</w:t>
      </w:r>
      <w:r>
        <w:t>iption, Location, Equipment, Booking URL.</w:t>
      </w:r>
    </w:p>
    <w:p w:rsidR="007E715F" w:rsidRDefault="00D52D88">
      <w:pPr>
        <w:spacing w:after="60"/>
        <w:ind w:left="461" w:hanging="461"/>
      </w:pPr>
      <w:r>
        <w:rPr>
          <w:b/>
          <w:color w:val="0E9F6E"/>
        </w:rPr>
        <w:t xml:space="preserve">4.  </w:t>
      </w:r>
      <w:r>
        <w:t>Make the selections the form asks for: Type, Status.</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568102" cy="402336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meetings-meeting-rooms.png"/>
                    <pic:cNvPicPr/>
                  </pic:nvPicPr>
                  <pic:blipFill>
                    <a:blip r:embed="rId142"/>
                    <a:stretch>
                      <a:fillRect/>
                    </a:stretch>
                  </pic:blipFill>
                  <pic:spPr>
                    <a:xfrm>
                      <a:off x="0" y="0"/>
                      <a:ext cx="2568102" cy="4023360"/>
                    </a:xfrm>
                    <a:prstGeom prst="rect">
                      <a:avLst/>
                    </a:prstGeom>
                    <a:ln w="9525">
                      <a:solidFill>
                        <a:srgbClr val="D8DCE3"/>
                      </a:solidFill>
                    </a:ln>
                  </pic:spPr>
                </pic:pic>
              </a:graphicData>
            </a:graphic>
          </wp:inline>
        </w:drawing>
      </w:r>
    </w:p>
    <w:p w:rsidR="007E715F" w:rsidRDefault="00D52D88">
      <w:pPr>
        <w:pStyle w:val="Caption"/>
        <w:jc w:val="center"/>
      </w:pPr>
      <w:bookmarkStart w:id="250" w:name="_Toc23742015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133</w:t>
      </w:r>
      <w:r>
        <w:rPr>
          <w:color w:val="6B7280"/>
        </w:rPr>
        <w:fldChar w:fldCharType="end"/>
      </w:r>
      <w:r>
        <w:rPr>
          <w:b w:val="0"/>
          <w:color w:val="6B7280"/>
        </w:rPr>
        <w:t>: The Add Meeting Room form</w:t>
      </w:r>
      <w:bookmarkEnd w:id="250"/>
    </w:p>
    <w:p w:rsidR="007E715F" w:rsidRDefault="00D52D88">
      <w:pPr>
        <w:pStyle w:val="Heading3"/>
        <w:pageBreakBefore/>
        <w:spacing w:before="0"/>
      </w:pPr>
      <w:bookmarkStart w:id="251" w:name="_Toc237419992"/>
      <w:r>
        <w:lastRenderedPageBreak/>
        <w:t>19.3 Meetings</w:t>
      </w:r>
      <w:bookmarkEnd w:id="251"/>
    </w:p>
    <w:p w:rsidR="007E715F" w:rsidRDefault="00D52D88">
      <w:r>
        <w:t xml:space="preserve">The meetings themselves: </w:t>
      </w:r>
      <w:r>
        <w:t>when, who organised them, which room, and whether they repeat.</w:t>
      </w:r>
    </w:p>
    <w:p w:rsidR="007E715F" w:rsidRDefault="00D52D88">
      <w:pPr>
        <w:spacing w:before="120" w:after="80"/>
        <w:jc w:val="center"/>
      </w:pPr>
      <w:r>
        <w:rPr>
          <w:noProof/>
        </w:rPr>
        <w:drawing>
          <wp:inline distT="0" distB="0" distL="0" distR="0">
            <wp:extent cx="5760720" cy="3600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meetings.jpg"/>
                    <pic:cNvPicPr/>
                  </pic:nvPicPr>
                  <pic:blipFill>
                    <a:blip r:embed="rId143"/>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52" w:name="_Toc23742015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134</w:t>
      </w:r>
      <w:r>
        <w:rPr>
          <w:color w:val="6B7280"/>
        </w:rPr>
        <w:fldChar w:fldCharType="end"/>
      </w:r>
      <w:r>
        <w:rPr>
          <w:b w:val="0"/>
          <w:color w:val="6B7280"/>
        </w:rPr>
        <w:t>: The Meetings page</w:t>
      </w:r>
      <w:bookmarkEnd w:id="25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Meeting, Date &amp; Time, Organizer, Room, Recurrence, Status, Actions</w:t>
      </w:r>
    </w:p>
    <w:p w:rsidR="007E715F" w:rsidRDefault="00D52D88">
      <w:pPr>
        <w:spacing w:after="80"/>
        <w:ind w:left="144"/>
      </w:pPr>
      <w:r>
        <w:rPr>
          <w:b/>
          <w:sz w:val="19"/>
        </w:rPr>
        <w:t xml:space="preserve">Actions on this page: </w:t>
      </w:r>
      <w:r>
        <w:rPr>
          <w:sz w:val="19"/>
        </w:rPr>
        <w:t>Sc</w:t>
      </w:r>
      <w:r>
        <w:rPr>
          <w:sz w:val="19"/>
        </w:rPr>
        <w:t>hedule Meeting</w:t>
      </w:r>
    </w:p>
    <w:p w:rsidR="007E715F" w:rsidRDefault="00D52D88">
      <w:pPr>
        <w:pStyle w:val="Heading3"/>
        <w:pageBreakBefore/>
        <w:spacing w:before="0"/>
      </w:pPr>
      <w:bookmarkStart w:id="253" w:name="_Toc237419993"/>
      <w:r>
        <w:lastRenderedPageBreak/>
        <w:t>19.4 Meeting Attendees</w:t>
      </w:r>
      <w:bookmarkEnd w:id="253"/>
    </w:p>
    <w:p w:rsidR="007E715F" w:rsidRDefault="00D52D88">
      <w:r>
        <w:t>Who was invited to each meeting, what they replied and whether they actually attended.</w:t>
      </w:r>
    </w:p>
    <w:p w:rsidR="007E715F" w:rsidRDefault="00D52D88">
      <w:pPr>
        <w:spacing w:before="120" w:after="80"/>
        <w:jc w:val="center"/>
      </w:pPr>
      <w:r>
        <w:rPr>
          <w:noProof/>
        </w:rPr>
        <w:drawing>
          <wp:inline distT="0" distB="0" distL="0" distR="0">
            <wp:extent cx="5760720" cy="360045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meeting-attendees.jpg"/>
                    <pic:cNvPicPr/>
                  </pic:nvPicPr>
                  <pic:blipFill>
                    <a:blip r:embed="rId144"/>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54" w:name="_Toc23742015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135</w:t>
      </w:r>
      <w:r>
        <w:rPr>
          <w:color w:val="6B7280"/>
        </w:rPr>
        <w:fldChar w:fldCharType="end"/>
      </w:r>
      <w:r>
        <w:rPr>
          <w:b w:val="0"/>
          <w:color w:val="6B7280"/>
        </w:rPr>
        <w:t>: The Meeting Attendees page</w:t>
      </w:r>
      <w:bookmarkEnd w:id="25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Attendee, Meeting, RSVP, Attendance, RSVP Date, Decline Reason, Actions</w:t>
      </w:r>
    </w:p>
    <w:p w:rsidR="007E715F" w:rsidRDefault="00D52D88">
      <w:pPr>
        <w:spacing w:after="80"/>
        <w:ind w:left="144"/>
      </w:pPr>
      <w:r>
        <w:rPr>
          <w:b/>
          <w:sz w:val="19"/>
        </w:rPr>
        <w:t xml:space="preserve">Actions on this page: </w:t>
      </w:r>
      <w:r>
        <w:rPr>
          <w:sz w:val="19"/>
        </w:rPr>
        <w:t>Add Attendee, ...</w:t>
      </w:r>
    </w:p>
    <w:p w:rsidR="007E715F" w:rsidRDefault="00D52D88">
      <w:pPr>
        <w:spacing w:after="60"/>
        <w:ind w:left="461" w:hanging="461"/>
      </w:pPr>
      <w:r>
        <w:rPr>
          <w:b/>
          <w:color w:val="0E9F6E"/>
        </w:rPr>
        <w:t xml:space="preserve">1.  </w:t>
      </w:r>
      <w:r>
        <w:t>Choose Add Attendee at the top right. The form opens in a panel.</w:t>
      </w:r>
    </w:p>
    <w:p w:rsidR="007E715F" w:rsidRDefault="00D52D88">
      <w:pPr>
        <w:spacing w:after="60"/>
        <w:ind w:left="461" w:hanging="461"/>
      </w:pPr>
      <w:r>
        <w:rPr>
          <w:b/>
          <w:color w:val="0E9F6E"/>
        </w:rPr>
        <w:t xml:space="preserve">2.  </w:t>
      </w:r>
      <w:r>
        <w:t>Fill in anything else that applies: Decline Reason.</w:t>
      </w:r>
    </w:p>
    <w:p w:rsidR="007E715F" w:rsidRDefault="00D52D88">
      <w:pPr>
        <w:spacing w:after="60"/>
        <w:ind w:left="461" w:hanging="461"/>
      </w:pPr>
      <w:r>
        <w:rPr>
          <w:b/>
          <w:color w:val="0E9F6E"/>
        </w:rPr>
        <w:t xml:space="preserve">3.  </w:t>
      </w:r>
      <w:r>
        <w:t>Make the sel</w:t>
      </w:r>
      <w:r>
        <w:t>ections the form asks for: Meeting, Employee, Attendance Type, RSVP Status, Attendance Status.</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2976184" cy="402336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meetings-meeting-attendees.png"/>
                    <pic:cNvPicPr/>
                  </pic:nvPicPr>
                  <pic:blipFill>
                    <a:blip r:embed="rId145"/>
                    <a:stretch>
                      <a:fillRect/>
                    </a:stretch>
                  </pic:blipFill>
                  <pic:spPr>
                    <a:xfrm>
                      <a:off x="0" y="0"/>
                      <a:ext cx="2976184" cy="4023360"/>
                    </a:xfrm>
                    <a:prstGeom prst="rect">
                      <a:avLst/>
                    </a:prstGeom>
                    <a:ln w="9525">
                      <a:solidFill>
                        <a:srgbClr val="D8DCE3"/>
                      </a:solidFill>
                    </a:ln>
                  </pic:spPr>
                </pic:pic>
              </a:graphicData>
            </a:graphic>
          </wp:inline>
        </w:drawing>
      </w:r>
    </w:p>
    <w:p w:rsidR="007E715F" w:rsidRDefault="00D52D88">
      <w:pPr>
        <w:pStyle w:val="Caption"/>
        <w:jc w:val="center"/>
      </w:pPr>
      <w:bookmarkStart w:id="255" w:name="_Toc23742015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136</w:t>
      </w:r>
      <w:r>
        <w:rPr>
          <w:color w:val="6B7280"/>
        </w:rPr>
        <w:fldChar w:fldCharType="end"/>
      </w:r>
      <w:r>
        <w:rPr>
          <w:b w:val="0"/>
          <w:color w:val="6B7280"/>
        </w:rPr>
        <w:t>: The Add Attendee form</w:t>
      </w:r>
      <w:bookmarkEnd w:id="255"/>
    </w:p>
    <w:p w:rsidR="007E715F" w:rsidRDefault="00D52D88">
      <w:pPr>
        <w:pStyle w:val="Heading3"/>
        <w:pageBreakBefore/>
        <w:spacing w:before="0"/>
      </w:pPr>
      <w:bookmarkStart w:id="256" w:name="_Toc237419994"/>
      <w:r>
        <w:lastRenderedPageBreak/>
        <w:t>19.5 Meeting Minutes</w:t>
      </w:r>
      <w:bookmarkEnd w:id="256"/>
    </w:p>
    <w:p w:rsidR="007E715F" w:rsidRDefault="00D52D88">
      <w:r>
        <w:t xml:space="preserve">What was recorded against a </w:t>
      </w:r>
      <w:r>
        <w:t>meeting, by whom and when.</w:t>
      </w:r>
    </w:p>
    <w:p w:rsidR="007E715F" w:rsidRDefault="00D52D88">
      <w:pPr>
        <w:spacing w:before="120" w:after="80"/>
        <w:jc w:val="center"/>
      </w:pPr>
      <w:r>
        <w:rPr>
          <w:noProof/>
        </w:rPr>
        <w:drawing>
          <wp:inline distT="0" distB="0" distL="0" distR="0">
            <wp:extent cx="5760720" cy="3898087"/>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meeting-minutes.jpg"/>
                    <pic:cNvPicPr/>
                  </pic:nvPicPr>
                  <pic:blipFill>
                    <a:blip r:embed="rId146"/>
                    <a:stretch>
                      <a:fillRect/>
                    </a:stretch>
                  </pic:blipFill>
                  <pic:spPr>
                    <a:xfrm>
                      <a:off x="0" y="0"/>
                      <a:ext cx="5760720" cy="3898087"/>
                    </a:xfrm>
                    <a:prstGeom prst="rect">
                      <a:avLst/>
                    </a:prstGeom>
                    <a:ln w="9525">
                      <a:solidFill>
                        <a:srgbClr val="D8DCE3"/>
                      </a:solidFill>
                    </a:ln>
                  </pic:spPr>
                </pic:pic>
              </a:graphicData>
            </a:graphic>
          </wp:inline>
        </w:drawing>
      </w:r>
    </w:p>
    <w:p w:rsidR="007E715F" w:rsidRDefault="00D52D88">
      <w:pPr>
        <w:pStyle w:val="Caption"/>
        <w:jc w:val="center"/>
      </w:pPr>
      <w:bookmarkStart w:id="257" w:name="_Toc23742016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137</w:t>
      </w:r>
      <w:r>
        <w:rPr>
          <w:color w:val="6B7280"/>
        </w:rPr>
        <w:fldChar w:fldCharType="end"/>
      </w:r>
      <w:r>
        <w:rPr>
          <w:b w:val="0"/>
          <w:color w:val="6B7280"/>
        </w:rPr>
        <w:t>: The Meeting Minutes page</w:t>
      </w:r>
      <w:bookmarkEnd w:id="25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Meeting, Topic, Type, Content, Recorded By, Recorded At, Actions</w:t>
      </w:r>
    </w:p>
    <w:p w:rsidR="007E715F" w:rsidRDefault="00D52D88">
      <w:pPr>
        <w:spacing w:after="80"/>
        <w:ind w:left="144"/>
      </w:pPr>
      <w:r>
        <w:rPr>
          <w:b/>
          <w:sz w:val="19"/>
        </w:rPr>
        <w:t xml:space="preserve">Actions on this page: </w:t>
      </w:r>
      <w:r>
        <w:rPr>
          <w:sz w:val="19"/>
        </w:rPr>
        <w:t>Add Minute</w:t>
      </w:r>
    </w:p>
    <w:p w:rsidR="007E715F" w:rsidRDefault="00D52D88">
      <w:pPr>
        <w:spacing w:after="60"/>
        <w:ind w:left="461" w:hanging="461"/>
      </w:pPr>
      <w:r>
        <w:rPr>
          <w:b/>
          <w:color w:val="0E9F6E"/>
        </w:rPr>
        <w:t xml:space="preserve">1.  </w:t>
      </w:r>
      <w:r>
        <w:t>Choose Add Minute at the top right. The form opens in a panel.</w:t>
      </w:r>
    </w:p>
    <w:p w:rsidR="007E715F" w:rsidRDefault="00D52D88">
      <w:pPr>
        <w:spacing w:after="60"/>
        <w:ind w:left="461" w:hanging="461"/>
      </w:pPr>
      <w:r>
        <w:rPr>
          <w:b/>
          <w:color w:val="0E9F6E"/>
        </w:rPr>
        <w:t xml:space="preserve">2.  </w:t>
      </w:r>
      <w:r>
        <w:t>Complete the required fields: Topic, Content.</w:t>
      </w:r>
    </w:p>
    <w:p w:rsidR="007E715F" w:rsidRDefault="00D52D88">
      <w:pPr>
        <w:spacing w:after="60"/>
        <w:ind w:left="461" w:hanging="461"/>
      </w:pPr>
      <w:r>
        <w:rPr>
          <w:b/>
          <w:color w:val="0E9F6E"/>
        </w:rPr>
        <w:t xml:space="preserve">3.  </w:t>
      </w:r>
      <w:r>
        <w:t>Fill in anything else that applies: Recorded Date, Recorded Time.</w:t>
      </w:r>
    </w:p>
    <w:p w:rsidR="007E715F" w:rsidRDefault="00D52D88">
      <w:pPr>
        <w:spacing w:after="60"/>
        <w:ind w:left="461" w:hanging="461"/>
      </w:pPr>
      <w:r>
        <w:rPr>
          <w:b/>
          <w:color w:val="0E9F6E"/>
        </w:rPr>
        <w:t xml:space="preserve">4.  </w:t>
      </w:r>
      <w:r>
        <w:t>Make the selections the form asks for: Meeting, Type, Recorded B</w:t>
      </w:r>
      <w:r>
        <w:t>y.</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3107556" cy="402336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meetings-meeting-minutes.png"/>
                    <pic:cNvPicPr/>
                  </pic:nvPicPr>
                  <pic:blipFill>
                    <a:blip r:embed="rId147"/>
                    <a:stretch>
                      <a:fillRect/>
                    </a:stretch>
                  </pic:blipFill>
                  <pic:spPr>
                    <a:xfrm>
                      <a:off x="0" y="0"/>
                      <a:ext cx="3107556" cy="4023360"/>
                    </a:xfrm>
                    <a:prstGeom prst="rect">
                      <a:avLst/>
                    </a:prstGeom>
                    <a:ln w="9525">
                      <a:solidFill>
                        <a:srgbClr val="D8DCE3"/>
                      </a:solidFill>
                    </a:ln>
                  </pic:spPr>
                </pic:pic>
              </a:graphicData>
            </a:graphic>
          </wp:inline>
        </w:drawing>
      </w:r>
    </w:p>
    <w:p w:rsidR="007E715F" w:rsidRDefault="00D52D88">
      <w:pPr>
        <w:pStyle w:val="Caption"/>
        <w:jc w:val="center"/>
      </w:pPr>
      <w:bookmarkStart w:id="258" w:name="_Toc23742016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138</w:t>
      </w:r>
      <w:r>
        <w:rPr>
          <w:color w:val="6B7280"/>
        </w:rPr>
        <w:fldChar w:fldCharType="end"/>
      </w:r>
      <w:r>
        <w:rPr>
          <w:b w:val="0"/>
          <w:color w:val="6B7280"/>
        </w:rPr>
        <w:t>: The Add Minute form</w:t>
      </w:r>
      <w:bookmarkEnd w:id="258"/>
    </w:p>
    <w:p w:rsidR="007E715F" w:rsidRDefault="00D52D88">
      <w:pPr>
        <w:pStyle w:val="Heading3"/>
        <w:pageBreakBefore/>
        <w:spacing w:before="0"/>
      </w:pPr>
      <w:bookmarkStart w:id="259" w:name="_Toc237419995"/>
      <w:r>
        <w:lastRenderedPageBreak/>
        <w:t>19.6 Action Items</w:t>
      </w:r>
      <w:bookmarkEnd w:id="259"/>
    </w:p>
    <w:p w:rsidR="007E715F" w:rsidRDefault="00D52D88">
      <w:r>
        <w:t xml:space="preserve">Tasks arising from meetings, each with an owner, a due date, a priority and a progress figure — the part of a meeting that </w:t>
      </w:r>
      <w:r>
        <w:t>outlives it.</w:t>
      </w:r>
    </w:p>
    <w:p w:rsidR="007E715F" w:rsidRDefault="00D52D88">
      <w:pPr>
        <w:spacing w:before="120" w:after="80"/>
        <w:jc w:val="center"/>
      </w:pPr>
      <w:r>
        <w:rPr>
          <w:noProof/>
        </w:rPr>
        <w:drawing>
          <wp:inline distT="0" distB="0" distL="0" distR="0">
            <wp:extent cx="5760720" cy="36004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etings-action-items.jpg"/>
                    <pic:cNvPicPr/>
                  </pic:nvPicPr>
                  <pic:blipFill>
                    <a:blip r:embed="rId148"/>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60" w:name="_Toc23742016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139</w:t>
      </w:r>
      <w:r>
        <w:rPr>
          <w:color w:val="6B7280"/>
        </w:rPr>
        <w:fldChar w:fldCharType="end"/>
      </w:r>
      <w:r>
        <w:rPr>
          <w:b w:val="0"/>
          <w:color w:val="6B7280"/>
        </w:rPr>
        <w:t>: The Action Items page</w:t>
      </w:r>
      <w:bookmarkEnd w:id="26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Action Item, Assigned To, Due Date, Priority, Progress, Actions</w:t>
      </w:r>
    </w:p>
    <w:p w:rsidR="007E715F" w:rsidRDefault="00D52D88">
      <w:pPr>
        <w:spacing w:after="80"/>
        <w:ind w:left="144"/>
      </w:pPr>
      <w:r>
        <w:rPr>
          <w:b/>
          <w:sz w:val="19"/>
        </w:rPr>
        <w:t xml:space="preserve">Actions on this page: </w:t>
      </w:r>
      <w:r>
        <w:rPr>
          <w:sz w:val="19"/>
        </w:rPr>
        <w:t>Add Action Item</w:t>
      </w:r>
    </w:p>
    <w:p w:rsidR="007E715F" w:rsidRDefault="00D52D88">
      <w:pPr>
        <w:spacing w:after="60"/>
        <w:ind w:left="461" w:hanging="461"/>
      </w:pPr>
      <w:r>
        <w:rPr>
          <w:b/>
          <w:color w:val="0E9F6E"/>
        </w:rPr>
        <w:t xml:space="preserve">1.  </w:t>
      </w:r>
      <w:r>
        <w:t>Choose A</w:t>
      </w:r>
      <w:r>
        <w:t>dd Action Item at the top right. The form opens in a panel.</w:t>
      </w:r>
    </w:p>
    <w:p w:rsidR="007E715F" w:rsidRDefault="00D52D88">
      <w:pPr>
        <w:spacing w:after="60"/>
        <w:ind w:left="461" w:hanging="461"/>
      </w:pPr>
      <w:r>
        <w:rPr>
          <w:b/>
          <w:color w:val="0E9F6E"/>
        </w:rPr>
        <w:t xml:space="preserve">2.  </w:t>
      </w:r>
      <w:r>
        <w:t>Complete the required fields: Action Item Title, Due Date.</w:t>
      </w:r>
    </w:p>
    <w:p w:rsidR="007E715F" w:rsidRDefault="00D52D88">
      <w:pPr>
        <w:spacing w:after="60"/>
        <w:ind w:left="461" w:hanging="461"/>
      </w:pPr>
      <w:r>
        <w:rPr>
          <w:b/>
          <w:color w:val="0E9F6E"/>
        </w:rPr>
        <w:t xml:space="preserve">3.  </w:t>
      </w:r>
      <w:r>
        <w:t>Fill in anything else that applies: Description, Progress (%), Notes.</w:t>
      </w:r>
    </w:p>
    <w:p w:rsidR="007E715F" w:rsidRDefault="00D52D88">
      <w:pPr>
        <w:spacing w:after="60"/>
        <w:ind w:left="461" w:hanging="461"/>
      </w:pPr>
      <w:r>
        <w:rPr>
          <w:b/>
          <w:color w:val="0E9F6E"/>
        </w:rPr>
        <w:t xml:space="preserve">4.  </w:t>
      </w:r>
      <w:r>
        <w:t xml:space="preserve">Make the selections the form asks for: Meeting, Assign </w:t>
      </w:r>
      <w:r>
        <w:t>To, Priority.</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793229" cy="402336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meetings-action-items.png"/>
                    <pic:cNvPicPr/>
                  </pic:nvPicPr>
                  <pic:blipFill>
                    <a:blip r:embed="rId149"/>
                    <a:stretch>
                      <a:fillRect/>
                    </a:stretch>
                  </pic:blipFill>
                  <pic:spPr>
                    <a:xfrm>
                      <a:off x="0" y="0"/>
                      <a:ext cx="2793229" cy="4023360"/>
                    </a:xfrm>
                    <a:prstGeom prst="rect">
                      <a:avLst/>
                    </a:prstGeom>
                    <a:ln w="9525">
                      <a:solidFill>
                        <a:srgbClr val="D8DCE3"/>
                      </a:solidFill>
                    </a:ln>
                  </pic:spPr>
                </pic:pic>
              </a:graphicData>
            </a:graphic>
          </wp:inline>
        </w:drawing>
      </w:r>
    </w:p>
    <w:p w:rsidR="007E715F" w:rsidRDefault="00D52D88">
      <w:pPr>
        <w:pStyle w:val="Caption"/>
        <w:jc w:val="center"/>
      </w:pPr>
      <w:bookmarkStart w:id="261" w:name="_Toc23742016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140</w:t>
      </w:r>
      <w:r>
        <w:rPr>
          <w:color w:val="6B7280"/>
        </w:rPr>
        <w:fldChar w:fldCharType="end"/>
      </w:r>
      <w:r>
        <w:rPr>
          <w:b w:val="0"/>
          <w:color w:val="6B7280"/>
        </w:rPr>
        <w:t>: The Add Action Item form</w:t>
      </w:r>
      <w:bookmarkEnd w:id="261"/>
    </w:p>
    <w:p w:rsidR="007E715F" w:rsidRDefault="00D52D88">
      <w:pPr>
        <w:pStyle w:val="Heading3"/>
        <w:pageBreakBefore/>
        <w:spacing w:before="0"/>
      </w:pPr>
      <w:bookmarkStart w:id="262" w:name="_Toc237419996"/>
      <w:r>
        <w:lastRenderedPageBreak/>
        <w:t>19.7 Calendar</w:t>
      </w:r>
      <w:bookmarkEnd w:id="262"/>
    </w:p>
    <w:p w:rsidR="007E715F" w:rsidRDefault="00D52D88">
      <w:r>
        <w:t>One month view of everything dated in the system: holidays, leave, meetings, interviews and training sessions. Us</w:t>
      </w:r>
      <w:r>
        <w:t>e it to see what is happening before scheduling anything new.</w:t>
      </w:r>
    </w:p>
    <w:p w:rsidR="007E715F" w:rsidRDefault="00D52D88">
      <w:pPr>
        <w:spacing w:before="120" w:after="80"/>
        <w:jc w:val="center"/>
      </w:pPr>
      <w:r>
        <w:rPr>
          <w:noProof/>
        </w:rPr>
        <w:drawing>
          <wp:inline distT="0" distB="0" distL="0" distR="0">
            <wp:extent cx="5760720" cy="36004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calendar.jpg"/>
                    <pic:cNvPicPr/>
                  </pic:nvPicPr>
                  <pic:blipFill>
                    <a:blip r:embed="rId150"/>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63" w:name="_Toc23742016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141</w:t>
      </w:r>
      <w:r>
        <w:rPr>
          <w:color w:val="6B7280"/>
        </w:rPr>
        <w:fldChar w:fldCharType="end"/>
      </w:r>
      <w:r>
        <w:rPr>
          <w:b w:val="0"/>
          <w:color w:val="6B7280"/>
        </w:rPr>
        <w:t>: The Calendar page</w:t>
      </w:r>
      <w:bookmarkEnd w:id="26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Sun Mon Tue Wed Thu Fri Sat, Sun, Mon, Tue, Wed, Thu, Fri, Sat</w:t>
      </w:r>
    </w:p>
    <w:p w:rsidR="007E715F" w:rsidRDefault="00D52D88">
      <w:pPr>
        <w:spacing w:after="80"/>
        <w:ind w:left="144"/>
      </w:pPr>
      <w:r>
        <w:rPr>
          <w:b/>
          <w:sz w:val="19"/>
        </w:rPr>
        <w:t xml:space="preserve">Actions on this page: </w:t>
      </w:r>
      <w:r>
        <w:rPr>
          <w:sz w:val="19"/>
        </w:rPr>
        <w:t>today, mon</w:t>
      </w:r>
      <w:r>
        <w:rPr>
          <w:sz w:val="19"/>
        </w:rPr>
        <w:t>th, week, day</w:t>
      </w:r>
    </w:p>
    <w:p w:rsidR="007E715F" w:rsidRDefault="00D52D88">
      <w:pPr>
        <w:pStyle w:val="Heading3"/>
        <w:pageBreakBefore/>
        <w:spacing w:before="0"/>
      </w:pPr>
      <w:bookmarkStart w:id="264" w:name="_Toc237419997"/>
      <w:r>
        <w:lastRenderedPageBreak/>
        <w:t>19.8 Media Library</w:t>
      </w:r>
      <w:bookmarkEnd w:id="264"/>
    </w:p>
    <w:p w:rsidR="007E715F" w:rsidRDefault="00D52D88">
      <w:r>
        <w:t>Every file uploaded anywhere in the system, in one place. Useful for finding a document when you remember the file but not the record it was attached to.</w:t>
      </w:r>
    </w:p>
    <w:p w:rsidR="007E715F" w:rsidRDefault="00D52D88">
      <w:pPr>
        <w:spacing w:before="120" w:after="80"/>
        <w:jc w:val="center"/>
      </w:pPr>
      <w:r>
        <w:rPr>
          <w:noProof/>
        </w:rPr>
        <w:drawing>
          <wp:inline distT="0" distB="0" distL="0" distR="0">
            <wp:extent cx="5760720" cy="36004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media-library.png"/>
                    <pic:cNvPicPr/>
                  </pic:nvPicPr>
                  <pic:blipFill>
                    <a:blip r:embed="rId151"/>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65" w:name="_Toc23742016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142</w:t>
      </w:r>
      <w:r>
        <w:rPr>
          <w:color w:val="6B7280"/>
        </w:rPr>
        <w:fldChar w:fldCharType="end"/>
      </w:r>
      <w:r>
        <w:rPr>
          <w:b w:val="0"/>
          <w:color w:val="6B7280"/>
        </w:rPr>
        <w:t>: The Media Library page</w:t>
      </w:r>
      <w:bookmarkEnd w:id="265"/>
    </w:p>
    <w:p w:rsidR="007E715F" w:rsidRDefault="00D52D88">
      <w:pPr>
        <w:spacing w:after="100"/>
        <w:ind w:left="144"/>
      </w:pPr>
      <w:r>
        <w:rPr>
          <w:b/>
          <w:color w:val="D7263D"/>
          <w:sz w:val="18"/>
        </w:rPr>
        <w:t xml:space="preserve">1 </w:t>
      </w:r>
      <w:r>
        <w:rPr>
          <w:color w:val="6B7280"/>
          <w:sz w:val="18"/>
        </w:rPr>
        <w:t xml:space="preserve">page </w:t>
      </w:r>
      <w:r>
        <w:rPr>
          <w:color w:val="6B7280"/>
          <w:sz w:val="18"/>
        </w:rPr>
        <w:t>title</w:t>
      </w:r>
    </w:p>
    <w:p w:rsidR="007E715F" w:rsidRDefault="00D52D88">
      <w:pPr>
        <w:spacing w:after="80"/>
        <w:ind w:left="144"/>
      </w:pPr>
      <w:r>
        <w:rPr>
          <w:b/>
          <w:sz w:val="19"/>
        </w:rPr>
        <w:t xml:space="preserve">Actions on this page: </w:t>
      </w:r>
      <w:r>
        <w:rPr>
          <w:sz w:val="19"/>
        </w:rPr>
        <w:t>Upload Media, All Files</w:t>
      </w:r>
    </w:p>
    <w:p w:rsidR="007E715F" w:rsidRDefault="00D52D88">
      <w:pPr>
        <w:pStyle w:val="Heading2"/>
        <w:pageBreakBefore/>
        <w:spacing w:before="0"/>
      </w:pPr>
      <w:bookmarkStart w:id="266" w:name="_Toc237419998"/>
      <w:r>
        <w:lastRenderedPageBreak/>
        <w:t>20. The Employee Record Over Time</w:t>
      </w:r>
      <w:bookmarkEnd w:id="266"/>
    </w:p>
    <w:p w:rsidR="007E715F" w:rsidRDefault="00D52D88">
      <w:r>
        <w:t>An employment is not static. This chapter covers everything that happens to a record between joining and leaving: recognition, advancement, movement, discipline and depar</w:t>
      </w:r>
      <w:r>
        <w:t>ture.</w:t>
      </w:r>
    </w:p>
    <w:p w:rsidR="007E715F" w:rsidRDefault="00D52D88">
      <w:r>
        <w:t>Each of these is a dated record rather than an edit to the employee, so the history survives. That is what makes it possible to answer, a year later, why someone's designation changed.</w:t>
      </w:r>
    </w:p>
    <w:p w:rsidR="007E715F" w:rsidRDefault="00D52D88">
      <w:pPr>
        <w:spacing w:after="80"/>
        <w:ind w:left="144"/>
      </w:pPr>
      <w:r>
        <w:rPr>
          <w:b/>
          <w:sz w:val="19"/>
        </w:rPr>
        <w:t xml:space="preserve">Pages in this chapter: </w:t>
      </w:r>
      <w:r>
        <w:rPr>
          <w:sz w:val="19"/>
        </w:rPr>
        <w:t>Award Types, Awards, Promotions, Transfers</w:t>
      </w:r>
      <w:r>
        <w:rPr>
          <w:sz w:val="19"/>
        </w:rPr>
        <w:t>, Trips, Warnings, Complaints, Resignations, Terminations, Holidays, Announcements</w:t>
      </w:r>
    </w:p>
    <w:p w:rsidR="007E715F" w:rsidRDefault="00D52D88">
      <w:pPr>
        <w:pStyle w:val="Heading3"/>
        <w:pageBreakBefore/>
        <w:spacing w:before="0"/>
      </w:pPr>
      <w:bookmarkStart w:id="267" w:name="_Toc237419999"/>
      <w:r>
        <w:lastRenderedPageBreak/>
        <w:t>20.1 Award Types</w:t>
      </w:r>
      <w:bookmarkEnd w:id="267"/>
    </w:p>
    <w:p w:rsidR="007E715F" w:rsidRDefault="00D52D88">
      <w:r>
        <w:t>A reference list. Entries created here become the options offered when you create an award. Setting these up once, before the records that use them, saves c</w:t>
      </w:r>
      <w:r>
        <w:t>orrecting the same choice repeatedly later.</w:t>
      </w:r>
    </w:p>
    <w:p w:rsidR="007E715F" w:rsidRDefault="00D52D88">
      <w:pPr>
        <w:spacing w:before="120" w:after="80"/>
        <w:jc w:val="center"/>
      </w:pPr>
      <w:r>
        <w:rPr>
          <w:noProof/>
        </w:rPr>
        <w:drawing>
          <wp:inline distT="0" distB="0" distL="0" distR="0">
            <wp:extent cx="5760720" cy="360045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ward-types.jpg"/>
                    <pic:cNvPicPr/>
                  </pic:nvPicPr>
                  <pic:blipFill>
                    <a:blip r:embed="rId15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68" w:name="_Toc23742016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143</w:t>
      </w:r>
      <w:r>
        <w:rPr>
          <w:color w:val="6B7280"/>
        </w:rPr>
        <w:fldChar w:fldCharType="end"/>
      </w:r>
      <w:r>
        <w:rPr>
          <w:b w:val="0"/>
          <w:color w:val="6B7280"/>
        </w:rPr>
        <w:t>: The Award Types page</w:t>
      </w:r>
      <w:bookmarkEnd w:id="26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Name, Description, Status, Created At, Actions</w:t>
      </w:r>
    </w:p>
    <w:p w:rsidR="007E715F" w:rsidRDefault="00D52D88">
      <w:pPr>
        <w:spacing w:after="80"/>
        <w:ind w:left="144"/>
      </w:pPr>
      <w:r>
        <w:rPr>
          <w:b/>
          <w:sz w:val="19"/>
        </w:rPr>
        <w:t xml:space="preserve">Actions on this page: </w:t>
      </w:r>
      <w:r>
        <w:rPr>
          <w:sz w:val="19"/>
        </w:rPr>
        <w:t>Add Award Type</w:t>
      </w:r>
    </w:p>
    <w:p w:rsidR="007E715F" w:rsidRDefault="00D52D88">
      <w:pPr>
        <w:spacing w:after="60"/>
        <w:ind w:left="461" w:hanging="461"/>
      </w:pPr>
      <w:r>
        <w:rPr>
          <w:b/>
          <w:color w:val="0E9F6E"/>
        </w:rPr>
        <w:t xml:space="preserve">1.  </w:t>
      </w:r>
      <w:r>
        <w:t>Choose Add Award Type at the top right. The form opens in a panel.</w:t>
      </w:r>
    </w:p>
    <w:p w:rsidR="007E715F" w:rsidRDefault="00D52D88">
      <w:pPr>
        <w:spacing w:after="60"/>
        <w:ind w:left="461" w:hanging="461"/>
      </w:pPr>
      <w:r>
        <w:rPr>
          <w:b/>
          <w:color w:val="0E9F6E"/>
        </w:rPr>
        <w:t xml:space="preserve">2.  </w:t>
      </w:r>
      <w:r>
        <w:t>Complete the required fields: Award Type Name.</w:t>
      </w:r>
    </w:p>
    <w:p w:rsidR="007E715F" w:rsidRDefault="00D52D88">
      <w:pPr>
        <w:spacing w:after="60"/>
        <w:ind w:left="461" w:hanging="461"/>
      </w:pPr>
      <w:r>
        <w:rPr>
          <w:b/>
          <w:color w:val="0E9F6E"/>
        </w:rPr>
        <w:t xml:space="preserve">3.  </w:t>
      </w:r>
      <w:r>
        <w:t>Fill in anything else that applies: Description.</w:t>
      </w:r>
    </w:p>
    <w:p w:rsidR="007E715F" w:rsidRDefault="00D52D88">
      <w:pPr>
        <w:spacing w:after="60"/>
        <w:ind w:left="461" w:hanging="461"/>
      </w:pPr>
      <w:r>
        <w:rPr>
          <w:b/>
          <w:color w:val="0E9F6E"/>
        </w:rPr>
        <w:t xml:space="preserve">4.  </w:t>
      </w:r>
      <w:r>
        <w:t>Choose Save. The new record appears in the list.</w:t>
      </w:r>
    </w:p>
    <w:p w:rsidR="007E715F" w:rsidRDefault="00D52D88">
      <w:pPr>
        <w:spacing w:before="120" w:after="80"/>
        <w:jc w:val="center"/>
      </w:pPr>
      <w:r>
        <w:rPr>
          <w:noProof/>
        </w:rPr>
        <w:lastRenderedPageBreak/>
        <w:drawing>
          <wp:inline distT="0" distB="0" distL="0" distR="0">
            <wp:extent cx="4218324" cy="402336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award-types.png"/>
                    <pic:cNvPicPr/>
                  </pic:nvPicPr>
                  <pic:blipFill>
                    <a:blip r:embed="rId153"/>
                    <a:stretch>
                      <a:fillRect/>
                    </a:stretch>
                  </pic:blipFill>
                  <pic:spPr>
                    <a:xfrm>
                      <a:off x="0" y="0"/>
                      <a:ext cx="4218324" cy="4023360"/>
                    </a:xfrm>
                    <a:prstGeom prst="rect">
                      <a:avLst/>
                    </a:prstGeom>
                    <a:ln w="9525">
                      <a:solidFill>
                        <a:srgbClr val="D8DCE3"/>
                      </a:solidFill>
                    </a:ln>
                  </pic:spPr>
                </pic:pic>
              </a:graphicData>
            </a:graphic>
          </wp:inline>
        </w:drawing>
      </w:r>
    </w:p>
    <w:p w:rsidR="007E715F" w:rsidRDefault="00D52D88">
      <w:pPr>
        <w:pStyle w:val="Caption"/>
        <w:jc w:val="center"/>
      </w:pPr>
      <w:bookmarkStart w:id="269" w:name="_Toc237420167"/>
      <w:r>
        <w:rPr>
          <w:color w:val="6B7280"/>
        </w:rPr>
        <w:t xml:space="preserve">Figure </w:t>
      </w:r>
      <w:r>
        <w:rPr>
          <w:color w:val="6B7280"/>
        </w:rPr>
        <w:fldChar w:fldCharType="begin"/>
      </w:r>
      <w:r>
        <w:rPr>
          <w:color w:val="6B7280"/>
        </w:rPr>
        <w:instrText xml:space="preserve"> SEQ Figure \* ARAB</w:instrText>
      </w:r>
      <w:r>
        <w:rPr>
          <w:color w:val="6B7280"/>
        </w:rPr>
        <w:instrText xml:space="preserve">IC </w:instrText>
      </w:r>
      <w:r>
        <w:rPr>
          <w:color w:val="6B7280"/>
        </w:rPr>
        <w:fldChar w:fldCharType="separate"/>
      </w:r>
      <w:r>
        <w:rPr>
          <w:noProof/>
          <w:color w:val="6B7280"/>
        </w:rPr>
        <w:t>144</w:t>
      </w:r>
      <w:r>
        <w:rPr>
          <w:color w:val="6B7280"/>
        </w:rPr>
        <w:fldChar w:fldCharType="end"/>
      </w:r>
      <w:r>
        <w:rPr>
          <w:b w:val="0"/>
          <w:color w:val="6B7280"/>
        </w:rPr>
        <w:t>: The Add Award Type form</w:t>
      </w:r>
      <w:bookmarkEnd w:id="269"/>
    </w:p>
    <w:p w:rsidR="007E715F" w:rsidRDefault="00D52D88">
      <w:pPr>
        <w:pStyle w:val="Heading3"/>
        <w:pageBreakBefore/>
        <w:spacing w:before="0"/>
      </w:pPr>
      <w:bookmarkStart w:id="270" w:name="_Toc237420000"/>
      <w:r>
        <w:lastRenderedPageBreak/>
        <w:t>20.2 Awards</w:t>
      </w:r>
      <w:bookmarkEnd w:id="270"/>
    </w:p>
    <w:p w:rsidR="007E715F" w:rsidRDefault="00D52D88">
      <w:r>
        <w:t>Recognition given to an employee — the award, the date, any gift and its value. Supporting files can be attached.</w:t>
      </w:r>
    </w:p>
    <w:p w:rsidR="007E715F" w:rsidRDefault="00D52D88">
      <w:pPr>
        <w:spacing w:before="120" w:after="80"/>
        <w:jc w:val="center"/>
      </w:pPr>
      <w:r>
        <w:rPr>
          <w:noProof/>
        </w:rPr>
        <w:drawing>
          <wp:inline distT="0" distB="0" distL="0" distR="0">
            <wp:extent cx="5760720" cy="36004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wards.png"/>
                    <pic:cNvPicPr/>
                  </pic:nvPicPr>
                  <pic:blipFill>
                    <a:blip r:embed="rId154"/>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71" w:name="_Toc23742016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145</w:t>
      </w:r>
      <w:r>
        <w:rPr>
          <w:color w:val="6B7280"/>
        </w:rPr>
        <w:fldChar w:fldCharType="end"/>
      </w:r>
      <w:r>
        <w:rPr>
          <w:b w:val="0"/>
          <w:color w:val="6B7280"/>
        </w:rPr>
        <w:t>: The Awards page</w:t>
      </w:r>
      <w:bookmarkEnd w:id="271"/>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Award Type, Award Date, Gift, Value, Files, Actions</w:t>
      </w:r>
    </w:p>
    <w:p w:rsidR="007E715F" w:rsidRDefault="00D52D88">
      <w:pPr>
        <w:spacing w:after="80"/>
        <w:ind w:left="144"/>
      </w:pPr>
      <w:r>
        <w:rPr>
          <w:b/>
          <w:sz w:val="19"/>
        </w:rPr>
        <w:t xml:space="preserve">Actions on this page: </w:t>
      </w:r>
      <w:r>
        <w:rPr>
          <w:sz w:val="19"/>
        </w:rPr>
        <w:t>Add Award</w:t>
      </w:r>
    </w:p>
    <w:p w:rsidR="007E715F" w:rsidRDefault="00D52D88">
      <w:pPr>
        <w:spacing w:after="60"/>
        <w:ind w:left="461" w:hanging="461"/>
      </w:pPr>
      <w:r>
        <w:rPr>
          <w:b/>
          <w:color w:val="0E9F6E"/>
        </w:rPr>
        <w:t xml:space="preserve">1.  </w:t>
      </w:r>
      <w:r>
        <w:t>Choose Add Award at the top right. The form opens in a panel.</w:t>
      </w:r>
    </w:p>
    <w:p w:rsidR="007E715F" w:rsidRDefault="00D52D88">
      <w:pPr>
        <w:spacing w:after="60"/>
        <w:ind w:left="461" w:hanging="461"/>
      </w:pPr>
      <w:r>
        <w:rPr>
          <w:b/>
          <w:color w:val="0E9F6E"/>
        </w:rPr>
        <w:t xml:space="preserve">2.  </w:t>
      </w:r>
      <w:r>
        <w:t>Complete the required fields: Award Date.</w:t>
      </w:r>
    </w:p>
    <w:p w:rsidR="007E715F" w:rsidRDefault="00D52D88">
      <w:pPr>
        <w:spacing w:after="60"/>
        <w:ind w:left="461" w:hanging="461"/>
      </w:pPr>
      <w:r>
        <w:rPr>
          <w:b/>
          <w:color w:val="0E9F6E"/>
        </w:rPr>
        <w:t xml:space="preserve">3.  </w:t>
      </w:r>
      <w:r>
        <w:t xml:space="preserve">Fill in anything </w:t>
      </w:r>
      <w:r>
        <w:t>else that applies: Gift, Monetary Value, Description, Select certificate file..., Select photo file....</w:t>
      </w:r>
    </w:p>
    <w:p w:rsidR="007E715F" w:rsidRDefault="00D52D88">
      <w:pPr>
        <w:spacing w:after="60"/>
        <w:ind w:left="461" w:hanging="461"/>
      </w:pPr>
      <w:r>
        <w:rPr>
          <w:b/>
          <w:color w:val="0E9F6E"/>
        </w:rPr>
        <w:t xml:space="preserve">4.  </w:t>
      </w:r>
      <w:r>
        <w:t>Make the selections the form asks for: Employee, Award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568102" cy="402336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awards.png"/>
                    <pic:cNvPicPr/>
                  </pic:nvPicPr>
                  <pic:blipFill>
                    <a:blip r:embed="rId155"/>
                    <a:stretch>
                      <a:fillRect/>
                    </a:stretch>
                  </pic:blipFill>
                  <pic:spPr>
                    <a:xfrm>
                      <a:off x="0" y="0"/>
                      <a:ext cx="2568102" cy="4023360"/>
                    </a:xfrm>
                    <a:prstGeom prst="rect">
                      <a:avLst/>
                    </a:prstGeom>
                    <a:ln w="9525">
                      <a:solidFill>
                        <a:srgbClr val="D8DCE3"/>
                      </a:solidFill>
                    </a:ln>
                  </pic:spPr>
                </pic:pic>
              </a:graphicData>
            </a:graphic>
          </wp:inline>
        </w:drawing>
      </w:r>
    </w:p>
    <w:p w:rsidR="007E715F" w:rsidRDefault="00D52D88">
      <w:pPr>
        <w:pStyle w:val="Caption"/>
        <w:jc w:val="center"/>
      </w:pPr>
      <w:bookmarkStart w:id="272" w:name="_Toc23742016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146</w:t>
      </w:r>
      <w:r>
        <w:rPr>
          <w:color w:val="6B7280"/>
        </w:rPr>
        <w:fldChar w:fldCharType="end"/>
      </w:r>
      <w:r>
        <w:rPr>
          <w:b w:val="0"/>
          <w:color w:val="6B7280"/>
        </w:rPr>
        <w:t>: The Add Award form</w:t>
      </w:r>
      <w:bookmarkEnd w:id="272"/>
    </w:p>
    <w:p w:rsidR="007E715F" w:rsidRDefault="00D52D88">
      <w:pPr>
        <w:pStyle w:val="Heading3"/>
        <w:pageBreakBefore/>
        <w:spacing w:before="0"/>
      </w:pPr>
      <w:bookmarkStart w:id="273" w:name="_Toc237420001"/>
      <w:r>
        <w:lastRenderedPageBreak/>
        <w:t>20.3 Promotions</w:t>
      </w:r>
      <w:bookmarkEnd w:id="273"/>
    </w:p>
    <w:p w:rsidR="007E715F" w:rsidRDefault="00D52D88">
      <w:r>
        <w:t>A record of an employee moving from one designation to another, with the date it was decided and the date it takes effect.</w:t>
      </w:r>
    </w:p>
    <w:p w:rsidR="007E715F" w:rsidRDefault="00D52D88">
      <w:pPr>
        <w:spacing w:before="120" w:after="80"/>
        <w:jc w:val="center"/>
      </w:pPr>
      <w:r>
        <w:rPr>
          <w:noProof/>
        </w:rPr>
        <w:drawing>
          <wp:inline distT="0" distB="0" distL="0" distR="0">
            <wp:extent cx="5760720" cy="36004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promotions.jpg"/>
                    <pic:cNvPicPr/>
                  </pic:nvPicPr>
                  <pic:blipFill>
                    <a:blip r:embed="rId15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74" w:name="_Toc23742017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147</w:t>
      </w:r>
      <w:r>
        <w:rPr>
          <w:color w:val="6B7280"/>
        </w:rPr>
        <w:fldChar w:fldCharType="end"/>
      </w:r>
      <w:r>
        <w:rPr>
          <w:b w:val="0"/>
          <w:color w:val="6B7280"/>
        </w:rPr>
        <w:t>: The Promotions page</w:t>
      </w:r>
      <w:bookmarkEnd w:id="274"/>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w:t>
      </w:r>
      <w:r>
        <w:rPr>
          <w:color w:val="6B7280"/>
          <w:sz w:val="18"/>
        </w:rPr>
        <w:t xml:space="preserve">·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Previous Designation, New Designation, Promotion Date, Effective Date, Salary Adjustment, Status, Document, Actions</w:t>
      </w:r>
    </w:p>
    <w:p w:rsidR="007E715F" w:rsidRDefault="00D52D88">
      <w:pPr>
        <w:spacing w:after="80"/>
        <w:ind w:left="144"/>
      </w:pPr>
      <w:r>
        <w:rPr>
          <w:b/>
          <w:sz w:val="19"/>
        </w:rPr>
        <w:t xml:space="preserve">Actions on this page: </w:t>
      </w:r>
      <w:r>
        <w:rPr>
          <w:sz w:val="19"/>
        </w:rPr>
        <w:t>Add Promotion</w:t>
      </w:r>
    </w:p>
    <w:p w:rsidR="007E715F" w:rsidRDefault="00D52D88">
      <w:pPr>
        <w:spacing w:after="60"/>
        <w:ind w:left="461" w:hanging="461"/>
      </w:pPr>
      <w:r>
        <w:rPr>
          <w:b/>
          <w:color w:val="0E9F6E"/>
        </w:rPr>
        <w:t xml:space="preserve">1.  </w:t>
      </w:r>
      <w:r>
        <w:t>Choose Add Promotion at the top right. The form opens in a</w:t>
      </w:r>
      <w:r>
        <w:t xml:space="preserve"> panel.</w:t>
      </w:r>
    </w:p>
    <w:p w:rsidR="007E715F" w:rsidRDefault="00D52D88">
      <w:pPr>
        <w:spacing w:after="60"/>
        <w:ind w:left="461" w:hanging="461"/>
      </w:pPr>
      <w:r>
        <w:rPr>
          <w:b/>
          <w:color w:val="0E9F6E"/>
        </w:rPr>
        <w:t xml:space="preserve">2.  </w:t>
      </w:r>
      <w:r>
        <w:t>Complete the required fields: Previous Designation, Promotion Date, Effective Date.</w:t>
      </w:r>
    </w:p>
    <w:p w:rsidR="007E715F" w:rsidRDefault="00D52D88">
      <w:pPr>
        <w:spacing w:after="60"/>
        <w:ind w:left="461" w:hanging="461"/>
      </w:pPr>
      <w:r>
        <w:rPr>
          <w:b/>
          <w:color w:val="0E9F6E"/>
        </w:rPr>
        <w:t xml:space="preserve">3.  </w:t>
      </w:r>
      <w:r>
        <w:t>Fill in anything else that applies: Salary Adjustment, Reason for Promotion, Select document file....</w:t>
      </w:r>
    </w:p>
    <w:p w:rsidR="007E715F" w:rsidRDefault="00D52D88">
      <w:pPr>
        <w:spacing w:after="60"/>
        <w:ind w:left="461" w:hanging="461"/>
      </w:pPr>
      <w:r>
        <w:rPr>
          <w:b/>
          <w:color w:val="0E9F6E"/>
        </w:rPr>
        <w:t xml:space="preserve">4.  </w:t>
      </w:r>
      <w:r>
        <w:t>Make the selections the form asks for: Employee, N</w:t>
      </w:r>
      <w:r>
        <w:t>ew Designation.</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promotions.png"/>
                    <pic:cNvPicPr/>
                  </pic:nvPicPr>
                  <pic:blipFill>
                    <a:blip r:embed="rId157"/>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275" w:name="_Toc23742017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148</w:t>
      </w:r>
      <w:r>
        <w:rPr>
          <w:color w:val="6B7280"/>
        </w:rPr>
        <w:fldChar w:fldCharType="end"/>
      </w:r>
      <w:r>
        <w:rPr>
          <w:b w:val="0"/>
          <w:color w:val="6B7280"/>
        </w:rPr>
        <w:t>: The Add Promotion form</w:t>
      </w:r>
      <w:bookmarkEnd w:id="275"/>
    </w:p>
    <w:p w:rsidR="007E715F" w:rsidRDefault="00D52D88">
      <w:pPr>
        <w:pStyle w:val="Heading3"/>
        <w:pageBreakBefore/>
        <w:spacing w:before="0"/>
      </w:pPr>
      <w:bookmarkStart w:id="276" w:name="_Toc237420002"/>
      <w:r>
        <w:lastRenderedPageBreak/>
        <w:t>20.4 Transfers</w:t>
      </w:r>
      <w:bookmarkEnd w:id="276"/>
    </w:p>
    <w:p w:rsidR="007E715F" w:rsidRDefault="00D52D88">
      <w:r>
        <w:t xml:space="preserve">Movements between branches or departments, showing where the employee came from, where they went, and when it </w:t>
      </w:r>
      <w:r>
        <w:t>takes effect.</w:t>
      </w:r>
    </w:p>
    <w:p w:rsidR="007E715F" w:rsidRDefault="00D52D88">
      <w:pPr>
        <w:spacing w:before="120" w:after="80"/>
        <w:jc w:val="center"/>
      </w:pPr>
      <w:r>
        <w:rPr>
          <w:noProof/>
        </w:rPr>
        <w:drawing>
          <wp:inline distT="0" distB="0" distL="0" distR="0">
            <wp:extent cx="5760720" cy="3648456"/>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ansfers.jpg"/>
                    <pic:cNvPicPr/>
                  </pic:nvPicPr>
                  <pic:blipFill>
                    <a:blip r:embed="rId158"/>
                    <a:stretch>
                      <a:fillRect/>
                    </a:stretch>
                  </pic:blipFill>
                  <pic:spPr>
                    <a:xfrm>
                      <a:off x="0" y="0"/>
                      <a:ext cx="5760720" cy="3648456"/>
                    </a:xfrm>
                    <a:prstGeom prst="rect">
                      <a:avLst/>
                    </a:prstGeom>
                    <a:ln w="9525">
                      <a:solidFill>
                        <a:srgbClr val="D8DCE3"/>
                      </a:solidFill>
                    </a:ln>
                  </pic:spPr>
                </pic:pic>
              </a:graphicData>
            </a:graphic>
          </wp:inline>
        </w:drawing>
      </w:r>
    </w:p>
    <w:p w:rsidR="007E715F" w:rsidRDefault="00D52D88">
      <w:pPr>
        <w:pStyle w:val="Caption"/>
        <w:jc w:val="center"/>
      </w:pPr>
      <w:bookmarkStart w:id="277" w:name="_Toc23742017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149</w:t>
      </w:r>
      <w:r>
        <w:rPr>
          <w:color w:val="6B7280"/>
        </w:rPr>
        <w:fldChar w:fldCharType="end"/>
      </w:r>
      <w:r>
        <w:rPr>
          <w:b w:val="0"/>
          <w:color w:val="6B7280"/>
        </w:rPr>
        <w:t>: The Transfers page</w:t>
      </w:r>
      <w:bookmarkEnd w:id="27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Transfer Type, From → To, Transfer Date, Effective Date, Status, Documents, Actions</w:t>
      </w:r>
    </w:p>
    <w:p w:rsidR="007E715F" w:rsidRDefault="00D52D88">
      <w:pPr>
        <w:spacing w:after="80"/>
        <w:ind w:left="144"/>
      </w:pPr>
      <w:r>
        <w:rPr>
          <w:b/>
          <w:sz w:val="19"/>
        </w:rPr>
        <w:t xml:space="preserve">Actions on this page: </w:t>
      </w:r>
      <w:r>
        <w:rPr>
          <w:sz w:val="19"/>
        </w:rPr>
        <w:t>Add Transfer, View Document</w:t>
      </w:r>
    </w:p>
    <w:p w:rsidR="007E715F" w:rsidRDefault="00D52D88">
      <w:pPr>
        <w:spacing w:after="60"/>
        <w:ind w:left="461" w:hanging="461"/>
      </w:pPr>
      <w:r>
        <w:rPr>
          <w:b/>
          <w:color w:val="0E9F6E"/>
        </w:rPr>
        <w:t xml:space="preserve">1.  </w:t>
      </w:r>
      <w:r>
        <w:t>Choose Add Transfer at the top right. The form opens in a panel.</w:t>
      </w:r>
    </w:p>
    <w:p w:rsidR="007E715F" w:rsidRDefault="00D52D88">
      <w:pPr>
        <w:spacing w:after="60"/>
        <w:ind w:left="461" w:hanging="461"/>
      </w:pPr>
      <w:r>
        <w:rPr>
          <w:b/>
          <w:color w:val="0E9F6E"/>
        </w:rPr>
        <w:t xml:space="preserve">2.  </w:t>
      </w:r>
      <w:r>
        <w:t>Complete the required fields: Transfer Date, Effective Date.</w:t>
      </w:r>
    </w:p>
    <w:p w:rsidR="007E715F" w:rsidRDefault="00D52D88">
      <w:pPr>
        <w:spacing w:after="60"/>
        <w:ind w:left="461" w:hanging="461"/>
      </w:pPr>
      <w:r>
        <w:rPr>
          <w:b/>
          <w:color w:val="0E9F6E"/>
        </w:rPr>
        <w:t xml:space="preserve">3.  </w:t>
      </w:r>
      <w:r>
        <w:t>Fill in anything else that applies: To Branch, To Department, To Designation, Reason, Sele</w:t>
      </w:r>
      <w:r>
        <w:t>ct document file....</w:t>
      </w:r>
    </w:p>
    <w:p w:rsidR="007E715F" w:rsidRDefault="00D52D88">
      <w:pPr>
        <w:spacing w:after="60"/>
        <w:ind w:left="461" w:hanging="461"/>
      </w:pPr>
      <w:r>
        <w:rPr>
          <w:b/>
          <w:color w:val="0E9F6E"/>
        </w:rPr>
        <w:t xml:space="preserve">4.  </w:t>
      </w:r>
      <w:r>
        <w:t>Make the selections the form asks for: Employee.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568102" cy="402336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ransfers.png"/>
                    <pic:cNvPicPr/>
                  </pic:nvPicPr>
                  <pic:blipFill>
                    <a:blip r:embed="rId159"/>
                    <a:stretch>
                      <a:fillRect/>
                    </a:stretch>
                  </pic:blipFill>
                  <pic:spPr>
                    <a:xfrm>
                      <a:off x="0" y="0"/>
                      <a:ext cx="2568102" cy="4023360"/>
                    </a:xfrm>
                    <a:prstGeom prst="rect">
                      <a:avLst/>
                    </a:prstGeom>
                    <a:ln w="9525">
                      <a:solidFill>
                        <a:srgbClr val="D8DCE3"/>
                      </a:solidFill>
                    </a:ln>
                  </pic:spPr>
                </pic:pic>
              </a:graphicData>
            </a:graphic>
          </wp:inline>
        </w:drawing>
      </w:r>
    </w:p>
    <w:p w:rsidR="007E715F" w:rsidRDefault="00D52D88">
      <w:pPr>
        <w:pStyle w:val="Caption"/>
        <w:jc w:val="center"/>
      </w:pPr>
      <w:bookmarkStart w:id="278" w:name="_Toc23742017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150</w:t>
      </w:r>
      <w:r>
        <w:rPr>
          <w:color w:val="6B7280"/>
        </w:rPr>
        <w:fldChar w:fldCharType="end"/>
      </w:r>
      <w:r>
        <w:rPr>
          <w:b w:val="0"/>
          <w:color w:val="6B7280"/>
        </w:rPr>
        <w:t>: The Add Transfer form</w:t>
      </w:r>
      <w:bookmarkEnd w:id="278"/>
    </w:p>
    <w:p w:rsidR="007E715F" w:rsidRDefault="00D52D88">
      <w:pPr>
        <w:pStyle w:val="Heading3"/>
        <w:pageBreakBefore/>
        <w:spacing w:before="0"/>
      </w:pPr>
      <w:bookmarkStart w:id="279" w:name="_Toc237420003"/>
      <w:r>
        <w:lastRenderedPageBreak/>
        <w:t>20.5 Trips</w:t>
      </w:r>
      <w:bookmarkEnd w:id="279"/>
    </w:p>
    <w:p w:rsidR="007E715F" w:rsidRDefault="00D52D88">
      <w:r>
        <w:t>Business travel: who travelled, why, where, and between whi</w:t>
      </w:r>
      <w:r>
        <w:t>ch dates.</w:t>
      </w:r>
    </w:p>
    <w:p w:rsidR="007E715F" w:rsidRDefault="00D52D88">
      <w:pPr>
        <w:spacing w:before="120" w:after="80"/>
        <w:jc w:val="center"/>
      </w:pPr>
      <w:r>
        <w:rPr>
          <w:noProof/>
        </w:rPr>
        <w:drawing>
          <wp:inline distT="0" distB="0" distL="0" distR="0">
            <wp:extent cx="5760720" cy="3904488"/>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rips.jpg"/>
                    <pic:cNvPicPr/>
                  </pic:nvPicPr>
                  <pic:blipFill>
                    <a:blip r:embed="rId160"/>
                    <a:stretch>
                      <a:fillRect/>
                    </a:stretch>
                  </pic:blipFill>
                  <pic:spPr>
                    <a:xfrm>
                      <a:off x="0" y="0"/>
                      <a:ext cx="5760720" cy="3904488"/>
                    </a:xfrm>
                    <a:prstGeom prst="rect">
                      <a:avLst/>
                    </a:prstGeom>
                    <a:ln w="9525">
                      <a:solidFill>
                        <a:srgbClr val="D8DCE3"/>
                      </a:solidFill>
                    </a:ln>
                  </pic:spPr>
                </pic:pic>
              </a:graphicData>
            </a:graphic>
          </wp:inline>
        </w:drawing>
      </w:r>
    </w:p>
    <w:p w:rsidR="007E715F" w:rsidRDefault="00D52D88">
      <w:pPr>
        <w:pStyle w:val="Caption"/>
        <w:jc w:val="center"/>
      </w:pPr>
      <w:bookmarkStart w:id="280" w:name="_Toc23742017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151</w:t>
      </w:r>
      <w:r>
        <w:rPr>
          <w:color w:val="6B7280"/>
        </w:rPr>
        <w:fldChar w:fldCharType="end"/>
      </w:r>
      <w:r>
        <w:rPr>
          <w:b w:val="0"/>
          <w:color w:val="6B7280"/>
        </w:rPr>
        <w:t>: The Trips page</w:t>
      </w:r>
      <w:bookmarkEnd w:id="28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Purpose, Destination, Start Date, End Date, Status, Advance, Expenses, Actions</w:t>
      </w:r>
    </w:p>
    <w:p w:rsidR="007E715F" w:rsidRDefault="00D52D88">
      <w:pPr>
        <w:spacing w:after="80"/>
        <w:ind w:left="144"/>
      </w:pPr>
      <w:r>
        <w:rPr>
          <w:b/>
          <w:sz w:val="19"/>
        </w:rPr>
        <w:t xml:space="preserve">Actions on this page: </w:t>
      </w:r>
      <w:r>
        <w:rPr>
          <w:sz w:val="19"/>
        </w:rPr>
        <w:t>Add Trip, Exp</w:t>
      </w:r>
      <w:r>
        <w:rPr>
          <w:sz w:val="19"/>
        </w:rPr>
        <w:t>enses, Documents</w:t>
      </w:r>
    </w:p>
    <w:p w:rsidR="007E715F" w:rsidRDefault="00D52D88">
      <w:pPr>
        <w:spacing w:after="60"/>
        <w:ind w:left="461" w:hanging="461"/>
      </w:pPr>
      <w:r>
        <w:rPr>
          <w:b/>
          <w:color w:val="0E9F6E"/>
        </w:rPr>
        <w:t xml:space="preserve">1.  </w:t>
      </w:r>
      <w:r>
        <w:t>Choose Add Trip at the top right. The form opens in a panel.</w:t>
      </w:r>
    </w:p>
    <w:p w:rsidR="007E715F" w:rsidRDefault="00D52D88">
      <w:pPr>
        <w:spacing w:after="60"/>
        <w:ind w:left="461" w:hanging="461"/>
      </w:pPr>
      <w:r>
        <w:rPr>
          <w:b/>
          <w:color w:val="0E9F6E"/>
        </w:rPr>
        <w:t xml:space="preserve">2.  </w:t>
      </w:r>
      <w:r>
        <w:t>Complete the required fields: Purpose, Destination, Start Date, End Date.</w:t>
      </w:r>
    </w:p>
    <w:p w:rsidR="007E715F" w:rsidRDefault="00D52D88">
      <w:pPr>
        <w:spacing w:after="60"/>
        <w:ind w:left="461" w:hanging="461"/>
      </w:pPr>
      <w:r>
        <w:rPr>
          <w:b/>
          <w:color w:val="0E9F6E"/>
        </w:rPr>
        <w:t xml:space="preserve">3.  </w:t>
      </w:r>
      <w:r>
        <w:t>Fill in anything else that applies: Description, Expected Outcomes, Select document file...,</w:t>
      </w:r>
      <w:r>
        <w:t xml:space="preserve"> Advance Amount.</w:t>
      </w:r>
    </w:p>
    <w:p w:rsidR="007E715F" w:rsidRDefault="00D52D88">
      <w:pPr>
        <w:spacing w:after="60"/>
        <w:ind w:left="461" w:hanging="461"/>
      </w:pPr>
      <w:r>
        <w:rPr>
          <w:b/>
          <w:color w:val="0E9F6E"/>
        </w:rPr>
        <w:t xml:space="preserve">4.  </w:t>
      </w:r>
      <w:r>
        <w:t>Make the selections the form asks for: Employee.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497257" cy="40233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rips.png"/>
                    <pic:cNvPicPr/>
                  </pic:nvPicPr>
                  <pic:blipFill>
                    <a:blip r:embed="rId161"/>
                    <a:stretch>
                      <a:fillRect/>
                    </a:stretch>
                  </pic:blipFill>
                  <pic:spPr>
                    <a:xfrm>
                      <a:off x="0" y="0"/>
                      <a:ext cx="2497257" cy="4023360"/>
                    </a:xfrm>
                    <a:prstGeom prst="rect">
                      <a:avLst/>
                    </a:prstGeom>
                    <a:ln w="9525">
                      <a:solidFill>
                        <a:srgbClr val="D8DCE3"/>
                      </a:solidFill>
                    </a:ln>
                  </pic:spPr>
                </pic:pic>
              </a:graphicData>
            </a:graphic>
          </wp:inline>
        </w:drawing>
      </w:r>
    </w:p>
    <w:p w:rsidR="007E715F" w:rsidRDefault="00D52D88">
      <w:pPr>
        <w:pStyle w:val="Caption"/>
        <w:jc w:val="center"/>
      </w:pPr>
      <w:bookmarkStart w:id="281" w:name="_Toc23742017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152</w:t>
      </w:r>
      <w:r>
        <w:rPr>
          <w:color w:val="6B7280"/>
        </w:rPr>
        <w:fldChar w:fldCharType="end"/>
      </w:r>
      <w:r>
        <w:rPr>
          <w:b w:val="0"/>
          <w:color w:val="6B7280"/>
        </w:rPr>
        <w:t>: The Add Trip form</w:t>
      </w:r>
      <w:bookmarkEnd w:id="281"/>
    </w:p>
    <w:p w:rsidR="007E715F" w:rsidRDefault="00D52D88">
      <w:pPr>
        <w:pStyle w:val="Heading3"/>
        <w:pageBreakBefore/>
        <w:spacing w:before="0"/>
      </w:pPr>
      <w:bookmarkStart w:id="282" w:name="_Toc237420004"/>
      <w:r>
        <w:lastRenderedPageBreak/>
        <w:t>20.6 Warnings</w:t>
      </w:r>
      <w:bookmarkEnd w:id="282"/>
    </w:p>
    <w:p w:rsidR="007E715F" w:rsidRDefault="00D52D88">
      <w:r>
        <w:t xml:space="preserve">Formal disciplinary warnings, with a type, a severity and a </w:t>
      </w:r>
      <w:r>
        <w:t>status, so a documented history exists before any termination decision.</w:t>
      </w:r>
    </w:p>
    <w:p w:rsidR="007E715F" w:rsidRDefault="00D52D88">
      <w:pPr>
        <w:spacing w:before="120" w:after="80"/>
        <w:jc w:val="center"/>
      </w:pPr>
      <w:r>
        <w:rPr>
          <w:noProof/>
        </w:rPr>
        <w:drawing>
          <wp:inline distT="0" distB="0" distL="0" distR="0">
            <wp:extent cx="5760720" cy="3667658"/>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warnings.jpg"/>
                    <pic:cNvPicPr/>
                  </pic:nvPicPr>
                  <pic:blipFill>
                    <a:blip r:embed="rId162"/>
                    <a:stretch>
                      <a:fillRect/>
                    </a:stretch>
                  </pic:blipFill>
                  <pic:spPr>
                    <a:xfrm>
                      <a:off x="0" y="0"/>
                      <a:ext cx="5760720" cy="3667658"/>
                    </a:xfrm>
                    <a:prstGeom prst="rect">
                      <a:avLst/>
                    </a:prstGeom>
                    <a:ln w="9525">
                      <a:solidFill>
                        <a:srgbClr val="D8DCE3"/>
                      </a:solidFill>
                    </a:ln>
                  </pic:spPr>
                </pic:pic>
              </a:graphicData>
            </a:graphic>
          </wp:inline>
        </w:drawing>
      </w:r>
    </w:p>
    <w:p w:rsidR="007E715F" w:rsidRDefault="00D52D88">
      <w:pPr>
        <w:pStyle w:val="Caption"/>
        <w:jc w:val="center"/>
      </w:pPr>
      <w:bookmarkStart w:id="283" w:name="_Toc23742017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153</w:t>
      </w:r>
      <w:r>
        <w:rPr>
          <w:color w:val="6B7280"/>
        </w:rPr>
        <w:fldChar w:fldCharType="end"/>
      </w:r>
      <w:r>
        <w:rPr>
          <w:b w:val="0"/>
          <w:color w:val="6B7280"/>
        </w:rPr>
        <w:t>: The Warnings page</w:t>
      </w:r>
      <w:bookmarkEnd w:id="283"/>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Subject, Type, Severity, Date, Status, Improvemen</w:t>
      </w:r>
      <w:r>
        <w:rPr>
          <w:sz w:val="19"/>
        </w:rPr>
        <w:t>t Plan, Documents, Actions</w:t>
      </w:r>
    </w:p>
    <w:p w:rsidR="007E715F" w:rsidRDefault="00D52D88">
      <w:pPr>
        <w:spacing w:after="80"/>
        <w:ind w:left="144"/>
      </w:pPr>
      <w:r>
        <w:rPr>
          <w:b/>
          <w:sz w:val="19"/>
        </w:rPr>
        <w:t xml:space="preserve">Actions on this page: </w:t>
      </w:r>
      <w:r>
        <w:rPr>
          <w:sz w:val="19"/>
        </w:rPr>
        <w:t>Add Warning</w:t>
      </w:r>
    </w:p>
    <w:p w:rsidR="007E715F" w:rsidRDefault="00D52D88">
      <w:pPr>
        <w:spacing w:after="60"/>
        <w:ind w:left="461" w:hanging="461"/>
      </w:pPr>
      <w:r>
        <w:rPr>
          <w:b/>
          <w:color w:val="0E9F6E"/>
        </w:rPr>
        <w:t xml:space="preserve">1.  </w:t>
      </w:r>
      <w:r>
        <w:t>Choose Add Warning at the top right. The form opens in a panel.</w:t>
      </w:r>
    </w:p>
    <w:p w:rsidR="007E715F" w:rsidRDefault="00D52D88">
      <w:pPr>
        <w:spacing w:after="60"/>
        <w:ind w:left="461" w:hanging="461"/>
      </w:pPr>
      <w:r>
        <w:rPr>
          <w:b/>
          <w:color w:val="0E9F6E"/>
        </w:rPr>
        <w:t xml:space="preserve">2.  </w:t>
      </w:r>
      <w:r>
        <w:t>Complete the required fields: Subject, Warning Date.</w:t>
      </w:r>
    </w:p>
    <w:p w:rsidR="007E715F" w:rsidRDefault="00D52D88">
      <w:pPr>
        <w:spacing w:after="60"/>
        <w:ind w:left="461" w:hanging="461"/>
      </w:pPr>
      <w:r>
        <w:rPr>
          <w:b/>
          <w:color w:val="0E9F6E"/>
        </w:rPr>
        <w:t xml:space="preserve">3.  </w:t>
      </w:r>
      <w:r>
        <w:t>Fill in anything else that applies: Description, Select document f</w:t>
      </w:r>
      <w:r>
        <w:t>ile..., Expiry Date, Has Improvement Plan, Improvement Plan Goals, Improvement Plan Start Date, Improvement Plan End Date.</w:t>
      </w:r>
    </w:p>
    <w:p w:rsidR="007E715F" w:rsidRDefault="00D52D88">
      <w:pPr>
        <w:spacing w:after="60"/>
        <w:ind w:left="461" w:hanging="461"/>
      </w:pPr>
      <w:r>
        <w:rPr>
          <w:b/>
          <w:color w:val="0E9F6E"/>
        </w:rPr>
        <w:t xml:space="preserve">4.  </w:t>
      </w:r>
      <w:r>
        <w:t>Make the selections the form asks for: Employee, Warning By, Warning Type, Severity.</w:t>
      </w:r>
    </w:p>
    <w:p w:rsidR="007E715F" w:rsidRDefault="00D52D88">
      <w:pPr>
        <w:spacing w:after="60"/>
        <w:ind w:left="461" w:hanging="461"/>
      </w:pPr>
      <w:r>
        <w:rPr>
          <w:b/>
          <w:color w:val="0E9F6E"/>
        </w:rPr>
        <w:t xml:space="preserve">5.  </w:t>
      </w:r>
      <w:r>
        <w:t>Choose Save. The new record appears in t</w:t>
      </w:r>
      <w:r>
        <w:t>he list.</w:t>
      </w:r>
    </w:p>
    <w:p w:rsidR="007E715F" w:rsidRDefault="00D52D88">
      <w:pPr>
        <w:spacing w:before="120" w:after="80"/>
        <w:jc w:val="center"/>
      </w:pPr>
      <w:r>
        <w:rPr>
          <w:noProof/>
        </w:rPr>
        <w:lastRenderedPageBreak/>
        <w:drawing>
          <wp:inline distT="0" distB="0" distL="0" distR="0">
            <wp:extent cx="1708846" cy="402336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warnings.png"/>
                    <pic:cNvPicPr/>
                  </pic:nvPicPr>
                  <pic:blipFill>
                    <a:blip r:embed="rId163"/>
                    <a:stretch>
                      <a:fillRect/>
                    </a:stretch>
                  </pic:blipFill>
                  <pic:spPr>
                    <a:xfrm>
                      <a:off x="0" y="0"/>
                      <a:ext cx="1708846" cy="4023360"/>
                    </a:xfrm>
                    <a:prstGeom prst="rect">
                      <a:avLst/>
                    </a:prstGeom>
                    <a:ln w="9525">
                      <a:solidFill>
                        <a:srgbClr val="D8DCE3"/>
                      </a:solidFill>
                    </a:ln>
                  </pic:spPr>
                </pic:pic>
              </a:graphicData>
            </a:graphic>
          </wp:inline>
        </w:drawing>
      </w:r>
    </w:p>
    <w:p w:rsidR="007E715F" w:rsidRDefault="00D52D88">
      <w:pPr>
        <w:pStyle w:val="Caption"/>
        <w:jc w:val="center"/>
      </w:pPr>
      <w:bookmarkStart w:id="284" w:name="_Toc23742017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154</w:t>
      </w:r>
      <w:r>
        <w:rPr>
          <w:color w:val="6B7280"/>
        </w:rPr>
        <w:fldChar w:fldCharType="end"/>
      </w:r>
      <w:r>
        <w:rPr>
          <w:b w:val="0"/>
          <w:color w:val="6B7280"/>
        </w:rPr>
        <w:t>: The Add Warning form</w:t>
      </w:r>
      <w:bookmarkEnd w:id="284"/>
    </w:p>
    <w:p w:rsidR="007E715F" w:rsidRDefault="00D52D88">
      <w:pPr>
        <w:pStyle w:val="Heading3"/>
        <w:pageBreakBefore/>
        <w:spacing w:before="0"/>
      </w:pPr>
      <w:bookmarkStart w:id="285" w:name="_Toc237420005"/>
      <w:r>
        <w:lastRenderedPageBreak/>
        <w:t>20.7 Complaints</w:t>
      </w:r>
      <w:bookmarkEnd w:id="285"/>
    </w:p>
    <w:p w:rsidR="007E715F" w:rsidRDefault="00D52D88">
      <w:r>
        <w:t>Grievances raised by one person about another, with the type, subject and current status. The complainant and the person complained about are both recorded.</w:t>
      </w:r>
    </w:p>
    <w:p w:rsidR="007E715F" w:rsidRDefault="00D52D88">
      <w:pPr>
        <w:spacing w:before="120" w:after="80"/>
        <w:jc w:val="center"/>
      </w:pPr>
      <w:r>
        <w:rPr>
          <w:noProof/>
        </w:rPr>
        <w:drawing>
          <wp:inline distT="0" distB="0" distL="0" distR="0">
            <wp:extent cx="5760720" cy="36004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complaints.jpg"/>
                    <pic:cNvPicPr/>
                  </pic:nvPicPr>
                  <pic:blipFill>
                    <a:blip r:embed="rId164"/>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86" w:name="_Toc23742017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155</w:t>
      </w:r>
      <w:r>
        <w:rPr>
          <w:color w:val="6B7280"/>
        </w:rPr>
        <w:fldChar w:fldCharType="end"/>
      </w:r>
      <w:r>
        <w:rPr>
          <w:b w:val="0"/>
          <w:color w:val="6B7280"/>
        </w:rPr>
        <w:t>: The Complaints page</w:t>
      </w:r>
      <w:bookmarkEnd w:id="286"/>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Complainant, Against, Type, Subject, Date, Status, Assigned To, Documents, Actions</w:t>
      </w:r>
    </w:p>
    <w:p w:rsidR="007E715F" w:rsidRDefault="00D52D88">
      <w:pPr>
        <w:spacing w:after="80"/>
        <w:ind w:left="144"/>
      </w:pPr>
      <w:r>
        <w:rPr>
          <w:b/>
          <w:sz w:val="19"/>
        </w:rPr>
        <w:t xml:space="preserve">Actions on this page: </w:t>
      </w:r>
      <w:r>
        <w:rPr>
          <w:sz w:val="19"/>
        </w:rPr>
        <w:t>Add Complaint, View Document</w:t>
      </w:r>
    </w:p>
    <w:p w:rsidR="007E715F" w:rsidRDefault="00D52D88">
      <w:pPr>
        <w:spacing w:after="60"/>
        <w:ind w:left="461" w:hanging="461"/>
      </w:pPr>
      <w:r>
        <w:rPr>
          <w:b/>
          <w:color w:val="0E9F6E"/>
        </w:rPr>
        <w:t xml:space="preserve">1.  </w:t>
      </w:r>
      <w:r>
        <w:t>Choose Add Complaint at the top right. The form opens in a panel.</w:t>
      </w:r>
    </w:p>
    <w:p w:rsidR="007E715F" w:rsidRDefault="00D52D88">
      <w:pPr>
        <w:spacing w:after="60"/>
        <w:ind w:left="461" w:hanging="461"/>
      </w:pPr>
      <w:r>
        <w:rPr>
          <w:b/>
          <w:color w:val="0E9F6E"/>
        </w:rPr>
        <w:t xml:space="preserve">2.  </w:t>
      </w:r>
      <w:r>
        <w:t>Complete the required fields: Subject, Complaint Date.</w:t>
      </w:r>
    </w:p>
    <w:p w:rsidR="007E715F" w:rsidRDefault="00D52D88">
      <w:pPr>
        <w:spacing w:after="60"/>
        <w:ind w:left="461" w:hanging="461"/>
      </w:pPr>
      <w:r>
        <w:rPr>
          <w:b/>
          <w:color w:val="0E9F6E"/>
        </w:rPr>
        <w:t xml:space="preserve">3.  </w:t>
      </w:r>
      <w:r>
        <w:t>Fill in anything else that applies: Against, Description, Select document file..., Submit Anonymously.</w:t>
      </w:r>
    </w:p>
    <w:p w:rsidR="007E715F" w:rsidRDefault="00D52D88">
      <w:pPr>
        <w:spacing w:after="60"/>
        <w:ind w:left="461" w:hanging="461"/>
      </w:pPr>
      <w:r>
        <w:rPr>
          <w:b/>
          <w:color w:val="0E9F6E"/>
        </w:rPr>
        <w:t xml:space="preserve">4.  </w:t>
      </w:r>
      <w:r>
        <w:t xml:space="preserve">Make the selections </w:t>
      </w:r>
      <w:r>
        <w:t>the form asks for: Complainant, Complaint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617607" cy="402336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complaints.png"/>
                    <pic:cNvPicPr/>
                  </pic:nvPicPr>
                  <pic:blipFill>
                    <a:blip r:embed="rId165"/>
                    <a:stretch>
                      <a:fillRect/>
                    </a:stretch>
                  </pic:blipFill>
                  <pic:spPr>
                    <a:xfrm>
                      <a:off x="0" y="0"/>
                      <a:ext cx="2617607" cy="4023360"/>
                    </a:xfrm>
                    <a:prstGeom prst="rect">
                      <a:avLst/>
                    </a:prstGeom>
                    <a:ln w="9525">
                      <a:solidFill>
                        <a:srgbClr val="D8DCE3"/>
                      </a:solidFill>
                    </a:ln>
                  </pic:spPr>
                </pic:pic>
              </a:graphicData>
            </a:graphic>
          </wp:inline>
        </w:drawing>
      </w:r>
    </w:p>
    <w:p w:rsidR="007E715F" w:rsidRDefault="00D52D88">
      <w:pPr>
        <w:pStyle w:val="Caption"/>
        <w:jc w:val="center"/>
      </w:pPr>
      <w:bookmarkStart w:id="287" w:name="_Toc237420179"/>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156</w:t>
      </w:r>
      <w:r>
        <w:rPr>
          <w:color w:val="6B7280"/>
        </w:rPr>
        <w:fldChar w:fldCharType="end"/>
      </w:r>
      <w:r>
        <w:rPr>
          <w:b w:val="0"/>
          <w:color w:val="6B7280"/>
        </w:rPr>
        <w:t>: The Add Complaint form</w:t>
      </w:r>
      <w:bookmarkEnd w:id="287"/>
    </w:p>
    <w:p w:rsidR="007E715F" w:rsidRDefault="00D52D88">
      <w:pPr>
        <w:pStyle w:val="Heading3"/>
        <w:pageBreakBefore/>
        <w:spacing w:before="0"/>
      </w:pPr>
      <w:bookmarkStart w:id="288" w:name="_Toc237420006"/>
      <w:r>
        <w:lastRenderedPageBreak/>
        <w:t>20.8 Resignations</w:t>
      </w:r>
      <w:bookmarkEnd w:id="288"/>
    </w:p>
    <w:p w:rsidR="007E715F" w:rsidRDefault="00D52D88">
      <w:r>
        <w:t>Employee-initiated departures: when notice was given, the last working day, t</w:t>
      </w:r>
      <w:r>
        <w:t>he notice period served and the stated reason.</w:t>
      </w:r>
    </w:p>
    <w:p w:rsidR="007E715F" w:rsidRDefault="00D52D88">
      <w:pPr>
        <w:spacing w:before="120" w:after="80"/>
        <w:jc w:val="center"/>
      </w:pPr>
      <w:r>
        <w:rPr>
          <w:noProof/>
        </w:rPr>
        <w:drawing>
          <wp:inline distT="0" distB="0" distL="0" distR="0">
            <wp:extent cx="5760720" cy="36004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resignations.png"/>
                    <pic:cNvPicPr/>
                  </pic:nvPicPr>
                  <pic:blipFill>
                    <a:blip r:embed="rId16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89" w:name="_Toc23742018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157</w:t>
      </w:r>
      <w:r>
        <w:rPr>
          <w:color w:val="6B7280"/>
        </w:rPr>
        <w:fldChar w:fldCharType="end"/>
      </w:r>
      <w:r>
        <w:rPr>
          <w:b w:val="0"/>
          <w:color w:val="6B7280"/>
        </w:rPr>
        <w:t>: The Resignations page</w:t>
      </w:r>
      <w:bookmarkEnd w:id="28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Employee, Resignation Date, Last Working Day, Notice Period, Reason, Status, Doc</w:t>
      </w:r>
      <w:r>
        <w:rPr>
          <w:sz w:val="19"/>
        </w:rPr>
        <w:t>uments, Actions</w:t>
      </w:r>
    </w:p>
    <w:p w:rsidR="007E715F" w:rsidRDefault="00D52D88">
      <w:pPr>
        <w:spacing w:after="80"/>
        <w:ind w:left="144"/>
      </w:pPr>
      <w:r>
        <w:rPr>
          <w:b/>
          <w:sz w:val="19"/>
        </w:rPr>
        <w:t xml:space="preserve">Actions on this page: </w:t>
      </w:r>
      <w:r>
        <w:rPr>
          <w:sz w:val="19"/>
        </w:rPr>
        <w:t>Add Resignation</w:t>
      </w:r>
    </w:p>
    <w:p w:rsidR="007E715F" w:rsidRDefault="00D52D88">
      <w:pPr>
        <w:spacing w:after="60"/>
        <w:ind w:left="461" w:hanging="461"/>
      </w:pPr>
      <w:r>
        <w:rPr>
          <w:b/>
          <w:color w:val="0E9F6E"/>
        </w:rPr>
        <w:t xml:space="preserve">1.  </w:t>
      </w:r>
      <w:r>
        <w:t>Choose Add Resignation at the top right. The form opens in a panel.</w:t>
      </w:r>
    </w:p>
    <w:p w:rsidR="007E715F" w:rsidRDefault="00D52D88">
      <w:pPr>
        <w:spacing w:after="60"/>
        <w:ind w:left="461" w:hanging="461"/>
      </w:pPr>
      <w:r>
        <w:rPr>
          <w:b/>
          <w:color w:val="0E9F6E"/>
        </w:rPr>
        <w:t xml:space="preserve">2.  </w:t>
      </w:r>
      <w:r>
        <w:t>Complete the required fields: Resignation Date, Last Working Day.</w:t>
      </w:r>
    </w:p>
    <w:p w:rsidR="007E715F" w:rsidRDefault="00D52D88">
      <w:pPr>
        <w:spacing w:after="60"/>
        <w:ind w:left="461" w:hanging="461"/>
      </w:pPr>
      <w:r>
        <w:rPr>
          <w:b/>
          <w:color w:val="0E9F6E"/>
        </w:rPr>
        <w:t xml:space="preserve">3.  </w:t>
      </w:r>
      <w:r>
        <w:t>Fill in anything else that applies: Notice Period, Reaso</w:t>
      </w:r>
      <w:r>
        <w:t>n, Description, Select document file....</w:t>
      </w:r>
    </w:p>
    <w:p w:rsidR="007E715F" w:rsidRDefault="00D52D88">
      <w:pPr>
        <w:spacing w:after="60"/>
        <w:ind w:left="461" w:hanging="461"/>
      </w:pPr>
      <w:r>
        <w:rPr>
          <w:b/>
          <w:color w:val="0E9F6E"/>
        </w:rPr>
        <w:t xml:space="preserve">4.  </w:t>
      </w:r>
      <w:r>
        <w:t>Make the selections the form asks for: Employee.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866245" cy="402336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resignations.png"/>
                    <pic:cNvPicPr/>
                  </pic:nvPicPr>
                  <pic:blipFill>
                    <a:blip r:embed="rId167"/>
                    <a:stretch>
                      <a:fillRect/>
                    </a:stretch>
                  </pic:blipFill>
                  <pic:spPr>
                    <a:xfrm>
                      <a:off x="0" y="0"/>
                      <a:ext cx="2866245" cy="4023360"/>
                    </a:xfrm>
                    <a:prstGeom prst="rect">
                      <a:avLst/>
                    </a:prstGeom>
                    <a:ln w="9525">
                      <a:solidFill>
                        <a:srgbClr val="D8DCE3"/>
                      </a:solidFill>
                    </a:ln>
                  </pic:spPr>
                </pic:pic>
              </a:graphicData>
            </a:graphic>
          </wp:inline>
        </w:drawing>
      </w:r>
    </w:p>
    <w:p w:rsidR="007E715F" w:rsidRDefault="00D52D88">
      <w:pPr>
        <w:pStyle w:val="Caption"/>
        <w:jc w:val="center"/>
      </w:pPr>
      <w:bookmarkStart w:id="290" w:name="_Toc23742018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158</w:t>
      </w:r>
      <w:r>
        <w:rPr>
          <w:color w:val="6B7280"/>
        </w:rPr>
        <w:fldChar w:fldCharType="end"/>
      </w:r>
      <w:r>
        <w:rPr>
          <w:b w:val="0"/>
          <w:color w:val="6B7280"/>
        </w:rPr>
        <w:t>: The Add Resignation form</w:t>
      </w:r>
      <w:bookmarkEnd w:id="290"/>
    </w:p>
    <w:p w:rsidR="007E715F" w:rsidRDefault="00D52D88">
      <w:pPr>
        <w:pStyle w:val="Heading3"/>
        <w:pageBreakBefore/>
        <w:spacing w:before="0"/>
      </w:pPr>
      <w:bookmarkStart w:id="291" w:name="_Toc237420007"/>
      <w:r>
        <w:lastRenderedPageBreak/>
        <w:t>20.9 Terminations</w:t>
      </w:r>
      <w:bookmarkEnd w:id="291"/>
    </w:p>
    <w:p w:rsidR="007E715F" w:rsidRDefault="00D52D88">
      <w:r>
        <w:t>Company-initiated departures,</w:t>
      </w:r>
      <w:r>
        <w:t xml:space="preserve"> recorded with their type, dates and reason. Kept separate from resignations because the two need different handling and reporting.</w:t>
      </w:r>
    </w:p>
    <w:p w:rsidR="007E715F" w:rsidRDefault="00D52D88">
      <w:pPr>
        <w:spacing w:before="120" w:after="80"/>
        <w:jc w:val="center"/>
      </w:pPr>
      <w:r>
        <w:rPr>
          <w:noProof/>
        </w:rPr>
        <w:drawing>
          <wp:inline distT="0" distB="0" distL="0" distR="0">
            <wp:extent cx="5760720" cy="36004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terminations.png"/>
                    <pic:cNvPicPr/>
                  </pic:nvPicPr>
                  <pic:blipFill>
                    <a:blip r:embed="rId168"/>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92" w:name="_Toc23742018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159</w:t>
      </w:r>
      <w:r>
        <w:rPr>
          <w:color w:val="6B7280"/>
        </w:rPr>
        <w:fldChar w:fldCharType="end"/>
      </w:r>
      <w:r>
        <w:rPr>
          <w:b w:val="0"/>
          <w:color w:val="6B7280"/>
        </w:rPr>
        <w:t>: The Terminations page</w:t>
      </w:r>
      <w:bookmarkEnd w:id="29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Columns</w:t>
      </w:r>
      <w:r>
        <w:rPr>
          <w:b/>
          <w:sz w:val="19"/>
        </w:rPr>
        <w:t xml:space="preserve">: </w:t>
      </w:r>
      <w:r>
        <w:rPr>
          <w:sz w:val="19"/>
        </w:rPr>
        <w:t>#, Employee, Type, Termination Date, Notice Date, Reason, Status, Documents, Actions</w:t>
      </w:r>
    </w:p>
    <w:p w:rsidR="007E715F" w:rsidRDefault="00D52D88">
      <w:pPr>
        <w:spacing w:after="80"/>
        <w:ind w:left="144"/>
      </w:pPr>
      <w:r>
        <w:rPr>
          <w:b/>
          <w:sz w:val="19"/>
        </w:rPr>
        <w:t xml:space="preserve">Actions on this page: </w:t>
      </w:r>
      <w:r>
        <w:rPr>
          <w:sz w:val="19"/>
        </w:rPr>
        <w:t>Add Termination</w:t>
      </w:r>
    </w:p>
    <w:p w:rsidR="007E715F" w:rsidRDefault="00D52D88">
      <w:pPr>
        <w:spacing w:after="60"/>
        <w:ind w:left="461" w:hanging="461"/>
      </w:pPr>
      <w:r>
        <w:rPr>
          <w:b/>
          <w:color w:val="0E9F6E"/>
        </w:rPr>
        <w:t xml:space="preserve">1.  </w:t>
      </w:r>
      <w:r>
        <w:t>Choose Add Termination at the top right. The form opens in a panel.</w:t>
      </w:r>
    </w:p>
    <w:p w:rsidR="007E715F" w:rsidRDefault="00D52D88">
      <w:pPr>
        <w:spacing w:after="60"/>
        <w:ind w:left="461" w:hanging="461"/>
      </w:pPr>
      <w:r>
        <w:rPr>
          <w:b/>
          <w:color w:val="0E9F6E"/>
        </w:rPr>
        <w:t xml:space="preserve">2.  </w:t>
      </w:r>
      <w:r>
        <w:t xml:space="preserve">Complete the required fields: Notice Date, Termination </w:t>
      </w:r>
      <w:r>
        <w:t>Date.</w:t>
      </w:r>
    </w:p>
    <w:p w:rsidR="007E715F" w:rsidRDefault="00D52D88">
      <w:pPr>
        <w:spacing w:after="60"/>
        <w:ind w:left="461" w:hanging="461"/>
      </w:pPr>
      <w:r>
        <w:rPr>
          <w:b/>
          <w:color w:val="0E9F6E"/>
        </w:rPr>
        <w:t xml:space="preserve">3.  </w:t>
      </w:r>
      <w:r>
        <w:t>Fill in anything else that applies: Notice Period, Reason, Description, Select document file....</w:t>
      </w:r>
    </w:p>
    <w:p w:rsidR="007E715F" w:rsidRDefault="00D52D88">
      <w:pPr>
        <w:spacing w:after="60"/>
        <w:ind w:left="461" w:hanging="461"/>
      </w:pPr>
      <w:r>
        <w:rPr>
          <w:b/>
          <w:color w:val="0E9F6E"/>
        </w:rPr>
        <w:t xml:space="preserve">4.  </w:t>
      </w:r>
      <w:r>
        <w:t>Make the selections the form asks for: Employee, Termination Type.</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2568102" cy="402336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terminations.png"/>
                    <pic:cNvPicPr/>
                  </pic:nvPicPr>
                  <pic:blipFill>
                    <a:blip r:embed="rId169"/>
                    <a:stretch>
                      <a:fillRect/>
                    </a:stretch>
                  </pic:blipFill>
                  <pic:spPr>
                    <a:xfrm>
                      <a:off x="0" y="0"/>
                      <a:ext cx="2568102" cy="4023360"/>
                    </a:xfrm>
                    <a:prstGeom prst="rect">
                      <a:avLst/>
                    </a:prstGeom>
                    <a:ln w="9525">
                      <a:solidFill>
                        <a:srgbClr val="D8DCE3"/>
                      </a:solidFill>
                    </a:ln>
                  </pic:spPr>
                </pic:pic>
              </a:graphicData>
            </a:graphic>
          </wp:inline>
        </w:drawing>
      </w:r>
    </w:p>
    <w:p w:rsidR="007E715F" w:rsidRDefault="00D52D88">
      <w:pPr>
        <w:pStyle w:val="Caption"/>
        <w:jc w:val="center"/>
      </w:pPr>
      <w:bookmarkStart w:id="293" w:name="_Toc237420183"/>
      <w:r>
        <w:rPr>
          <w:color w:val="6B7280"/>
        </w:rPr>
        <w:t xml:space="preserve">Figure </w:t>
      </w:r>
      <w:r>
        <w:rPr>
          <w:color w:val="6B7280"/>
        </w:rPr>
        <w:fldChar w:fldCharType="begin"/>
      </w:r>
      <w:r>
        <w:rPr>
          <w:color w:val="6B7280"/>
        </w:rPr>
        <w:instrText xml:space="preserve"> SEQ Figure \* A</w:instrText>
      </w:r>
      <w:r>
        <w:rPr>
          <w:color w:val="6B7280"/>
        </w:rPr>
        <w:instrText xml:space="preserve">RABIC </w:instrText>
      </w:r>
      <w:r>
        <w:rPr>
          <w:color w:val="6B7280"/>
        </w:rPr>
        <w:fldChar w:fldCharType="separate"/>
      </w:r>
      <w:r>
        <w:rPr>
          <w:noProof/>
          <w:color w:val="6B7280"/>
        </w:rPr>
        <w:t>160</w:t>
      </w:r>
      <w:r>
        <w:rPr>
          <w:color w:val="6B7280"/>
        </w:rPr>
        <w:fldChar w:fldCharType="end"/>
      </w:r>
      <w:r>
        <w:rPr>
          <w:b w:val="0"/>
          <w:color w:val="6B7280"/>
        </w:rPr>
        <w:t>: The Add Termination form</w:t>
      </w:r>
      <w:bookmarkEnd w:id="293"/>
    </w:p>
    <w:p w:rsidR="007E715F" w:rsidRDefault="00D52D88">
      <w:pPr>
        <w:pStyle w:val="Heading3"/>
        <w:pageBreakBefore/>
        <w:spacing w:before="0"/>
      </w:pPr>
      <w:bookmarkStart w:id="294" w:name="_Toc237420008"/>
      <w:r>
        <w:lastRenderedPageBreak/>
        <w:t>20.10 Holidays</w:t>
      </w:r>
      <w:bookmarkEnd w:id="294"/>
    </w:p>
    <w:p w:rsidR="007E715F" w:rsidRDefault="00D52D88">
      <w:r>
        <w:t>Company holidays. Because a holiday can be declared for particular branches, the same calendar serves a company operating in more than one place.</w:t>
      </w:r>
    </w:p>
    <w:p w:rsidR="007E715F" w:rsidRDefault="00D52D88">
      <w:pPr>
        <w:spacing w:before="120" w:after="80"/>
        <w:jc w:val="center"/>
      </w:pPr>
      <w:r>
        <w:rPr>
          <w:noProof/>
        </w:rPr>
        <w:drawing>
          <wp:inline distT="0" distB="0" distL="0" distR="0">
            <wp:extent cx="5760720" cy="360045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holidays.jpg"/>
                    <pic:cNvPicPr/>
                  </pic:nvPicPr>
                  <pic:blipFill>
                    <a:blip r:embed="rId170"/>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295" w:name="_Toc23742018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161</w:t>
      </w:r>
      <w:r>
        <w:rPr>
          <w:color w:val="6B7280"/>
        </w:rPr>
        <w:fldChar w:fldCharType="end"/>
      </w:r>
      <w:r>
        <w:rPr>
          <w:b w:val="0"/>
          <w:color w:val="6B7280"/>
        </w:rPr>
        <w:t>: The Holidays page</w:t>
      </w:r>
      <w:bookmarkEnd w:id="295"/>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Holiday Name, Date, Category, Branches, Type, Actions</w:t>
      </w:r>
    </w:p>
    <w:p w:rsidR="007E715F" w:rsidRDefault="00D52D88">
      <w:pPr>
        <w:spacing w:after="80"/>
        <w:ind w:left="144"/>
      </w:pPr>
      <w:r>
        <w:rPr>
          <w:b/>
          <w:sz w:val="19"/>
        </w:rPr>
        <w:t xml:space="preserve">Actions on this page: </w:t>
      </w:r>
      <w:r>
        <w:rPr>
          <w:sz w:val="19"/>
        </w:rPr>
        <w:t>Calendar View, Export PDF, Export iCal, Add Holiday</w:t>
      </w:r>
    </w:p>
    <w:p w:rsidR="007E715F" w:rsidRDefault="00D52D88">
      <w:pPr>
        <w:spacing w:after="60"/>
        <w:ind w:left="461" w:hanging="461"/>
      </w:pPr>
      <w:r>
        <w:rPr>
          <w:b/>
          <w:color w:val="0E9F6E"/>
        </w:rPr>
        <w:t xml:space="preserve">1.  </w:t>
      </w:r>
      <w:r>
        <w:t>Choose Add Holiday at the top right. The form opens in a</w:t>
      </w:r>
      <w:r>
        <w:t xml:space="preserve"> panel.</w:t>
      </w:r>
    </w:p>
    <w:p w:rsidR="007E715F" w:rsidRDefault="00D52D88">
      <w:pPr>
        <w:spacing w:after="60"/>
        <w:ind w:left="461" w:hanging="461"/>
      </w:pPr>
      <w:r>
        <w:rPr>
          <w:b/>
          <w:color w:val="0E9F6E"/>
        </w:rPr>
        <w:t xml:space="preserve">2.  </w:t>
      </w:r>
      <w:r>
        <w:t>Complete the required fields: Holiday Name, Start Date.</w:t>
      </w:r>
    </w:p>
    <w:p w:rsidR="007E715F" w:rsidRDefault="00D52D88">
      <w:pPr>
        <w:spacing w:after="60"/>
        <w:ind w:left="461" w:hanging="461"/>
      </w:pPr>
      <w:r>
        <w:rPr>
          <w:b/>
          <w:color w:val="0E9F6E"/>
        </w:rPr>
        <w:t xml:space="preserve">3.  </w:t>
      </w:r>
      <w:r>
        <w:t>Fill in anything else that applies: End Date, Description, Paid Holiday, Half Day, Select Applicable Branches.</w:t>
      </w:r>
    </w:p>
    <w:p w:rsidR="007E715F" w:rsidRDefault="00D52D88">
      <w:pPr>
        <w:spacing w:after="60"/>
        <w:ind w:left="461" w:hanging="461"/>
      </w:pPr>
      <w:r>
        <w:rPr>
          <w:b/>
          <w:color w:val="0E9F6E"/>
        </w:rPr>
        <w:t xml:space="preserve">4.  </w:t>
      </w:r>
      <w:r>
        <w:t>Make the selections the form asks for: Category.</w:t>
      </w:r>
    </w:p>
    <w:p w:rsidR="007E715F" w:rsidRDefault="00D52D88">
      <w:pPr>
        <w:spacing w:after="60"/>
        <w:ind w:left="461" w:hanging="461"/>
      </w:pPr>
      <w:r>
        <w:rPr>
          <w:b/>
          <w:color w:val="0E9F6E"/>
        </w:rPr>
        <w:t xml:space="preserve">5.  </w:t>
      </w:r>
      <w:r>
        <w:t>Choose Save. The</w:t>
      </w:r>
      <w:r>
        <w:t xml:space="preserve"> new record appears in the list.</w:t>
      </w:r>
    </w:p>
    <w:p w:rsidR="007E715F" w:rsidRDefault="00D52D88">
      <w:pPr>
        <w:spacing w:before="120" w:after="80"/>
        <w:jc w:val="center"/>
      </w:pPr>
      <w:r>
        <w:rPr>
          <w:noProof/>
        </w:rPr>
        <w:lastRenderedPageBreak/>
        <w:drawing>
          <wp:inline distT="0" distB="0" distL="0" distR="0">
            <wp:extent cx="2715768" cy="402336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holidays.png"/>
                    <pic:cNvPicPr/>
                  </pic:nvPicPr>
                  <pic:blipFill>
                    <a:blip r:embed="rId171"/>
                    <a:stretch>
                      <a:fillRect/>
                    </a:stretch>
                  </pic:blipFill>
                  <pic:spPr>
                    <a:xfrm>
                      <a:off x="0" y="0"/>
                      <a:ext cx="2715768" cy="4023360"/>
                    </a:xfrm>
                    <a:prstGeom prst="rect">
                      <a:avLst/>
                    </a:prstGeom>
                    <a:ln w="9525">
                      <a:solidFill>
                        <a:srgbClr val="D8DCE3"/>
                      </a:solidFill>
                    </a:ln>
                  </pic:spPr>
                </pic:pic>
              </a:graphicData>
            </a:graphic>
          </wp:inline>
        </w:drawing>
      </w:r>
    </w:p>
    <w:p w:rsidR="007E715F" w:rsidRDefault="00D52D88">
      <w:pPr>
        <w:pStyle w:val="Caption"/>
        <w:jc w:val="center"/>
      </w:pPr>
      <w:bookmarkStart w:id="296" w:name="_Toc23742018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162</w:t>
      </w:r>
      <w:r>
        <w:rPr>
          <w:color w:val="6B7280"/>
        </w:rPr>
        <w:fldChar w:fldCharType="end"/>
      </w:r>
      <w:r>
        <w:rPr>
          <w:b w:val="0"/>
          <w:color w:val="6B7280"/>
        </w:rPr>
        <w:t>: The Add Holiday form</w:t>
      </w:r>
      <w:bookmarkEnd w:id="296"/>
    </w:p>
    <w:p w:rsidR="007E715F" w:rsidRDefault="00D52D88">
      <w:pPr>
        <w:pStyle w:val="Heading3"/>
        <w:pageBreakBefore/>
        <w:spacing w:before="0"/>
      </w:pPr>
      <w:bookmarkStart w:id="297" w:name="_Toc237420009"/>
      <w:r>
        <w:lastRenderedPageBreak/>
        <w:t>20.11 Announcements</w:t>
      </w:r>
      <w:bookmarkEnd w:id="297"/>
    </w:p>
    <w:p w:rsidR="007E715F" w:rsidRDefault="00D52D88">
      <w:r>
        <w:t>Notices published to a chosen audience for a date range, with optional attachments.</w:t>
      </w:r>
    </w:p>
    <w:p w:rsidR="007E715F" w:rsidRDefault="00D52D88">
      <w:pPr>
        <w:spacing w:before="120" w:after="80"/>
        <w:jc w:val="center"/>
      </w:pPr>
      <w:r>
        <w:rPr>
          <w:noProof/>
        </w:rPr>
        <w:drawing>
          <wp:inline distT="0" distB="0" distL="0" distR="0">
            <wp:extent cx="5760720" cy="3990898"/>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hr-management-announcements.jpg"/>
                    <pic:cNvPicPr/>
                  </pic:nvPicPr>
                  <pic:blipFill>
                    <a:blip r:embed="rId172"/>
                    <a:stretch>
                      <a:fillRect/>
                    </a:stretch>
                  </pic:blipFill>
                  <pic:spPr>
                    <a:xfrm>
                      <a:off x="0" y="0"/>
                      <a:ext cx="5760720" cy="3990898"/>
                    </a:xfrm>
                    <a:prstGeom prst="rect">
                      <a:avLst/>
                    </a:prstGeom>
                    <a:ln w="9525">
                      <a:solidFill>
                        <a:srgbClr val="D8DCE3"/>
                      </a:solidFill>
                    </a:ln>
                  </pic:spPr>
                </pic:pic>
              </a:graphicData>
            </a:graphic>
          </wp:inline>
        </w:drawing>
      </w:r>
    </w:p>
    <w:p w:rsidR="007E715F" w:rsidRDefault="00D52D88">
      <w:pPr>
        <w:pStyle w:val="Caption"/>
        <w:jc w:val="center"/>
      </w:pPr>
      <w:bookmarkStart w:id="298" w:name="_Toc237420186"/>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163</w:t>
      </w:r>
      <w:r>
        <w:rPr>
          <w:color w:val="6B7280"/>
        </w:rPr>
        <w:fldChar w:fldCharType="end"/>
      </w:r>
      <w:r>
        <w:rPr>
          <w:b w:val="0"/>
          <w:color w:val="6B7280"/>
        </w:rPr>
        <w:t>: The Announcements page</w:t>
      </w:r>
      <w:bookmarkEnd w:id="298"/>
    </w:p>
    <w:p w:rsidR="007E715F" w:rsidRDefault="00D52D88">
      <w:pPr>
        <w:spacing w:after="100"/>
        <w:ind w:left="144"/>
      </w:pPr>
      <w:r>
        <w:rPr>
          <w:b/>
          <w:color w:val="D7263D"/>
          <w:sz w:val="18"/>
        </w:rPr>
        <w:t>1</w:t>
      </w:r>
      <w:r>
        <w:rPr>
          <w:b/>
          <w:color w:val="D7263D"/>
          <w:sz w:val="18"/>
        </w:rPr>
        <w:t xml:space="preserve"> </w:t>
      </w:r>
      <w:r>
        <w:rPr>
          <w:color w:val="6B7280"/>
          <w:sz w:val="18"/>
        </w:rPr>
        <w:t xml:space="preserve">page title   ·   </w:t>
      </w:r>
      <w:r>
        <w:rPr>
          <w:b/>
          <w:color w:val="D7263D"/>
          <w:sz w:val="18"/>
        </w:rPr>
        <w:t xml:space="preserve">2 </w:t>
      </w:r>
      <w:r>
        <w:rPr>
          <w:color w:val="6B7280"/>
          <w:sz w:val="18"/>
        </w:rPr>
        <w:t xml:space="preserve">primary action   ·   </w:t>
      </w:r>
      <w:r>
        <w:rPr>
          <w:b/>
          <w:color w:val="D7263D"/>
          <w:sz w:val="18"/>
        </w:rPr>
        <w:t xml:space="preserve">3 </w:t>
      </w:r>
      <w:r>
        <w:rPr>
          <w:color w:val="6B7280"/>
          <w:sz w:val="18"/>
        </w:rPr>
        <w:t>records table</w:t>
      </w:r>
    </w:p>
    <w:p w:rsidR="007E715F" w:rsidRDefault="00D52D88">
      <w:pPr>
        <w:spacing w:after="80"/>
        <w:ind w:left="144"/>
      </w:pPr>
      <w:r>
        <w:rPr>
          <w:b/>
          <w:sz w:val="19"/>
        </w:rPr>
        <w:t xml:space="preserve">Columns: </w:t>
      </w:r>
      <w:r>
        <w:rPr>
          <w:sz w:val="19"/>
        </w:rPr>
        <w:t>#, Title, Category, Date Range, Audience, Attachments, Actions</w:t>
      </w:r>
    </w:p>
    <w:p w:rsidR="007E715F" w:rsidRDefault="00D52D88">
      <w:pPr>
        <w:spacing w:after="80"/>
        <w:ind w:left="144"/>
      </w:pPr>
      <w:r>
        <w:rPr>
          <w:b/>
          <w:sz w:val="19"/>
        </w:rPr>
        <w:t xml:space="preserve">Actions on this page: </w:t>
      </w:r>
      <w:r>
        <w:rPr>
          <w:sz w:val="19"/>
        </w:rPr>
        <w:t>Dashboard View, Add Announcement</w:t>
      </w:r>
    </w:p>
    <w:p w:rsidR="007E715F" w:rsidRDefault="00D52D88">
      <w:pPr>
        <w:spacing w:after="60"/>
        <w:ind w:left="461" w:hanging="461"/>
      </w:pPr>
      <w:r>
        <w:rPr>
          <w:b/>
          <w:color w:val="0E9F6E"/>
        </w:rPr>
        <w:t xml:space="preserve">1.  </w:t>
      </w:r>
      <w:r>
        <w:t>Choose Add Announcement at the top right. The form opens in a panel.</w:t>
      </w:r>
    </w:p>
    <w:p w:rsidR="007E715F" w:rsidRDefault="00D52D88">
      <w:pPr>
        <w:spacing w:after="60"/>
        <w:ind w:left="461" w:hanging="461"/>
      </w:pPr>
      <w:r>
        <w:rPr>
          <w:b/>
          <w:color w:val="0E9F6E"/>
        </w:rPr>
        <w:t xml:space="preserve">2.  </w:t>
      </w:r>
      <w:r>
        <w:t>Complete the required fields: Title, Start Date.</w:t>
      </w:r>
    </w:p>
    <w:p w:rsidR="007E715F" w:rsidRDefault="00D52D88">
      <w:pPr>
        <w:spacing w:after="60"/>
        <w:ind w:left="461" w:hanging="461"/>
      </w:pPr>
      <w:r>
        <w:rPr>
          <w:b/>
          <w:color w:val="0E9F6E"/>
        </w:rPr>
        <w:t xml:space="preserve">3.  </w:t>
      </w:r>
      <w:r>
        <w:t>Fill in anything else that applies: Short Description, End Date, Select attachment file..., Featured Announcement, High Priority, Company-wide Announcement, Target Branches, Target Departments.</w:t>
      </w:r>
    </w:p>
    <w:p w:rsidR="007E715F" w:rsidRDefault="00D52D88">
      <w:pPr>
        <w:spacing w:after="60"/>
        <w:ind w:left="461" w:hanging="461"/>
      </w:pPr>
      <w:r>
        <w:rPr>
          <w:b/>
          <w:color w:val="0E9F6E"/>
        </w:rPr>
        <w:t xml:space="preserve">4.  </w:t>
      </w:r>
      <w:r>
        <w:t>Make the selections the form asks for: Category.</w:t>
      </w:r>
    </w:p>
    <w:p w:rsidR="007E715F" w:rsidRDefault="00D52D88">
      <w:pPr>
        <w:spacing w:after="60"/>
        <w:ind w:left="461" w:hanging="461"/>
      </w:pPr>
      <w:r>
        <w:rPr>
          <w:b/>
          <w:color w:val="0E9F6E"/>
        </w:rPr>
        <w:t xml:space="preserve">5.  </w:t>
      </w:r>
      <w:r>
        <w:t>Choose Save. The new record appears in the list.</w:t>
      </w:r>
    </w:p>
    <w:p w:rsidR="007E715F" w:rsidRDefault="00D52D88">
      <w:pPr>
        <w:spacing w:before="120" w:after="80"/>
        <w:jc w:val="center"/>
      </w:pPr>
      <w:r>
        <w:rPr>
          <w:noProof/>
        </w:rPr>
        <w:lastRenderedPageBreak/>
        <w:drawing>
          <wp:inline distT="0" distB="0" distL="0" distR="0">
            <wp:extent cx="1835935" cy="402336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hr-management-announcements.png"/>
                    <pic:cNvPicPr/>
                  </pic:nvPicPr>
                  <pic:blipFill>
                    <a:blip r:embed="rId173"/>
                    <a:stretch>
                      <a:fillRect/>
                    </a:stretch>
                  </pic:blipFill>
                  <pic:spPr>
                    <a:xfrm>
                      <a:off x="0" y="0"/>
                      <a:ext cx="1835935" cy="4023360"/>
                    </a:xfrm>
                    <a:prstGeom prst="rect">
                      <a:avLst/>
                    </a:prstGeom>
                    <a:ln w="9525">
                      <a:solidFill>
                        <a:srgbClr val="D8DCE3"/>
                      </a:solidFill>
                    </a:ln>
                  </pic:spPr>
                </pic:pic>
              </a:graphicData>
            </a:graphic>
          </wp:inline>
        </w:drawing>
      </w:r>
    </w:p>
    <w:p w:rsidR="007E715F" w:rsidRDefault="00D52D88">
      <w:pPr>
        <w:pStyle w:val="Caption"/>
        <w:jc w:val="center"/>
      </w:pPr>
      <w:bookmarkStart w:id="299" w:name="_Toc23742018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164</w:t>
      </w:r>
      <w:r>
        <w:rPr>
          <w:color w:val="6B7280"/>
        </w:rPr>
        <w:fldChar w:fldCharType="end"/>
      </w:r>
      <w:r>
        <w:rPr>
          <w:b w:val="0"/>
          <w:color w:val="6B7280"/>
        </w:rPr>
        <w:t>: The Add Announcement form</w:t>
      </w:r>
      <w:bookmarkEnd w:id="299"/>
    </w:p>
    <w:p w:rsidR="007E715F" w:rsidRDefault="00D52D88">
      <w:pPr>
        <w:pStyle w:val="Heading1"/>
        <w:pageBreakBefore/>
        <w:spacing w:before="0"/>
      </w:pPr>
      <w:bookmarkStart w:id="300" w:name="_Toc237420010"/>
      <w:r>
        <w:lastRenderedPageBreak/>
        <w:t>Part V — Administration</w:t>
      </w:r>
      <w:bookmarkEnd w:id="300"/>
    </w:p>
    <w:p w:rsidR="007E715F" w:rsidRDefault="00D52D88">
      <w:pPr>
        <w:pStyle w:val="Heading2"/>
        <w:pageBreakBefore/>
        <w:spacing w:before="0"/>
      </w:pPr>
      <w:bookmarkStart w:id="301" w:name="_Toc237420011"/>
      <w:r>
        <w:lastRenderedPageBreak/>
        <w:t>21. Administration</w:t>
      </w:r>
      <w:bookmarkEnd w:id="301"/>
    </w:p>
    <w:p w:rsidR="007E715F" w:rsidRDefault="00D52D88">
      <w:r>
        <w:t xml:space="preserve">The remaining pages configure the system itself </w:t>
      </w:r>
      <w:r>
        <w:t>rather than the people in it.</w:t>
      </w:r>
    </w:p>
    <w:p w:rsidR="007E715F" w:rsidRDefault="00D52D88">
      <w:r>
        <w:t xml:space="preserve">A few administrative screens — currencies, and the custom pages behind the public site — are reserved for the platform’s super administrator and are not reachable from a company account. They are named here for completeness </w:t>
      </w:r>
      <w:r>
        <w:t>but are not documented, because a company administrator will never see them.</w:t>
      </w:r>
    </w:p>
    <w:p w:rsidR="007E715F" w:rsidRDefault="00D52D88">
      <w:pPr>
        <w:spacing w:after="80"/>
        <w:ind w:left="144"/>
      </w:pPr>
      <w:r>
        <w:rPr>
          <w:b/>
          <w:sz w:val="19"/>
        </w:rPr>
        <w:t xml:space="preserve">Pages in this chapter: </w:t>
      </w:r>
      <w:r>
        <w:rPr>
          <w:sz w:val="19"/>
        </w:rPr>
        <w:t>Settings, Plans, Plan Requests, Plan Orders, Referral Program, Landing Page</w:t>
      </w:r>
    </w:p>
    <w:p w:rsidR="007E715F" w:rsidRDefault="00D52D88">
      <w:pPr>
        <w:pStyle w:val="Heading3"/>
        <w:pageBreakBefore/>
        <w:spacing w:before="0"/>
      </w:pPr>
      <w:bookmarkStart w:id="302" w:name="_Toc237420012"/>
      <w:r>
        <w:lastRenderedPageBreak/>
        <w:t>21.1 Settings</w:t>
      </w:r>
      <w:bookmarkEnd w:id="302"/>
    </w:p>
    <w:p w:rsidR="007E715F" w:rsidRDefault="00D52D88">
      <w:r>
        <w:t>Company-wide configuration: company details, branding, localisatio</w:t>
      </w:r>
      <w:r>
        <w:t>n, email, and the security options that apply to everyone who signs in.</w:t>
      </w:r>
    </w:p>
    <w:p w:rsidR="007E715F" w:rsidRDefault="00D52D88">
      <w:pPr>
        <w:spacing w:before="120" w:after="80"/>
        <w:jc w:val="center"/>
      </w:pPr>
      <w:r>
        <w:rPr>
          <w:noProof/>
        </w:rPr>
        <w:drawing>
          <wp:inline distT="0" distB="0" distL="0" distR="0">
            <wp:extent cx="3584448" cy="448056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settings.jpg"/>
                    <pic:cNvPicPr/>
                  </pic:nvPicPr>
                  <pic:blipFill>
                    <a:blip r:embed="rId174"/>
                    <a:stretch>
                      <a:fillRect/>
                    </a:stretch>
                  </pic:blipFill>
                  <pic:spPr>
                    <a:xfrm>
                      <a:off x="0" y="0"/>
                      <a:ext cx="3584448" cy="4480560"/>
                    </a:xfrm>
                    <a:prstGeom prst="rect">
                      <a:avLst/>
                    </a:prstGeom>
                    <a:ln w="9525">
                      <a:solidFill>
                        <a:srgbClr val="D8DCE3"/>
                      </a:solidFill>
                    </a:ln>
                  </pic:spPr>
                </pic:pic>
              </a:graphicData>
            </a:graphic>
          </wp:inline>
        </w:drawing>
      </w:r>
    </w:p>
    <w:p w:rsidR="007E715F" w:rsidRDefault="00D52D88">
      <w:pPr>
        <w:pStyle w:val="Caption"/>
        <w:jc w:val="center"/>
      </w:pPr>
      <w:bookmarkStart w:id="303" w:name="_Toc237420188"/>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165</w:t>
      </w:r>
      <w:r>
        <w:rPr>
          <w:color w:val="6B7280"/>
        </w:rPr>
        <w:fldChar w:fldCharType="end"/>
      </w:r>
      <w:r>
        <w:rPr>
          <w:b w:val="0"/>
          <w:color w:val="6B7280"/>
        </w:rPr>
        <w:t>: The Settings page</w:t>
      </w:r>
      <w:bookmarkEnd w:id="303"/>
    </w:p>
    <w:p w:rsidR="007E715F" w:rsidRDefault="00D52D88">
      <w:pPr>
        <w:spacing w:after="100"/>
        <w:ind w:left="144"/>
      </w:pPr>
      <w:r>
        <w:rPr>
          <w:b/>
          <w:color w:val="D7263D"/>
          <w:sz w:val="18"/>
        </w:rPr>
        <w:t xml:space="preserve">1 </w:t>
      </w:r>
      <w:r>
        <w:rPr>
          <w:color w:val="6B7280"/>
          <w:sz w:val="18"/>
        </w:rPr>
        <w:t>page title</w:t>
      </w:r>
    </w:p>
    <w:p w:rsidR="007E715F" w:rsidRDefault="00D52D88">
      <w:pPr>
        <w:spacing w:after="80"/>
        <w:ind w:left="144"/>
      </w:pPr>
      <w:r>
        <w:rPr>
          <w:b/>
          <w:sz w:val="19"/>
        </w:rPr>
        <w:t xml:space="preserve">Columns: </w:t>
      </w:r>
      <w:r>
        <w:rPr>
          <w:sz w:val="19"/>
        </w:rPr>
        <w:t>#, IP Address, Actions</w:t>
      </w:r>
    </w:p>
    <w:p w:rsidR="007E715F" w:rsidRDefault="00D52D88">
      <w:pPr>
        <w:spacing w:after="80"/>
        <w:ind w:left="144"/>
      </w:pPr>
      <w:r>
        <w:rPr>
          <w:b/>
          <w:sz w:val="19"/>
        </w:rPr>
        <w:t xml:space="preserve">Actions on this page: </w:t>
      </w:r>
      <w:r>
        <w:rPr>
          <w:sz w:val="19"/>
        </w:rPr>
        <w:t>System Settings, Brand Settings, Currency Settings, Email Sett</w:t>
      </w:r>
      <w:r>
        <w:rPr>
          <w:sz w:val="19"/>
        </w:rPr>
        <w:t>ings, Working Days Settings, IP Restriction Settings, Zekto Settings, Save Changes, Y-m-d (2025-01-01), H:i (13:30), Logos, Text, Theme, Browse, Reset, USh UGX - Ugandan Shilling, 2 (e.g., 1234.56), $ 100, 100 $, Dot (123.45), Comma (123,45), Comma (1,234.</w:t>
      </w:r>
      <w:r>
        <w:rPr>
          <w:sz w:val="19"/>
        </w:rPr>
        <w:t>56), SMTP, TLS, Send Test Email, Add IP Address, Generate Token</w:t>
      </w:r>
    </w:p>
    <w:p w:rsidR="007E715F" w:rsidRDefault="00D52D88">
      <w:pPr>
        <w:spacing w:after="60"/>
        <w:ind w:left="461" w:hanging="461"/>
      </w:pPr>
      <w:r>
        <w:rPr>
          <w:b/>
          <w:color w:val="0E9F6E"/>
        </w:rPr>
        <w:t xml:space="preserve">1.  </w:t>
      </w:r>
      <w:r>
        <w:t>Choose Add IP Address at the top right. The form opens in a panel.</w:t>
      </w:r>
    </w:p>
    <w:p w:rsidR="007E715F" w:rsidRDefault="00D52D88">
      <w:pPr>
        <w:spacing w:after="60"/>
        <w:ind w:left="461" w:hanging="461"/>
      </w:pPr>
      <w:r>
        <w:rPr>
          <w:b/>
          <w:color w:val="0E9F6E"/>
        </w:rPr>
        <w:t xml:space="preserve">2.  </w:t>
      </w:r>
      <w:r>
        <w:t>Complete the required fields: IP Address.</w:t>
      </w:r>
    </w:p>
    <w:p w:rsidR="007E715F" w:rsidRDefault="00D52D88">
      <w:pPr>
        <w:spacing w:after="60"/>
        <w:ind w:left="461" w:hanging="461"/>
      </w:pPr>
      <w:r>
        <w:rPr>
          <w:b/>
          <w:color w:val="0E9F6E"/>
        </w:rPr>
        <w:t xml:space="preserve">3.  </w:t>
      </w:r>
      <w:r>
        <w:t>Choose Save. The new record appears in the list.</w:t>
      </w:r>
    </w:p>
    <w:p w:rsidR="007E715F" w:rsidRDefault="00D52D88">
      <w:pPr>
        <w:spacing w:before="120" w:after="80"/>
        <w:jc w:val="center"/>
      </w:pPr>
      <w:r>
        <w:rPr>
          <w:noProof/>
        </w:rPr>
        <w:lastRenderedPageBreak/>
        <w:drawing>
          <wp:inline distT="0" distB="0" distL="0" distR="0">
            <wp:extent cx="5760720" cy="368366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s__settings.png"/>
                    <pic:cNvPicPr/>
                  </pic:nvPicPr>
                  <pic:blipFill>
                    <a:blip r:embed="rId175"/>
                    <a:stretch>
                      <a:fillRect/>
                    </a:stretch>
                  </pic:blipFill>
                  <pic:spPr>
                    <a:xfrm>
                      <a:off x="0" y="0"/>
                      <a:ext cx="5760720" cy="3683660"/>
                    </a:xfrm>
                    <a:prstGeom prst="rect">
                      <a:avLst/>
                    </a:prstGeom>
                    <a:ln w="9525">
                      <a:solidFill>
                        <a:srgbClr val="D8DCE3"/>
                      </a:solidFill>
                    </a:ln>
                  </pic:spPr>
                </pic:pic>
              </a:graphicData>
            </a:graphic>
          </wp:inline>
        </w:drawing>
      </w:r>
    </w:p>
    <w:p w:rsidR="007E715F" w:rsidRDefault="00D52D88">
      <w:pPr>
        <w:pStyle w:val="Caption"/>
        <w:jc w:val="center"/>
      </w:pPr>
      <w:bookmarkStart w:id="304" w:name="_Toc237420189"/>
      <w:r>
        <w:rPr>
          <w:color w:val="6B7280"/>
        </w:rPr>
        <w:t xml:space="preserve">Figure </w:t>
      </w:r>
      <w:r>
        <w:rPr>
          <w:color w:val="6B7280"/>
        </w:rPr>
        <w:fldChar w:fldCharType="begin"/>
      </w:r>
      <w:r>
        <w:rPr>
          <w:color w:val="6B7280"/>
        </w:rPr>
        <w:instrText xml:space="preserve"> SEQ Figure \</w:instrText>
      </w:r>
      <w:r>
        <w:rPr>
          <w:color w:val="6B7280"/>
        </w:rPr>
        <w:instrText xml:space="preserve">* ARABIC </w:instrText>
      </w:r>
      <w:r>
        <w:rPr>
          <w:color w:val="6B7280"/>
        </w:rPr>
        <w:fldChar w:fldCharType="separate"/>
      </w:r>
      <w:r>
        <w:rPr>
          <w:noProof/>
          <w:color w:val="6B7280"/>
        </w:rPr>
        <w:t>166</w:t>
      </w:r>
      <w:r>
        <w:rPr>
          <w:color w:val="6B7280"/>
        </w:rPr>
        <w:fldChar w:fldCharType="end"/>
      </w:r>
      <w:r>
        <w:rPr>
          <w:b w:val="0"/>
          <w:color w:val="6B7280"/>
        </w:rPr>
        <w:t>: The Add IP Address form</w:t>
      </w:r>
      <w:bookmarkEnd w:id="304"/>
    </w:p>
    <w:p w:rsidR="007E715F" w:rsidRDefault="00D52D88">
      <w:pPr>
        <w:pStyle w:val="Heading3"/>
        <w:pageBreakBefore/>
        <w:spacing w:before="0"/>
      </w:pPr>
      <w:bookmarkStart w:id="305" w:name="_Toc237420013"/>
      <w:r>
        <w:lastRenderedPageBreak/>
        <w:t>21.2 Plans</w:t>
      </w:r>
      <w:bookmarkEnd w:id="305"/>
    </w:p>
    <w:p w:rsidR="007E715F" w:rsidRDefault="00D52D88">
      <w:r>
        <w:t>The subscription tiers available to your company, and which one you are on.</w:t>
      </w:r>
    </w:p>
    <w:p w:rsidR="007E715F" w:rsidRDefault="00D52D88">
      <w:pPr>
        <w:spacing w:before="120" w:after="80"/>
        <w:jc w:val="center"/>
      </w:pPr>
      <w:r>
        <w:rPr>
          <w:noProof/>
        </w:rPr>
        <w:drawing>
          <wp:inline distT="0" distB="0" distL="0" distR="0">
            <wp:extent cx="5760720" cy="360045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lans-plans.jpg"/>
                    <pic:cNvPicPr/>
                  </pic:nvPicPr>
                  <pic:blipFill>
                    <a:blip r:embed="rId176"/>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306" w:name="_Toc237420190"/>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167</w:t>
      </w:r>
      <w:r>
        <w:rPr>
          <w:color w:val="6B7280"/>
        </w:rPr>
        <w:fldChar w:fldCharType="end"/>
      </w:r>
      <w:r>
        <w:rPr>
          <w:b w:val="0"/>
          <w:color w:val="6B7280"/>
        </w:rPr>
        <w:t>: The Plans page</w:t>
      </w:r>
      <w:bookmarkEnd w:id="306"/>
    </w:p>
    <w:p w:rsidR="007E715F" w:rsidRDefault="00D52D88">
      <w:pPr>
        <w:spacing w:after="100"/>
        <w:ind w:left="144"/>
      </w:pPr>
      <w:r>
        <w:rPr>
          <w:b/>
          <w:color w:val="D7263D"/>
          <w:sz w:val="18"/>
        </w:rPr>
        <w:t xml:space="preserve">1 </w:t>
      </w:r>
      <w:r>
        <w:rPr>
          <w:color w:val="6B7280"/>
          <w:sz w:val="18"/>
        </w:rPr>
        <w:t>page title</w:t>
      </w:r>
    </w:p>
    <w:p w:rsidR="007E715F" w:rsidRDefault="00D52D88">
      <w:pPr>
        <w:spacing w:after="80"/>
        <w:ind w:left="144"/>
      </w:pPr>
      <w:r>
        <w:rPr>
          <w:b/>
          <w:sz w:val="19"/>
        </w:rPr>
        <w:t xml:space="preserve">Actions on this page: </w:t>
      </w:r>
      <w:r>
        <w:rPr>
          <w:sz w:val="19"/>
        </w:rPr>
        <w:t xml:space="preserve">Monthly, Yearly Save 20%, Request Plan, </w:t>
      </w:r>
      <w:r>
        <w:rPr>
          <w:sz w:val="19"/>
        </w:rPr>
        <w:t>Subscribe Now, Start 7 Day Trial, Current Plan</w:t>
      </w:r>
    </w:p>
    <w:p w:rsidR="007E715F" w:rsidRDefault="00D52D88">
      <w:pPr>
        <w:pStyle w:val="Heading3"/>
        <w:pageBreakBefore/>
        <w:spacing w:before="0"/>
      </w:pPr>
      <w:bookmarkStart w:id="307" w:name="_Toc237420014"/>
      <w:r>
        <w:lastRenderedPageBreak/>
        <w:t>21.3 Plan Requests</w:t>
      </w:r>
      <w:bookmarkEnd w:id="307"/>
    </w:p>
    <w:p w:rsidR="007E715F" w:rsidRDefault="00D52D88">
      <w:r>
        <w:t>Requests to change plan, and where each has got to.</w:t>
      </w:r>
    </w:p>
    <w:p w:rsidR="007E715F" w:rsidRDefault="00D52D88">
      <w:pPr>
        <w:spacing w:before="120" w:after="80"/>
        <w:jc w:val="center"/>
      </w:pPr>
      <w:r>
        <w:rPr>
          <w:noProof/>
        </w:rPr>
        <w:drawing>
          <wp:inline distT="0" distB="0" distL="0" distR="0">
            <wp:extent cx="5760720" cy="36004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lans-plan-requests.png"/>
                    <pic:cNvPicPr/>
                  </pic:nvPicPr>
                  <pic:blipFill>
                    <a:blip r:embed="rId177"/>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308" w:name="_Toc237420191"/>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168</w:t>
      </w:r>
      <w:r>
        <w:rPr>
          <w:color w:val="6B7280"/>
        </w:rPr>
        <w:fldChar w:fldCharType="end"/>
      </w:r>
      <w:r>
        <w:rPr>
          <w:b w:val="0"/>
          <w:color w:val="6B7280"/>
        </w:rPr>
        <w:t>: The Plan Requests page</w:t>
      </w:r>
      <w:bookmarkEnd w:id="308"/>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xml:space="preserve">#, Name, Email, Plan Name, Plan </w:t>
      </w:r>
      <w:r>
        <w:rPr>
          <w:sz w:val="19"/>
        </w:rPr>
        <w:t>Duration, Status, Requested At</w:t>
      </w:r>
    </w:p>
    <w:p w:rsidR="007E715F" w:rsidRDefault="00D52D88">
      <w:pPr>
        <w:pStyle w:val="Heading3"/>
        <w:pageBreakBefore/>
        <w:spacing w:before="0"/>
      </w:pPr>
      <w:bookmarkStart w:id="309" w:name="_Toc237420015"/>
      <w:r>
        <w:lastRenderedPageBreak/>
        <w:t>21.4 Plan Orders</w:t>
      </w:r>
      <w:bookmarkEnd w:id="309"/>
    </w:p>
    <w:p w:rsidR="007E715F" w:rsidRDefault="00D52D88">
      <w:r>
        <w:t>Completed plan purchases, with the order number, the price, any coupon and the date.</w:t>
      </w:r>
    </w:p>
    <w:p w:rsidR="007E715F" w:rsidRDefault="00D52D88">
      <w:pPr>
        <w:spacing w:before="120" w:after="80"/>
        <w:jc w:val="center"/>
      </w:pPr>
      <w:r>
        <w:rPr>
          <w:noProof/>
        </w:rPr>
        <w:drawing>
          <wp:inline distT="0" distB="0" distL="0" distR="0">
            <wp:extent cx="5760720" cy="36004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plans-plan-orders.png"/>
                    <pic:cNvPicPr/>
                  </pic:nvPicPr>
                  <pic:blipFill>
                    <a:blip r:embed="rId178"/>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310" w:name="_Toc237420192"/>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169</w:t>
      </w:r>
      <w:r>
        <w:rPr>
          <w:color w:val="6B7280"/>
        </w:rPr>
        <w:fldChar w:fldCharType="end"/>
      </w:r>
      <w:r>
        <w:rPr>
          <w:b w:val="0"/>
          <w:color w:val="6B7280"/>
        </w:rPr>
        <w:t>: The Plan Orders page</w:t>
      </w:r>
      <w:bookmarkEnd w:id="310"/>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 Order Number, Orde</w:t>
      </w:r>
      <w:r>
        <w:rPr>
          <w:sz w:val="19"/>
        </w:rPr>
        <w:t>r Date, User Name, Plan Name, Original Price, Coupon Code, Discount, Final Price, Status</w:t>
      </w:r>
    </w:p>
    <w:p w:rsidR="007E715F" w:rsidRDefault="00D52D88">
      <w:pPr>
        <w:pStyle w:val="Heading3"/>
        <w:pageBreakBefore/>
        <w:spacing w:before="0"/>
      </w:pPr>
      <w:bookmarkStart w:id="311" w:name="_Toc237420016"/>
      <w:r>
        <w:lastRenderedPageBreak/>
        <w:t>21.5 Referral Program</w:t>
      </w:r>
      <w:bookmarkEnd w:id="311"/>
    </w:p>
    <w:p w:rsidR="007E715F" w:rsidRDefault="00D52D88">
      <w:r>
        <w:t>Your referral link and what it has earned, with each referral's amount, status and date.</w:t>
      </w:r>
    </w:p>
    <w:p w:rsidR="007E715F" w:rsidRDefault="00D52D88">
      <w:pPr>
        <w:spacing w:before="120" w:after="80"/>
        <w:jc w:val="center"/>
      </w:pPr>
      <w:r>
        <w:rPr>
          <w:noProof/>
        </w:rPr>
        <w:drawing>
          <wp:inline distT="0" distB="0" distL="0" distR="0">
            <wp:extent cx="5760720" cy="4195724"/>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referral-program.png"/>
                    <pic:cNvPicPr/>
                  </pic:nvPicPr>
                  <pic:blipFill>
                    <a:blip r:embed="rId179"/>
                    <a:stretch>
                      <a:fillRect/>
                    </a:stretch>
                  </pic:blipFill>
                  <pic:spPr>
                    <a:xfrm>
                      <a:off x="0" y="0"/>
                      <a:ext cx="5760720" cy="4195724"/>
                    </a:xfrm>
                    <a:prstGeom prst="rect">
                      <a:avLst/>
                    </a:prstGeom>
                    <a:ln w="9525">
                      <a:solidFill>
                        <a:srgbClr val="D8DCE3"/>
                      </a:solidFill>
                    </a:ln>
                  </pic:spPr>
                </pic:pic>
              </a:graphicData>
            </a:graphic>
          </wp:inline>
        </w:drawing>
      </w:r>
    </w:p>
    <w:p w:rsidR="007E715F" w:rsidRDefault="00D52D88">
      <w:pPr>
        <w:pStyle w:val="Caption"/>
        <w:jc w:val="center"/>
      </w:pPr>
      <w:bookmarkStart w:id="312" w:name="_Toc237420193"/>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170</w:t>
      </w:r>
      <w:r>
        <w:rPr>
          <w:color w:val="6B7280"/>
        </w:rPr>
        <w:fldChar w:fldCharType="end"/>
      </w:r>
      <w:r>
        <w:rPr>
          <w:b w:val="0"/>
          <w:color w:val="6B7280"/>
        </w:rPr>
        <w:t>: The Referral Progra</w:t>
      </w:r>
      <w:r>
        <w:rPr>
          <w:b w:val="0"/>
          <w:color w:val="6B7280"/>
        </w:rPr>
        <w:t>m page</w:t>
      </w:r>
      <w:bookmarkEnd w:id="312"/>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Amount, Status, Date</w:t>
      </w:r>
    </w:p>
    <w:p w:rsidR="007E715F" w:rsidRDefault="00D52D88">
      <w:pPr>
        <w:spacing w:after="80"/>
        <w:ind w:left="144"/>
      </w:pPr>
      <w:r>
        <w:rPr>
          <w:b/>
          <w:sz w:val="19"/>
        </w:rPr>
        <w:t xml:space="preserve">Actions on this page: </w:t>
      </w:r>
      <w:r>
        <w:rPr>
          <w:sz w:val="19"/>
        </w:rPr>
        <w:t>Dashboard, Payout Requests, Request Payout</w:t>
      </w:r>
    </w:p>
    <w:p w:rsidR="007E715F" w:rsidRDefault="00D52D88">
      <w:pPr>
        <w:pStyle w:val="Heading3"/>
        <w:pageBreakBefore/>
        <w:spacing w:before="0"/>
      </w:pPr>
      <w:bookmarkStart w:id="313" w:name="_Toc237420017"/>
      <w:r>
        <w:lastRenderedPageBreak/>
        <w:t>21.6 Landing Page</w:t>
      </w:r>
      <w:bookmarkEnd w:id="313"/>
    </w:p>
    <w:p w:rsidR="007E715F" w:rsidRDefault="00D52D88">
      <w:r>
        <w:t>Where the public website is edited: the text, images, ordering and visibility of every section covere</w:t>
      </w:r>
      <w:r>
        <w:t>d in chapter 3.</w:t>
      </w:r>
    </w:p>
    <w:p w:rsidR="007E715F" w:rsidRDefault="00D52D88">
      <w:pPr>
        <w:spacing w:before="120" w:after="80"/>
        <w:jc w:val="center"/>
      </w:pPr>
      <w:r>
        <w:rPr>
          <w:noProof/>
        </w:rPr>
        <w:drawing>
          <wp:inline distT="0" distB="0" distL="0" distR="0">
            <wp:extent cx="5760720" cy="4275734"/>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landing-page-landing-page.jpg"/>
                    <pic:cNvPicPr/>
                  </pic:nvPicPr>
                  <pic:blipFill>
                    <a:blip r:embed="rId180"/>
                    <a:stretch>
                      <a:fillRect/>
                    </a:stretch>
                  </pic:blipFill>
                  <pic:spPr>
                    <a:xfrm>
                      <a:off x="0" y="0"/>
                      <a:ext cx="5760720" cy="4275734"/>
                    </a:xfrm>
                    <a:prstGeom prst="rect">
                      <a:avLst/>
                    </a:prstGeom>
                    <a:ln w="9525">
                      <a:solidFill>
                        <a:srgbClr val="D8DCE3"/>
                      </a:solidFill>
                    </a:ln>
                  </pic:spPr>
                </pic:pic>
              </a:graphicData>
            </a:graphic>
          </wp:inline>
        </w:drawing>
      </w:r>
    </w:p>
    <w:p w:rsidR="007E715F" w:rsidRDefault="00D52D88">
      <w:pPr>
        <w:pStyle w:val="Caption"/>
        <w:jc w:val="center"/>
      </w:pPr>
      <w:bookmarkStart w:id="314" w:name="_Toc237420194"/>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171</w:t>
      </w:r>
      <w:r>
        <w:rPr>
          <w:color w:val="6B7280"/>
        </w:rPr>
        <w:fldChar w:fldCharType="end"/>
      </w:r>
      <w:r>
        <w:rPr>
          <w:b w:val="0"/>
          <w:color w:val="6B7280"/>
        </w:rPr>
        <w:t>: The Landing Page page</w:t>
      </w:r>
      <w:bookmarkEnd w:id="314"/>
    </w:p>
    <w:p w:rsidR="007E715F" w:rsidRDefault="00D52D88">
      <w:pPr>
        <w:spacing w:after="100"/>
        <w:ind w:left="144"/>
      </w:pPr>
      <w:r>
        <w:rPr>
          <w:b/>
          <w:color w:val="D7263D"/>
          <w:sz w:val="18"/>
        </w:rPr>
        <w:t xml:space="preserve">1 </w:t>
      </w:r>
      <w:r>
        <w:rPr>
          <w:color w:val="6B7280"/>
          <w:sz w:val="18"/>
        </w:rPr>
        <w:t>page title</w:t>
      </w:r>
    </w:p>
    <w:p w:rsidR="007E715F" w:rsidRDefault="00D52D88">
      <w:pPr>
        <w:spacing w:after="80"/>
        <w:ind w:left="144"/>
      </w:pPr>
      <w:r>
        <w:rPr>
          <w:b/>
          <w:sz w:val="19"/>
        </w:rPr>
        <w:t xml:space="preserve">Actions on this page: </w:t>
      </w:r>
      <w:r>
        <w:rPr>
          <w:sz w:val="19"/>
        </w:rPr>
        <w:t>Save Changes, Setup, Layout, Content, Social, Engagement, General, Order, Advanced</w:t>
      </w:r>
    </w:p>
    <w:p w:rsidR="007E715F" w:rsidRDefault="00D52D88">
      <w:pPr>
        <w:pStyle w:val="Heading2"/>
        <w:pageBreakBefore/>
        <w:spacing w:before="0"/>
      </w:pPr>
      <w:bookmarkStart w:id="315" w:name="_Toc237420018"/>
      <w:r>
        <w:lastRenderedPageBreak/>
        <w:t>22. Developer Tools</w:t>
      </w:r>
      <w:bookmarkEnd w:id="315"/>
    </w:p>
    <w:p w:rsidR="007E715F" w:rsidRDefault="00D52D88">
      <w:r>
        <w:t xml:space="preserve">Weaf HR can be driven by other software. A </w:t>
      </w:r>
      <w:r>
        <w:t>token authenticates the other system, webhooks let it hear about changes as they happen, and the reference documents every endpoint.</w:t>
      </w:r>
    </w:p>
    <w:p w:rsidR="007E715F" w:rsidRDefault="00D52D88">
      <w:r>
        <w:t>One rule governs all of it: a token can only ever see what the person who created it can see. Access is not widened by auto</w:t>
      </w:r>
      <w:r>
        <w:t>mating it.</w:t>
      </w:r>
    </w:p>
    <w:p w:rsidR="007E715F" w:rsidRDefault="00D52D88">
      <w:pPr>
        <w:spacing w:after="80"/>
        <w:ind w:left="144"/>
      </w:pPr>
      <w:r>
        <w:rPr>
          <w:b/>
          <w:sz w:val="19"/>
        </w:rPr>
        <w:t xml:space="preserve">Pages in this chapter: </w:t>
      </w:r>
      <w:r>
        <w:rPr>
          <w:sz w:val="19"/>
        </w:rPr>
        <w:t>API Tokens, Webhooks, API Reference</w:t>
      </w:r>
    </w:p>
    <w:p w:rsidR="007E715F" w:rsidRDefault="00D52D88">
      <w:pPr>
        <w:pStyle w:val="Heading3"/>
        <w:pageBreakBefore/>
        <w:spacing w:before="0"/>
      </w:pPr>
      <w:bookmarkStart w:id="316" w:name="_Toc237420019"/>
      <w:r>
        <w:lastRenderedPageBreak/>
        <w:t>22.1 API Tokens</w:t>
      </w:r>
      <w:bookmarkEnd w:id="316"/>
    </w:p>
    <w:p w:rsidR="007E715F" w:rsidRDefault="00D52D88">
      <w:r>
        <w:t>Tokens that let other software sign in as your company without a password. A token can only ever see what the person who created it can see, and the token itself is shown</w:t>
      </w:r>
      <w:r>
        <w:t xml:space="preserve"> once, at creation.</w:t>
      </w:r>
    </w:p>
    <w:p w:rsidR="007E715F" w:rsidRDefault="00D52D88">
      <w:pPr>
        <w:spacing w:before="120" w:after="80"/>
        <w:jc w:val="center"/>
      </w:pPr>
      <w:r>
        <w:rPr>
          <w:noProof/>
        </w:rPr>
        <w:drawing>
          <wp:inline distT="0" distB="0" distL="0" distR="0">
            <wp:extent cx="5760720" cy="428533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eveloper-api-tokens.jpg"/>
                    <pic:cNvPicPr/>
                  </pic:nvPicPr>
                  <pic:blipFill>
                    <a:blip r:embed="rId181"/>
                    <a:stretch>
                      <a:fillRect/>
                    </a:stretch>
                  </pic:blipFill>
                  <pic:spPr>
                    <a:xfrm>
                      <a:off x="0" y="0"/>
                      <a:ext cx="5760720" cy="4285335"/>
                    </a:xfrm>
                    <a:prstGeom prst="rect">
                      <a:avLst/>
                    </a:prstGeom>
                    <a:ln w="9525">
                      <a:solidFill>
                        <a:srgbClr val="D8DCE3"/>
                      </a:solidFill>
                    </a:ln>
                  </pic:spPr>
                </pic:pic>
              </a:graphicData>
            </a:graphic>
          </wp:inline>
        </w:drawing>
      </w:r>
    </w:p>
    <w:p w:rsidR="007E715F" w:rsidRDefault="00D52D88">
      <w:pPr>
        <w:pStyle w:val="Caption"/>
        <w:jc w:val="center"/>
      </w:pPr>
      <w:bookmarkStart w:id="317" w:name="_Toc237420195"/>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172</w:t>
      </w:r>
      <w:r>
        <w:rPr>
          <w:color w:val="6B7280"/>
        </w:rPr>
        <w:fldChar w:fldCharType="end"/>
      </w:r>
      <w:r>
        <w:rPr>
          <w:b w:val="0"/>
          <w:color w:val="6B7280"/>
        </w:rPr>
        <w:t>: The API Tokens page</w:t>
      </w:r>
      <w:bookmarkEnd w:id="317"/>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records table</w:t>
      </w:r>
    </w:p>
    <w:p w:rsidR="007E715F" w:rsidRDefault="00D52D88">
      <w:pPr>
        <w:spacing w:after="80"/>
        <w:ind w:left="144"/>
      </w:pPr>
      <w:r>
        <w:rPr>
          <w:b/>
          <w:sz w:val="19"/>
        </w:rPr>
        <w:t xml:space="preserve">Columns: </w:t>
      </w:r>
      <w:r>
        <w:rPr>
          <w:sz w:val="19"/>
        </w:rPr>
        <w:t>NAME, TOKEN, ACCESS, LAST USED, EXPIRES</w:t>
      </w:r>
    </w:p>
    <w:p w:rsidR="007E715F" w:rsidRDefault="00D52D88">
      <w:pPr>
        <w:spacing w:after="80"/>
        <w:ind w:left="144"/>
      </w:pPr>
      <w:r>
        <w:rPr>
          <w:b/>
          <w:sz w:val="19"/>
        </w:rPr>
        <w:t xml:space="preserve">Actions on this page: </w:t>
      </w:r>
      <w:r>
        <w:rPr>
          <w:sz w:val="19"/>
        </w:rPr>
        <w:t>Open API reference, OpenAPI spec (JSON), Generate token</w:t>
      </w:r>
    </w:p>
    <w:tbl>
      <w:tblPr>
        <w:tblW w:w="0" w:type="auto"/>
        <w:jc w:val="center"/>
        <w:tblLook w:val="04A0" w:firstRow="1" w:lastRow="0" w:firstColumn="1" w:lastColumn="0" w:noHBand="0" w:noVBand="1"/>
      </w:tblPr>
      <w:tblGrid>
        <w:gridCol w:w="9072"/>
      </w:tblGrid>
      <w:tr w:rsidR="007E715F">
        <w:trPr>
          <w:jc w:val="center"/>
        </w:trPr>
        <w:tc>
          <w:tcPr>
            <w:tcW w:w="9072" w:type="dxa"/>
            <w:shd w:val="clear" w:color="auto" w:fill="F1F7F4"/>
          </w:tcPr>
          <w:p w:rsidR="007E715F" w:rsidRDefault="00D52D88">
            <w:pPr>
              <w:spacing w:before="60" w:after="60"/>
            </w:pPr>
            <w:r>
              <w:rPr>
                <w:b/>
                <w:color w:val="0E9F6E"/>
                <w:sz w:val="18"/>
              </w:rPr>
              <w:t xml:space="preserve">Note:  </w:t>
            </w:r>
            <w:r>
              <w:rPr>
                <w:sz w:val="18"/>
              </w:rPr>
              <w:t xml:space="preserve">The token </w:t>
            </w:r>
            <w:r>
              <w:rPr>
                <w:sz w:val="18"/>
              </w:rPr>
              <w:t>is shown once, when it is created. If it is lost it cannot be recovered — issue a new one and delete the old.</w:t>
            </w:r>
          </w:p>
        </w:tc>
      </w:tr>
    </w:tbl>
    <w:p w:rsidR="007E715F" w:rsidRDefault="007E715F">
      <w:pPr>
        <w:spacing w:after="40"/>
      </w:pPr>
    </w:p>
    <w:p w:rsidR="007E715F" w:rsidRDefault="00D52D88">
      <w:pPr>
        <w:pStyle w:val="Heading3"/>
        <w:pageBreakBefore/>
        <w:spacing w:before="0"/>
      </w:pPr>
      <w:bookmarkStart w:id="318" w:name="_Toc237420020"/>
      <w:r>
        <w:lastRenderedPageBreak/>
        <w:t>22.2 Webhooks</w:t>
      </w:r>
      <w:bookmarkEnd w:id="318"/>
    </w:p>
    <w:p w:rsidR="007E715F" w:rsidRDefault="00D52D88">
      <w:r>
        <w:t>Addresses the system calls when something happens, so another system can react without polling for changes.</w:t>
      </w:r>
    </w:p>
    <w:p w:rsidR="007E715F" w:rsidRDefault="00D52D88">
      <w:pPr>
        <w:spacing w:before="120" w:after="80"/>
        <w:jc w:val="center"/>
      </w:pPr>
      <w:r>
        <w:rPr>
          <w:noProof/>
        </w:rPr>
        <w:drawing>
          <wp:inline distT="0" distB="0" distL="0" distR="0">
            <wp:extent cx="5760720" cy="36004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eveloper-webhooks.png"/>
                    <pic:cNvPicPr/>
                  </pic:nvPicPr>
                  <pic:blipFill>
                    <a:blip r:embed="rId182"/>
                    <a:stretch>
                      <a:fillRect/>
                    </a:stretch>
                  </pic:blipFill>
                  <pic:spPr>
                    <a:xfrm>
                      <a:off x="0" y="0"/>
                      <a:ext cx="5760720" cy="3600450"/>
                    </a:xfrm>
                    <a:prstGeom prst="rect">
                      <a:avLst/>
                    </a:prstGeom>
                    <a:ln w="9525">
                      <a:solidFill>
                        <a:srgbClr val="D8DCE3"/>
                      </a:solidFill>
                    </a:ln>
                  </pic:spPr>
                </pic:pic>
              </a:graphicData>
            </a:graphic>
          </wp:inline>
        </w:drawing>
      </w:r>
    </w:p>
    <w:p w:rsidR="007E715F" w:rsidRDefault="00D52D88">
      <w:pPr>
        <w:pStyle w:val="Caption"/>
        <w:jc w:val="center"/>
      </w:pPr>
      <w:bookmarkStart w:id="319" w:name="_Toc237420196"/>
      <w:r>
        <w:rPr>
          <w:color w:val="6B7280"/>
        </w:rPr>
        <w:t xml:space="preserve">Figure </w:t>
      </w:r>
      <w:r>
        <w:rPr>
          <w:color w:val="6B7280"/>
        </w:rPr>
        <w:fldChar w:fldCharType="begin"/>
      </w:r>
      <w:r>
        <w:rPr>
          <w:color w:val="6B7280"/>
        </w:rPr>
        <w:instrText xml:space="preserve"> SEQ Figure \</w:instrText>
      </w:r>
      <w:r>
        <w:rPr>
          <w:color w:val="6B7280"/>
        </w:rPr>
        <w:instrText xml:space="preserve">* ARABIC </w:instrText>
      </w:r>
      <w:r>
        <w:rPr>
          <w:color w:val="6B7280"/>
        </w:rPr>
        <w:fldChar w:fldCharType="separate"/>
      </w:r>
      <w:r>
        <w:rPr>
          <w:noProof/>
          <w:color w:val="6B7280"/>
        </w:rPr>
        <w:t>173</w:t>
      </w:r>
      <w:r>
        <w:rPr>
          <w:color w:val="6B7280"/>
        </w:rPr>
        <w:fldChar w:fldCharType="end"/>
      </w:r>
      <w:r>
        <w:rPr>
          <w:b w:val="0"/>
          <w:color w:val="6B7280"/>
        </w:rPr>
        <w:t>: The Webhooks page</w:t>
      </w:r>
      <w:bookmarkEnd w:id="319"/>
    </w:p>
    <w:p w:rsidR="007E715F" w:rsidRDefault="00D52D88">
      <w:pPr>
        <w:spacing w:after="100"/>
        <w:ind w:left="144"/>
      </w:pPr>
      <w:r>
        <w:rPr>
          <w:b/>
          <w:color w:val="D7263D"/>
          <w:sz w:val="18"/>
        </w:rPr>
        <w:t xml:space="preserve">1 </w:t>
      </w:r>
      <w:r>
        <w:rPr>
          <w:color w:val="6B7280"/>
          <w:sz w:val="18"/>
        </w:rPr>
        <w:t xml:space="preserve">page title   ·   </w:t>
      </w:r>
      <w:r>
        <w:rPr>
          <w:b/>
          <w:color w:val="D7263D"/>
          <w:sz w:val="18"/>
        </w:rPr>
        <w:t xml:space="preserve">2 </w:t>
      </w:r>
      <w:r>
        <w:rPr>
          <w:color w:val="6B7280"/>
          <w:sz w:val="18"/>
        </w:rPr>
        <w:t>primary action</w:t>
      </w:r>
    </w:p>
    <w:p w:rsidR="007E715F" w:rsidRDefault="00D52D88">
      <w:pPr>
        <w:spacing w:after="80"/>
        <w:ind w:left="144"/>
      </w:pPr>
      <w:r>
        <w:rPr>
          <w:b/>
          <w:sz w:val="19"/>
        </w:rPr>
        <w:t xml:space="preserve">Actions on this page: </w:t>
      </w:r>
      <w:r>
        <w:rPr>
          <w:sz w:val="19"/>
        </w:rPr>
        <w:t>Add endpoint, Test, Secret</w:t>
      </w:r>
    </w:p>
    <w:p w:rsidR="007E715F" w:rsidRDefault="00D52D88">
      <w:pPr>
        <w:pStyle w:val="Heading3"/>
        <w:pageBreakBefore/>
        <w:spacing w:before="0"/>
      </w:pPr>
      <w:bookmarkStart w:id="320" w:name="_Toc237420021"/>
      <w:r>
        <w:lastRenderedPageBreak/>
        <w:t>22.3 API Reference</w:t>
      </w:r>
      <w:bookmarkEnd w:id="320"/>
    </w:p>
    <w:p w:rsidR="007E715F" w:rsidRDefault="00D52D88">
      <w:r>
        <w:t xml:space="preserve">The API documentation, with every endpoint listed and a console for trying them. It is public — a developer evaluating </w:t>
      </w:r>
      <w:r>
        <w:t>the platform can read it without an account.</w:t>
      </w:r>
    </w:p>
    <w:p w:rsidR="007E715F" w:rsidRDefault="00D52D88">
      <w:pPr>
        <w:spacing w:before="120" w:after="80"/>
        <w:jc w:val="center"/>
      </w:pPr>
      <w:r>
        <w:rPr>
          <w:noProof/>
        </w:rPr>
        <w:drawing>
          <wp:inline distT="0" distB="0" distL="0" distR="0">
            <wp:extent cx="3584448" cy="448056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__developer-api-reference.jpg"/>
                    <pic:cNvPicPr/>
                  </pic:nvPicPr>
                  <pic:blipFill>
                    <a:blip r:embed="rId183"/>
                    <a:stretch>
                      <a:fillRect/>
                    </a:stretch>
                  </pic:blipFill>
                  <pic:spPr>
                    <a:xfrm>
                      <a:off x="0" y="0"/>
                      <a:ext cx="3584448" cy="4480560"/>
                    </a:xfrm>
                    <a:prstGeom prst="rect">
                      <a:avLst/>
                    </a:prstGeom>
                    <a:ln w="9525">
                      <a:solidFill>
                        <a:srgbClr val="D8DCE3"/>
                      </a:solidFill>
                    </a:ln>
                  </pic:spPr>
                </pic:pic>
              </a:graphicData>
            </a:graphic>
          </wp:inline>
        </w:drawing>
      </w:r>
    </w:p>
    <w:p w:rsidR="007E715F" w:rsidRDefault="00D52D88">
      <w:pPr>
        <w:pStyle w:val="Caption"/>
        <w:jc w:val="center"/>
      </w:pPr>
      <w:bookmarkStart w:id="321" w:name="_Toc237420197"/>
      <w:r>
        <w:rPr>
          <w:color w:val="6B7280"/>
        </w:rPr>
        <w:t xml:space="preserve">Figure </w:t>
      </w:r>
      <w:r>
        <w:rPr>
          <w:color w:val="6B7280"/>
        </w:rPr>
        <w:fldChar w:fldCharType="begin"/>
      </w:r>
      <w:r>
        <w:rPr>
          <w:color w:val="6B7280"/>
        </w:rPr>
        <w:instrText xml:space="preserve"> SEQ Figure \* ARABIC </w:instrText>
      </w:r>
      <w:r>
        <w:rPr>
          <w:color w:val="6B7280"/>
        </w:rPr>
        <w:fldChar w:fldCharType="separate"/>
      </w:r>
      <w:r>
        <w:rPr>
          <w:noProof/>
          <w:color w:val="6B7280"/>
        </w:rPr>
        <w:t>174</w:t>
      </w:r>
      <w:r>
        <w:rPr>
          <w:color w:val="6B7280"/>
        </w:rPr>
        <w:fldChar w:fldCharType="end"/>
      </w:r>
      <w:r>
        <w:rPr>
          <w:b w:val="0"/>
          <w:color w:val="6B7280"/>
        </w:rPr>
        <w:t>: The API Reference page</w:t>
      </w:r>
      <w:bookmarkEnd w:id="321"/>
    </w:p>
    <w:p w:rsidR="007E715F" w:rsidRDefault="00D52D88">
      <w:pPr>
        <w:spacing w:after="80"/>
        <w:ind w:left="144"/>
      </w:pPr>
      <w:r>
        <w:rPr>
          <w:b/>
          <w:sz w:val="19"/>
        </w:rPr>
        <w:t xml:space="preserve">Actions on this page: </w:t>
      </w:r>
      <w:r>
        <w:rPr>
          <w:sz w:val="19"/>
        </w:rPr>
        <w:t xml:space="preserve">GET /auth/token Check the current token, GET /employees List employees, GET /employees/{id} Fetch one employee, GET /departments </w:t>
      </w:r>
      <w:r>
        <w:rPr>
          <w:sz w:val="19"/>
        </w:rPr>
        <w:t>List departments, GET /designations List designations, GET /branches List branches, GET /leave-types List leave types, GET /payroll-runs List payroll runs, GET /payslips List payslips, Schemas</w:t>
      </w:r>
    </w:p>
    <w:p w:rsidR="007E715F" w:rsidRDefault="00D52D88">
      <w:pPr>
        <w:pStyle w:val="Heading1"/>
        <w:pageBreakBefore/>
        <w:spacing w:before="0"/>
      </w:pPr>
      <w:bookmarkStart w:id="322" w:name="_Toc237420022"/>
      <w:r>
        <w:lastRenderedPageBreak/>
        <w:t>Appendix</w:t>
      </w:r>
      <w:bookmarkEnd w:id="322"/>
    </w:p>
    <w:p w:rsidR="007E715F" w:rsidRDefault="00D52D88">
      <w:pPr>
        <w:pStyle w:val="Heading2"/>
        <w:pageBreakBefore/>
        <w:spacing w:before="0"/>
      </w:pPr>
      <w:bookmarkStart w:id="323" w:name="_Toc237420023"/>
      <w:r>
        <w:lastRenderedPageBreak/>
        <w:t>A. Complete Page Index</w:t>
      </w:r>
      <w:bookmarkEnd w:id="323"/>
    </w:p>
    <w:p w:rsidR="007E715F" w:rsidRDefault="00D52D88">
      <w:r>
        <w:t>Every page reached from the sid</w:t>
      </w:r>
      <w:r>
        <w:t>ebar, with the module it belongs to and the number of records present on the demonstration company at the time of capture. A count of zero means the page was empty, not that it does not work.</w:t>
      </w:r>
    </w:p>
    <w:p w:rsidR="007E715F" w:rsidRDefault="00D52D88">
      <w:pPr>
        <w:pStyle w:val="Caption"/>
        <w:spacing w:before="160"/>
        <w:jc w:val="center"/>
      </w:pPr>
      <w:bookmarkStart w:id="324" w:name="_Toc237420202"/>
      <w:r>
        <w:rPr>
          <w:color w:val="6B7280"/>
        </w:rPr>
        <w:t xml:space="preserve">Table </w:t>
      </w:r>
      <w:r>
        <w:rPr>
          <w:color w:val="6B7280"/>
        </w:rPr>
        <w:fldChar w:fldCharType="begin"/>
      </w:r>
      <w:r>
        <w:rPr>
          <w:color w:val="6B7280"/>
        </w:rPr>
        <w:instrText xml:space="preserve"> SEQ Table \* ARABIC </w:instrText>
      </w:r>
      <w:r>
        <w:rPr>
          <w:color w:val="6B7280"/>
        </w:rPr>
        <w:fldChar w:fldCharType="separate"/>
      </w:r>
      <w:r>
        <w:rPr>
          <w:noProof/>
          <w:color w:val="6B7280"/>
        </w:rPr>
        <w:t>5</w:t>
      </w:r>
      <w:r>
        <w:rPr>
          <w:color w:val="6B7280"/>
        </w:rPr>
        <w:fldChar w:fldCharType="end"/>
      </w:r>
      <w:r>
        <w:rPr>
          <w:b w:val="0"/>
          <w:color w:val="6B7280"/>
        </w:rPr>
        <w:t>: Complete index of application p</w:t>
      </w:r>
      <w:r>
        <w:rPr>
          <w:b w:val="0"/>
          <w:color w:val="6B7280"/>
        </w:rPr>
        <w:t>ages</w:t>
      </w:r>
      <w:bookmarkEnd w:id="324"/>
    </w:p>
    <w:tbl>
      <w:tblPr>
        <w:tblStyle w:val="TableGrid"/>
        <w:tblW w:w="0" w:type="auto"/>
        <w:jc w:val="center"/>
        <w:tblLook w:val="04A0" w:firstRow="1" w:lastRow="0" w:firstColumn="1" w:lastColumn="0" w:noHBand="0" w:noVBand="1"/>
      </w:tblPr>
      <w:tblGrid>
        <w:gridCol w:w="3168"/>
        <w:gridCol w:w="3024"/>
        <w:gridCol w:w="1296"/>
        <w:gridCol w:w="1296"/>
      </w:tblGrid>
      <w:tr w:rsidR="007E715F">
        <w:trPr>
          <w:tblHeader/>
          <w:jc w:val="center"/>
        </w:trPr>
        <w:tc>
          <w:tcPr>
            <w:tcW w:w="3168" w:type="dxa"/>
            <w:shd w:val="clear" w:color="auto" w:fill="0E9F6E"/>
          </w:tcPr>
          <w:p w:rsidR="007E715F" w:rsidRDefault="00D52D88">
            <w:r>
              <w:rPr>
                <w:b/>
                <w:color w:val="FFFFFF"/>
                <w:sz w:val="16"/>
              </w:rPr>
              <w:t>Module</w:t>
            </w:r>
          </w:p>
        </w:tc>
        <w:tc>
          <w:tcPr>
            <w:tcW w:w="3024" w:type="dxa"/>
            <w:shd w:val="clear" w:color="auto" w:fill="0E9F6E"/>
          </w:tcPr>
          <w:p w:rsidR="007E715F" w:rsidRDefault="00D52D88">
            <w:r>
              <w:rPr>
                <w:b/>
                <w:color w:val="FFFFFF"/>
                <w:sz w:val="16"/>
              </w:rPr>
              <w:t>Page</w:t>
            </w:r>
          </w:p>
        </w:tc>
        <w:tc>
          <w:tcPr>
            <w:tcW w:w="1296" w:type="dxa"/>
            <w:shd w:val="clear" w:color="auto" w:fill="0E9F6E"/>
          </w:tcPr>
          <w:p w:rsidR="007E715F" w:rsidRDefault="00D52D88">
            <w:r>
              <w:rPr>
                <w:b/>
                <w:color w:val="FFFFFF"/>
                <w:sz w:val="16"/>
              </w:rPr>
              <w:t>Records</w:t>
            </w:r>
          </w:p>
        </w:tc>
        <w:tc>
          <w:tcPr>
            <w:tcW w:w="1296" w:type="dxa"/>
            <w:shd w:val="clear" w:color="auto" w:fill="0E9F6E"/>
          </w:tcPr>
          <w:p w:rsidR="007E715F" w:rsidRDefault="00D52D88">
            <w:r>
              <w:rPr>
                <w:b/>
                <w:color w:val="FFFFFF"/>
                <w:sz w:val="16"/>
              </w:rPr>
              <w:t>Columns</w:t>
            </w:r>
          </w:p>
        </w:tc>
      </w:tr>
      <w:tr w:rsidR="007E715F">
        <w:trPr>
          <w:jc w:val="center"/>
        </w:trPr>
        <w:tc>
          <w:tcPr>
            <w:tcW w:w="3168" w:type="dxa"/>
          </w:tcPr>
          <w:p w:rsidR="007E715F" w:rsidRDefault="00D52D88">
            <w:r>
              <w:rPr>
                <w:sz w:val="16"/>
              </w:rPr>
              <w:t>Attendance</w:t>
            </w:r>
          </w:p>
        </w:tc>
        <w:tc>
          <w:tcPr>
            <w:tcW w:w="3024" w:type="dxa"/>
          </w:tcPr>
          <w:p w:rsidR="007E715F" w:rsidRDefault="00D52D88">
            <w:r>
              <w:rPr>
                <w:sz w:val="16"/>
              </w:rPr>
              <w:t>Attendance Policies</w:t>
            </w:r>
          </w:p>
        </w:tc>
        <w:tc>
          <w:tcPr>
            <w:tcW w:w="1296" w:type="dxa"/>
          </w:tcPr>
          <w:p w:rsidR="007E715F" w:rsidRDefault="00D52D88">
            <w:r>
              <w:rPr>
                <w:sz w:val="16"/>
              </w:rPr>
              <w:t>3</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Attendance</w:t>
            </w:r>
          </w:p>
        </w:tc>
        <w:tc>
          <w:tcPr>
            <w:tcW w:w="3024" w:type="dxa"/>
          </w:tcPr>
          <w:p w:rsidR="007E715F" w:rsidRDefault="00D52D88">
            <w:r>
              <w:rPr>
                <w:sz w:val="16"/>
              </w:rPr>
              <w:t>Attendance Records</w:t>
            </w:r>
          </w:p>
        </w:tc>
        <w:tc>
          <w:tcPr>
            <w:tcW w:w="1296" w:type="dxa"/>
          </w:tcPr>
          <w:p w:rsidR="007E715F" w:rsidRDefault="00D52D88">
            <w:r>
              <w:rPr>
                <w:sz w:val="16"/>
              </w:rPr>
              <w:t>10</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Attendance</w:t>
            </w:r>
          </w:p>
        </w:tc>
        <w:tc>
          <w:tcPr>
            <w:tcW w:w="3024" w:type="dxa"/>
          </w:tcPr>
          <w:p w:rsidR="007E715F" w:rsidRDefault="00D52D88">
            <w:r>
              <w:rPr>
                <w:sz w:val="16"/>
              </w:rPr>
              <w:t>Attendance Regularizations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Attendance</w:t>
            </w:r>
          </w:p>
        </w:tc>
        <w:tc>
          <w:tcPr>
            <w:tcW w:w="3024" w:type="dxa"/>
          </w:tcPr>
          <w:p w:rsidR="007E715F" w:rsidRDefault="00D52D88">
            <w:r>
              <w:rPr>
                <w:sz w:val="16"/>
              </w:rPr>
              <w:t>Shifts</w:t>
            </w:r>
          </w:p>
        </w:tc>
        <w:tc>
          <w:tcPr>
            <w:tcW w:w="1296" w:type="dxa"/>
          </w:tcPr>
          <w:p w:rsidR="007E715F" w:rsidRDefault="00D52D88">
            <w:r>
              <w:rPr>
                <w:sz w:val="16"/>
              </w:rPr>
              <w:t>3</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Contract Management</w:t>
            </w:r>
          </w:p>
        </w:tc>
        <w:tc>
          <w:tcPr>
            <w:tcW w:w="3024" w:type="dxa"/>
          </w:tcPr>
          <w:p w:rsidR="007E715F" w:rsidRDefault="00D52D88">
            <w:r>
              <w:rPr>
                <w:sz w:val="16"/>
              </w:rPr>
              <w:t>Contract Templates</w:t>
            </w:r>
          </w:p>
        </w:tc>
        <w:tc>
          <w:tcPr>
            <w:tcW w:w="1296" w:type="dxa"/>
          </w:tcPr>
          <w:p w:rsidR="007E715F" w:rsidRDefault="00D52D88">
            <w:r>
              <w:rPr>
                <w:sz w:val="16"/>
              </w:rPr>
              <w:t>5</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Contract Management</w:t>
            </w:r>
          </w:p>
        </w:tc>
        <w:tc>
          <w:tcPr>
            <w:tcW w:w="3024" w:type="dxa"/>
          </w:tcPr>
          <w:p w:rsidR="007E715F" w:rsidRDefault="00D52D88">
            <w:r>
              <w:rPr>
                <w:sz w:val="16"/>
              </w:rPr>
              <w:t>Contract Types</w:t>
            </w:r>
          </w:p>
        </w:tc>
        <w:tc>
          <w:tcPr>
            <w:tcW w:w="1296" w:type="dxa"/>
          </w:tcPr>
          <w:p w:rsidR="007E715F" w:rsidRDefault="00D52D88">
            <w:r>
              <w:rPr>
                <w:sz w:val="16"/>
              </w:rPr>
              <w:t>8</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Contract Management</w:t>
            </w:r>
          </w:p>
        </w:tc>
        <w:tc>
          <w:tcPr>
            <w:tcW w:w="3024" w:type="dxa"/>
          </w:tcPr>
          <w:p w:rsidR="007E715F" w:rsidRDefault="00D52D88">
            <w:r>
              <w:rPr>
                <w:sz w:val="16"/>
              </w:rPr>
              <w:t>Employee Contracts</w:t>
            </w:r>
          </w:p>
        </w:tc>
        <w:tc>
          <w:tcPr>
            <w:tcW w:w="1296" w:type="dxa"/>
          </w:tcPr>
          <w:p w:rsidR="007E715F" w:rsidRDefault="00D52D88">
            <w:r>
              <w:rPr>
                <w:sz w:val="16"/>
              </w:rPr>
              <w:t>9</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Developer</w:t>
            </w:r>
          </w:p>
        </w:tc>
        <w:tc>
          <w:tcPr>
            <w:tcW w:w="3024" w:type="dxa"/>
          </w:tcPr>
          <w:p w:rsidR="007E715F" w:rsidRDefault="00D52D88">
            <w:r>
              <w:rPr>
                <w:sz w:val="16"/>
              </w:rPr>
              <w:t>API Reference</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Developer</w:t>
            </w:r>
          </w:p>
        </w:tc>
        <w:tc>
          <w:tcPr>
            <w:tcW w:w="3024" w:type="dxa"/>
          </w:tcPr>
          <w:p w:rsidR="007E715F" w:rsidRDefault="00D52D88">
            <w:r>
              <w:rPr>
                <w:sz w:val="16"/>
              </w:rPr>
              <w:t>API Tokens</w:t>
            </w:r>
          </w:p>
        </w:tc>
        <w:tc>
          <w:tcPr>
            <w:tcW w:w="1296" w:type="dxa"/>
          </w:tcPr>
          <w:p w:rsidR="007E715F" w:rsidRDefault="00D52D88">
            <w:r>
              <w:rPr>
                <w:sz w:val="16"/>
              </w:rPr>
              <w:t>2</w:t>
            </w:r>
          </w:p>
        </w:tc>
        <w:tc>
          <w:tcPr>
            <w:tcW w:w="1296" w:type="dxa"/>
          </w:tcPr>
          <w:p w:rsidR="007E715F" w:rsidRDefault="00D52D88">
            <w:r>
              <w:rPr>
                <w:sz w:val="16"/>
              </w:rPr>
              <w:t>5</w:t>
            </w:r>
          </w:p>
        </w:tc>
      </w:tr>
      <w:tr w:rsidR="007E715F">
        <w:trPr>
          <w:jc w:val="center"/>
        </w:trPr>
        <w:tc>
          <w:tcPr>
            <w:tcW w:w="3168" w:type="dxa"/>
          </w:tcPr>
          <w:p w:rsidR="007E715F" w:rsidRDefault="00D52D88">
            <w:r>
              <w:rPr>
                <w:sz w:val="16"/>
              </w:rPr>
              <w:t>Developer</w:t>
            </w:r>
          </w:p>
        </w:tc>
        <w:tc>
          <w:tcPr>
            <w:tcW w:w="3024" w:type="dxa"/>
          </w:tcPr>
          <w:p w:rsidR="007E715F" w:rsidRDefault="00D52D88">
            <w:r>
              <w:rPr>
                <w:sz w:val="16"/>
              </w:rPr>
              <w:t>Webhooks</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Document Management</w:t>
            </w:r>
          </w:p>
        </w:tc>
        <w:tc>
          <w:tcPr>
            <w:tcW w:w="3024" w:type="dxa"/>
          </w:tcPr>
          <w:p w:rsidR="007E715F" w:rsidRDefault="00D52D88">
            <w:r>
              <w:rPr>
                <w:sz w:val="16"/>
              </w:rPr>
              <w:t>Acknowledgments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Document Management</w:t>
            </w:r>
          </w:p>
        </w:tc>
        <w:tc>
          <w:tcPr>
            <w:tcW w:w="3024" w:type="dxa"/>
          </w:tcPr>
          <w:p w:rsidR="007E715F" w:rsidRDefault="00D52D88">
            <w:r>
              <w:rPr>
                <w:sz w:val="16"/>
              </w:rPr>
              <w:t>Document Categories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Document Management</w:t>
            </w:r>
          </w:p>
        </w:tc>
        <w:tc>
          <w:tcPr>
            <w:tcW w:w="3024" w:type="dxa"/>
          </w:tcPr>
          <w:p w:rsidR="007E715F" w:rsidRDefault="00D52D88">
            <w:r>
              <w:rPr>
                <w:sz w:val="16"/>
              </w:rPr>
              <w:t>Document Templates</w:t>
            </w:r>
          </w:p>
        </w:tc>
        <w:tc>
          <w:tcPr>
            <w:tcW w:w="1296" w:type="dxa"/>
          </w:tcPr>
          <w:p w:rsidR="007E715F" w:rsidRDefault="00D52D88">
            <w:r>
              <w:rPr>
                <w:sz w:val="16"/>
              </w:rPr>
              <w:t>6</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Document Management</w:t>
            </w:r>
          </w:p>
        </w:tc>
        <w:tc>
          <w:tcPr>
            <w:tcW w:w="3024" w:type="dxa"/>
          </w:tcPr>
          <w:p w:rsidR="007E715F" w:rsidRDefault="00D52D88">
            <w:r>
              <w:rPr>
                <w:sz w:val="16"/>
              </w:rPr>
              <w:t>HR Documents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Announcements</w:t>
            </w:r>
          </w:p>
        </w:tc>
        <w:tc>
          <w:tcPr>
            <w:tcW w:w="1296" w:type="dxa"/>
          </w:tcPr>
          <w:p w:rsidR="007E715F" w:rsidRDefault="00D52D88">
            <w:r>
              <w:rPr>
                <w:sz w:val="16"/>
              </w:rPr>
              <w:t>8</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Award Types</w:t>
            </w:r>
          </w:p>
        </w:tc>
        <w:tc>
          <w:tcPr>
            <w:tcW w:w="1296" w:type="dxa"/>
          </w:tcPr>
          <w:p w:rsidR="007E715F" w:rsidRDefault="00D52D88">
            <w:r>
              <w:rPr>
                <w:sz w:val="16"/>
              </w:rPr>
              <w:t>7</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Awards</w:t>
            </w:r>
          </w:p>
        </w:tc>
        <w:tc>
          <w:tcPr>
            <w:tcW w:w="1296" w:type="dxa"/>
          </w:tcPr>
          <w:p w:rsidR="007E715F" w:rsidRDefault="00D52D88">
            <w:r>
              <w:rPr>
                <w:sz w:val="16"/>
              </w:rPr>
              <w:t>5</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Branches</w:t>
            </w:r>
          </w:p>
        </w:tc>
        <w:tc>
          <w:tcPr>
            <w:tcW w:w="1296" w:type="dxa"/>
          </w:tcPr>
          <w:p w:rsidR="007E715F" w:rsidRDefault="00D52D88">
            <w:r>
              <w:rPr>
                <w:sz w:val="16"/>
              </w:rPr>
              <w:t>9</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Complaints</w:t>
            </w:r>
          </w:p>
        </w:tc>
        <w:tc>
          <w:tcPr>
            <w:tcW w:w="1296" w:type="dxa"/>
          </w:tcPr>
          <w:p w:rsidR="007E715F" w:rsidRDefault="00D52D88">
            <w:r>
              <w:rPr>
                <w:sz w:val="16"/>
              </w:rPr>
              <w:t>6</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Departments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Designations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Document Types</w:t>
            </w:r>
          </w:p>
        </w:tc>
        <w:tc>
          <w:tcPr>
            <w:tcW w:w="1296" w:type="dxa"/>
          </w:tcPr>
          <w:p w:rsidR="007E715F" w:rsidRDefault="00D52D88">
            <w:r>
              <w:rPr>
                <w:sz w:val="16"/>
              </w:rPr>
              <w:t>4</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Employees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Holidays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Promotions</w:t>
            </w:r>
          </w:p>
        </w:tc>
        <w:tc>
          <w:tcPr>
            <w:tcW w:w="1296" w:type="dxa"/>
          </w:tcPr>
          <w:p w:rsidR="007E715F" w:rsidRDefault="00D52D88">
            <w:r>
              <w:rPr>
                <w:sz w:val="16"/>
              </w:rPr>
              <w:t>6</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Resignations</w:t>
            </w:r>
          </w:p>
        </w:tc>
        <w:tc>
          <w:tcPr>
            <w:tcW w:w="1296" w:type="dxa"/>
          </w:tcPr>
          <w:p w:rsidR="007E715F" w:rsidRDefault="00D52D88">
            <w:r>
              <w:rPr>
                <w:sz w:val="16"/>
              </w:rPr>
              <w:t>4</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Terminations</w:t>
            </w:r>
          </w:p>
        </w:tc>
        <w:tc>
          <w:tcPr>
            <w:tcW w:w="1296" w:type="dxa"/>
          </w:tcPr>
          <w:p w:rsidR="007E715F" w:rsidRDefault="00D52D88">
            <w:r>
              <w:rPr>
                <w:sz w:val="16"/>
              </w:rPr>
              <w:t>2</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Transfers</w:t>
            </w:r>
          </w:p>
        </w:tc>
        <w:tc>
          <w:tcPr>
            <w:tcW w:w="1296" w:type="dxa"/>
          </w:tcPr>
          <w:p w:rsidR="007E715F" w:rsidRDefault="00D52D88">
            <w:r>
              <w:rPr>
                <w:sz w:val="16"/>
              </w:rPr>
              <w:t>5</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Trips</w:t>
            </w:r>
          </w:p>
        </w:tc>
        <w:tc>
          <w:tcPr>
            <w:tcW w:w="1296" w:type="dxa"/>
          </w:tcPr>
          <w:p w:rsidR="007E715F" w:rsidRDefault="00D52D88">
            <w:r>
              <w:rPr>
                <w:sz w:val="16"/>
              </w:rPr>
              <w:t>8</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HR Management</w:t>
            </w:r>
          </w:p>
        </w:tc>
        <w:tc>
          <w:tcPr>
            <w:tcW w:w="3024" w:type="dxa"/>
          </w:tcPr>
          <w:p w:rsidR="007E715F" w:rsidRDefault="00D52D88">
            <w:r>
              <w:rPr>
                <w:sz w:val="16"/>
              </w:rPr>
              <w:t>Warnings</w:t>
            </w:r>
          </w:p>
        </w:tc>
        <w:tc>
          <w:tcPr>
            <w:tcW w:w="1296" w:type="dxa"/>
          </w:tcPr>
          <w:p w:rsidR="007E715F" w:rsidRDefault="00D52D88">
            <w:r>
              <w:rPr>
                <w:sz w:val="16"/>
              </w:rPr>
              <w:t>10</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HR Management &gt; Asset Management</w:t>
            </w:r>
          </w:p>
        </w:tc>
        <w:tc>
          <w:tcPr>
            <w:tcW w:w="3024" w:type="dxa"/>
          </w:tcPr>
          <w:p w:rsidR="007E715F" w:rsidRDefault="00D52D88">
            <w:r>
              <w:rPr>
                <w:sz w:val="16"/>
              </w:rPr>
              <w:t>Asset Types</w:t>
            </w:r>
          </w:p>
        </w:tc>
        <w:tc>
          <w:tcPr>
            <w:tcW w:w="1296" w:type="dxa"/>
          </w:tcPr>
          <w:p w:rsidR="007E715F" w:rsidRDefault="00D52D88">
            <w:r>
              <w:rPr>
                <w:sz w:val="16"/>
              </w:rPr>
              <w:t>10</w:t>
            </w:r>
          </w:p>
        </w:tc>
        <w:tc>
          <w:tcPr>
            <w:tcW w:w="1296" w:type="dxa"/>
          </w:tcPr>
          <w:p w:rsidR="007E715F" w:rsidRDefault="00D52D88">
            <w:r>
              <w:rPr>
                <w:sz w:val="16"/>
              </w:rPr>
              <w:t>5</w:t>
            </w:r>
          </w:p>
        </w:tc>
      </w:tr>
      <w:tr w:rsidR="007E715F">
        <w:trPr>
          <w:jc w:val="center"/>
        </w:trPr>
        <w:tc>
          <w:tcPr>
            <w:tcW w:w="3168" w:type="dxa"/>
          </w:tcPr>
          <w:p w:rsidR="007E715F" w:rsidRDefault="00D52D88">
            <w:r>
              <w:rPr>
                <w:sz w:val="16"/>
              </w:rPr>
              <w:t>HR Management &gt; Asset Management</w:t>
            </w:r>
          </w:p>
        </w:tc>
        <w:tc>
          <w:tcPr>
            <w:tcW w:w="3024" w:type="dxa"/>
          </w:tcPr>
          <w:p w:rsidR="007E715F" w:rsidRDefault="00D52D88">
            <w:r>
              <w:rPr>
                <w:sz w:val="16"/>
              </w:rPr>
              <w:t>Assets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lastRenderedPageBreak/>
              <w:t>HR Management &gt; Asset Management</w:t>
            </w:r>
          </w:p>
        </w:tc>
        <w:tc>
          <w:tcPr>
            <w:tcW w:w="3024" w:type="dxa"/>
          </w:tcPr>
          <w:p w:rsidR="007E715F" w:rsidRDefault="00D52D88">
            <w:r>
              <w:rPr>
                <w:sz w:val="16"/>
              </w:rPr>
              <w:t>Dashboard</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HR Management &gt; Asset Management</w:t>
            </w:r>
          </w:p>
        </w:tc>
        <w:tc>
          <w:tcPr>
            <w:tcW w:w="3024" w:type="dxa"/>
          </w:tcPr>
          <w:p w:rsidR="007E715F" w:rsidRDefault="00D52D88">
            <w:r>
              <w:rPr>
                <w:sz w:val="16"/>
              </w:rPr>
              <w:t>Depreciation</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Employee Goals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Employee Reviews</w:t>
            </w:r>
          </w:p>
        </w:tc>
        <w:tc>
          <w:tcPr>
            <w:tcW w:w="1296" w:type="dxa"/>
          </w:tcPr>
          <w:p w:rsidR="007E715F" w:rsidRDefault="00D52D88">
            <w:r>
              <w:rPr>
                <w:sz w:val="16"/>
              </w:rPr>
              <w:t>8</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Goal Types</w:t>
            </w:r>
          </w:p>
        </w:tc>
        <w:tc>
          <w:tcPr>
            <w:tcW w:w="1296" w:type="dxa"/>
          </w:tcPr>
          <w:p w:rsidR="007E715F" w:rsidRDefault="00D52D88">
            <w:r>
              <w:rPr>
                <w:sz w:val="16"/>
              </w:rPr>
              <w:t>10</w:t>
            </w:r>
          </w:p>
        </w:tc>
        <w:tc>
          <w:tcPr>
            <w:tcW w:w="1296" w:type="dxa"/>
          </w:tcPr>
          <w:p w:rsidR="007E715F" w:rsidRDefault="00D52D88">
            <w:r>
              <w:rPr>
                <w:sz w:val="16"/>
              </w:rPr>
              <w:t>5</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Indicator Categories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Indicators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HR Management &gt; Performance</w:t>
            </w:r>
          </w:p>
        </w:tc>
        <w:tc>
          <w:tcPr>
            <w:tcW w:w="3024" w:type="dxa"/>
          </w:tcPr>
          <w:p w:rsidR="007E715F" w:rsidRDefault="00D52D88">
            <w:r>
              <w:rPr>
                <w:sz w:val="16"/>
              </w:rPr>
              <w:t>Review Cycles</w:t>
            </w:r>
          </w:p>
        </w:tc>
        <w:tc>
          <w:tcPr>
            <w:tcW w:w="1296" w:type="dxa"/>
          </w:tcPr>
          <w:p w:rsidR="007E715F" w:rsidRDefault="00D52D88">
            <w:r>
              <w:rPr>
                <w:sz w:val="16"/>
              </w:rPr>
              <w:t>8</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 xml:space="preserve">HR </w:t>
            </w:r>
            <w:r>
              <w:rPr>
                <w:sz w:val="16"/>
              </w:rPr>
              <w:t>Management &gt; Training</w:t>
            </w:r>
          </w:p>
        </w:tc>
        <w:tc>
          <w:tcPr>
            <w:tcW w:w="3024" w:type="dxa"/>
          </w:tcPr>
          <w:p w:rsidR="007E715F" w:rsidRDefault="00D52D88">
            <w:r>
              <w:rPr>
                <w:sz w:val="16"/>
              </w:rPr>
              <w:t>Employee Trainings</w:t>
            </w:r>
          </w:p>
        </w:tc>
        <w:tc>
          <w:tcPr>
            <w:tcW w:w="1296" w:type="dxa"/>
          </w:tcPr>
          <w:p w:rsidR="007E715F" w:rsidRDefault="00D52D88">
            <w:r>
              <w:rPr>
                <w:sz w:val="16"/>
              </w:rPr>
              <w:t>10</w:t>
            </w:r>
          </w:p>
        </w:tc>
        <w:tc>
          <w:tcPr>
            <w:tcW w:w="1296" w:type="dxa"/>
          </w:tcPr>
          <w:p w:rsidR="007E715F" w:rsidRDefault="00D52D88">
            <w:r>
              <w:rPr>
                <w:sz w:val="16"/>
              </w:rPr>
              <w:t>11</w:t>
            </w:r>
          </w:p>
        </w:tc>
      </w:tr>
      <w:tr w:rsidR="007E715F">
        <w:trPr>
          <w:jc w:val="center"/>
        </w:trPr>
        <w:tc>
          <w:tcPr>
            <w:tcW w:w="3168" w:type="dxa"/>
          </w:tcPr>
          <w:p w:rsidR="007E715F" w:rsidRDefault="00D52D88">
            <w:r>
              <w:rPr>
                <w:sz w:val="16"/>
              </w:rPr>
              <w:t>HR Management &gt; Training</w:t>
            </w:r>
          </w:p>
        </w:tc>
        <w:tc>
          <w:tcPr>
            <w:tcW w:w="3024" w:type="dxa"/>
          </w:tcPr>
          <w:p w:rsidR="007E715F" w:rsidRDefault="00D52D88">
            <w:r>
              <w:rPr>
                <w:sz w:val="16"/>
              </w:rPr>
              <w:t>Training Programs</w:t>
            </w:r>
          </w:p>
        </w:tc>
        <w:tc>
          <w:tcPr>
            <w:tcW w:w="1296" w:type="dxa"/>
          </w:tcPr>
          <w:p w:rsidR="007E715F" w:rsidRDefault="00D52D88">
            <w:r>
              <w:rPr>
                <w:sz w:val="16"/>
              </w:rPr>
              <w:t>10</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HR Management &gt; Training</w:t>
            </w:r>
          </w:p>
        </w:tc>
        <w:tc>
          <w:tcPr>
            <w:tcW w:w="3024" w:type="dxa"/>
          </w:tcPr>
          <w:p w:rsidR="007E715F" w:rsidRDefault="00D52D88">
            <w:r>
              <w:rPr>
                <w:sz w:val="16"/>
              </w:rPr>
              <w:t>Training Sessions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HR Management &gt; Training</w:t>
            </w:r>
          </w:p>
        </w:tc>
        <w:tc>
          <w:tcPr>
            <w:tcW w:w="3024" w:type="dxa"/>
          </w:tcPr>
          <w:p w:rsidR="007E715F" w:rsidRDefault="00D52D88">
            <w:r>
              <w:rPr>
                <w:sz w:val="16"/>
              </w:rPr>
              <w:t>Training Types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Landing Page</w:t>
            </w:r>
          </w:p>
        </w:tc>
        <w:tc>
          <w:tcPr>
            <w:tcW w:w="3024" w:type="dxa"/>
          </w:tcPr>
          <w:p w:rsidR="007E715F" w:rsidRDefault="00D52D88">
            <w:r>
              <w:rPr>
                <w:sz w:val="16"/>
              </w:rPr>
              <w:t>Landing Page</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Leave Management</w:t>
            </w:r>
          </w:p>
        </w:tc>
        <w:tc>
          <w:tcPr>
            <w:tcW w:w="3024" w:type="dxa"/>
          </w:tcPr>
          <w:p w:rsidR="007E715F" w:rsidRDefault="00D52D88">
            <w:r>
              <w:rPr>
                <w:sz w:val="16"/>
              </w:rPr>
              <w:t xml:space="preserve">Leave </w:t>
            </w:r>
            <w:r>
              <w:rPr>
                <w:sz w:val="16"/>
              </w:rPr>
              <w:t>Applications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Leave Management</w:t>
            </w:r>
          </w:p>
        </w:tc>
        <w:tc>
          <w:tcPr>
            <w:tcW w:w="3024" w:type="dxa"/>
          </w:tcPr>
          <w:p w:rsidR="007E715F" w:rsidRDefault="00D52D88">
            <w:r>
              <w:rPr>
                <w:sz w:val="16"/>
              </w:rPr>
              <w:t>Leave Balances</w:t>
            </w:r>
          </w:p>
        </w:tc>
        <w:tc>
          <w:tcPr>
            <w:tcW w:w="1296" w:type="dxa"/>
          </w:tcPr>
          <w:p w:rsidR="007E715F" w:rsidRDefault="00D52D88">
            <w:r>
              <w:rPr>
                <w:sz w:val="16"/>
              </w:rPr>
              <w:t>10</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Leave Management</w:t>
            </w:r>
          </w:p>
        </w:tc>
        <w:tc>
          <w:tcPr>
            <w:tcW w:w="3024" w:type="dxa"/>
          </w:tcPr>
          <w:p w:rsidR="007E715F" w:rsidRDefault="00D52D88">
            <w:r>
              <w:rPr>
                <w:sz w:val="16"/>
              </w:rPr>
              <w:t>Leave Policies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Leave Management</w:t>
            </w:r>
          </w:p>
        </w:tc>
        <w:tc>
          <w:tcPr>
            <w:tcW w:w="3024" w:type="dxa"/>
          </w:tcPr>
          <w:p w:rsidR="007E715F" w:rsidRDefault="00D52D88">
            <w:r>
              <w:rPr>
                <w:sz w:val="16"/>
              </w:rPr>
              <w:t>Leave Types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Action Items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Meeting Attendees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Meeting Minutes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Meeting Rooms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Meeting Types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Meetings</w:t>
            </w:r>
          </w:p>
        </w:tc>
        <w:tc>
          <w:tcPr>
            <w:tcW w:w="3024" w:type="dxa"/>
          </w:tcPr>
          <w:p w:rsidR="007E715F" w:rsidRDefault="00D52D88">
            <w:r>
              <w:rPr>
                <w:sz w:val="16"/>
              </w:rPr>
              <w:t>Meetings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Payroll Management</w:t>
            </w:r>
          </w:p>
        </w:tc>
        <w:tc>
          <w:tcPr>
            <w:tcW w:w="3024" w:type="dxa"/>
          </w:tcPr>
          <w:p w:rsidR="007E715F" w:rsidRDefault="00D52D88">
            <w:r>
              <w:rPr>
                <w:sz w:val="16"/>
              </w:rPr>
              <w:t>Employee Salaries</w:t>
            </w:r>
          </w:p>
        </w:tc>
        <w:tc>
          <w:tcPr>
            <w:tcW w:w="1296" w:type="dxa"/>
          </w:tcPr>
          <w:p w:rsidR="007E715F" w:rsidRDefault="00D52D88">
            <w:r>
              <w:rPr>
                <w:sz w:val="16"/>
              </w:rPr>
              <w:t>9</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Payroll Management</w:t>
            </w:r>
          </w:p>
        </w:tc>
        <w:tc>
          <w:tcPr>
            <w:tcW w:w="3024" w:type="dxa"/>
          </w:tcPr>
          <w:p w:rsidR="007E715F" w:rsidRDefault="00D52D88">
            <w:r>
              <w:rPr>
                <w:sz w:val="16"/>
              </w:rPr>
              <w:t>Payroll Runs</w:t>
            </w:r>
          </w:p>
        </w:tc>
        <w:tc>
          <w:tcPr>
            <w:tcW w:w="1296" w:type="dxa"/>
          </w:tcPr>
          <w:p w:rsidR="007E715F" w:rsidRDefault="00D52D88">
            <w:r>
              <w:rPr>
                <w:sz w:val="16"/>
              </w:rPr>
              <w:t>5</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Payroll Management</w:t>
            </w:r>
          </w:p>
        </w:tc>
        <w:tc>
          <w:tcPr>
            <w:tcW w:w="3024" w:type="dxa"/>
          </w:tcPr>
          <w:p w:rsidR="007E715F" w:rsidRDefault="00D52D88">
            <w:r>
              <w:rPr>
                <w:sz w:val="16"/>
              </w:rPr>
              <w:t>Payslips</w:t>
            </w:r>
          </w:p>
        </w:tc>
        <w:tc>
          <w:tcPr>
            <w:tcW w:w="1296" w:type="dxa"/>
          </w:tcPr>
          <w:p w:rsidR="007E715F" w:rsidRDefault="00D52D88">
            <w:r>
              <w:rPr>
                <w:sz w:val="16"/>
              </w:rPr>
              <w:t>1</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Payroll Management</w:t>
            </w:r>
          </w:p>
        </w:tc>
        <w:tc>
          <w:tcPr>
            <w:tcW w:w="3024" w:type="dxa"/>
          </w:tcPr>
          <w:p w:rsidR="007E715F" w:rsidRDefault="00D52D88">
            <w:r>
              <w:rPr>
                <w:sz w:val="16"/>
              </w:rPr>
              <w:t>Salary Advances</w:t>
            </w:r>
          </w:p>
        </w:tc>
        <w:tc>
          <w:tcPr>
            <w:tcW w:w="1296" w:type="dxa"/>
          </w:tcPr>
          <w:p w:rsidR="007E715F" w:rsidRDefault="00D52D88">
            <w:r>
              <w:rPr>
                <w:sz w:val="16"/>
              </w:rPr>
              <w:t>2</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Payroll Management</w:t>
            </w:r>
          </w:p>
        </w:tc>
        <w:tc>
          <w:tcPr>
            <w:tcW w:w="3024" w:type="dxa"/>
          </w:tcPr>
          <w:p w:rsidR="007E715F" w:rsidRDefault="00D52D88">
            <w:r>
              <w:rPr>
                <w:sz w:val="16"/>
              </w:rPr>
              <w:t>Salary Components</w:t>
            </w:r>
          </w:p>
        </w:tc>
        <w:tc>
          <w:tcPr>
            <w:tcW w:w="1296" w:type="dxa"/>
          </w:tcPr>
          <w:p w:rsidR="007E715F" w:rsidRDefault="00D52D88">
            <w:r>
              <w:rPr>
                <w:sz w:val="16"/>
              </w:rPr>
              <w:t>10</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Plans</w:t>
            </w:r>
          </w:p>
        </w:tc>
        <w:tc>
          <w:tcPr>
            <w:tcW w:w="3024" w:type="dxa"/>
          </w:tcPr>
          <w:p w:rsidR="007E715F" w:rsidRDefault="00D52D88">
            <w:r>
              <w:rPr>
                <w:sz w:val="16"/>
              </w:rPr>
              <w:t>Plan Orders</w:t>
            </w:r>
          </w:p>
        </w:tc>
        <w:tc>
          <w:tcPr>
            <w:tcW w:w="1296" w:type="dxa"/>
          </w:tcPr>
          <w:p w:rsidR="007E715F" w:rsidRDefault="00D52D88">
            <w:r>
              <w:rPr>
                <w:sz w:val="16"/>
              </w:rPr>
              <w:t>1</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Plans</w:t>
            </w:r>
          </w:p>
        </w:tc>
        <w:tc>
          <w:tcPr>
            <w:tcW w:w="3024" w:type="dxa"/>
          </w:tcPr>
          <w:p w:rsidR="007E715F" w:rsidRDefault="00D52D88">
            <w:r>
              <w:rPr>
                <w:sz w:val="16"/>
              </w:rPr>
              <w:t>Plan Requests</w:t>
            </w:r>
          </w:p>
        </w:tc>
        <w:tc>
          <w:tcPr>
            <w:tcW w:w="1296" w:type="dxa"/>
          </w:tcPr>
          <w:p w:rsidR="007E715F" w:rsidRDefault="00D52D88">
            <w:r>
              <w:rPr>
                <w:sz w:val="16"/>
              </w:rPr>
              <w:t>1</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Plans</w:t>
            </w:r>
          </w:p>
        </w:tc>
        <w:tc>
          <w:tcPr>
            <w:tcW w:w="3024" w:type="dxa"/>
          </w:tcPr>
          <w:p w:rsidR="007E715F" w:rsidRDefault="00D52D88">
            <w:r>
              <w:rPr>
                <w:sz w:val="16"/>
              </w:rPr>
              <w:t>Plans</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Candidate Assessments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Candidate Onboarding</w:t>
            </w:r>
          </w:p>
        </w:tc>
        <w:tc>
          <w:tcPr>
            <w:tcW w:w="1296" w:type="dxa"/>
          </w:tcPr>
          <w:p w:rsidR="007E715F" w:rsidRDefault="00D52D88">
            <w:r>
              <w:rPr>
                <w:sz w:val="16"/>
              </w:rPr>
              <w:t>9</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Candidate Sources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Candidates</w:t>
            </w:r>
          </w:p>
        </w:tc>
        <w:tc>
          <w:tcPr>
            <w:tcW w:w="1296" w:type="dxa"/>
          </w:tcPr>
          <w:p w:rsidR="007E715F" w:rsidRDefault="00D52D88">
            <w:r>
              <w:rPr>
                <w:sz w:val="16"/>
              </w:rPr>
              <w:t>10</w:t>
            </w:r>
          </w:p>
        </w:tc>
        <w:tc>
          <w:tcPr>
            <w:tcW w:w="1296" w:type="dxa"/>
          </w:tcPr>
          <w:p w:rsidR="007E715F" w:rsidRDefault="00D52D88">
            <w:r>
              <w:rPr>
                <w:sz w:val="16"/>
              </w:rPr>
              <w:t>10</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Checklist Items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Custom</w:t>
            </w:r>
            <w:r>
              <w:rPr>
                <w:sz w:val="16"/>
              </w:rPr>
              <w:t xml:space="preserve"> Questions</w:t>
            </w:r>
          </w:p>
        </w:tc>
        <w:tc>
          <w:tcPr>
            <w:tcW w:w="1296" w:type="dxa"/>
          </w:tcPr>
          <w:p w:rsidR="007E715F" w:rsidRDefault="00D52D88">
            <w:r>
              <w:rPr>
                <w:sz w:val="16"/>
              </w:rPr>
              <w:t>1</w:t>
            </w:r>
          </w:p>
        </w:tc>
        <w:tc>
          <w:tcPr>
            <w:tcW w:w="1296" w:type="dxa"/>
          </w:tcPr>
          <w:p w:rsidR="007E715F" w:rsidRDefault="00D52D88">
            <w:r>
              <w:rPr>
                <w:sz w:val="16"/>
              </w:rPr>
              <w:t>5</w:t>
            </w:r>
          </w:p>
        </w:tc>
      </w:tr>
      <w:tr w:rsidR="007E715F">
        <w:trPr>
          <w:jc w:val="center"/>
        </w:trPr>
        <w:tc>
          <w:tcPr>
            <w:tcW w:w="3168" w:type="dxa"/>
          </w:tcPr>
          <w:p w:rsidR="007E715F" w:rsidRDefault="00D52D88">
            <w:r>
              <w:rPr>
                <w:sz w:val="16"/>
              </w:rPr>
              <w:lastRenderedPageBreak/>
              <w:t>Recruitment</w:t>
            </w:r>
          </w:p>
        </w:tc>
        <w:tc>
          <w:tcPr>
            <w:tcW w:w="3024" w:type="dxa"/>
          </w:tcPr>
          <w:p w:rsidR="007E715F" w:rsidRDefault="00D52D88">
            <w:r>
              <w:rPr>
                <w:sz w:val="16"/>
              </w:rPr>
              <w:t>Interview Feedback</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Interview Rounds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Interview Types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Interviews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Job Categories</w:t>
            </w:r>
          </w:p>
        </w:tc>
        <w:tc>
          <w:tcPr>
            <w:tcW w:w="1296" w:type="dxa"/>
          </w:tcPr>
          <w:p w:rsidR="007E715F" w:rsidRDefault="00D52D88">
            <w:r>
              <w:rPr>
                <w:sz w:val="16"/>
              </w:rPr>
              <w:t>10</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Job Locations</w:t>
            </w:r>
          </w:p>
        </w:tc>
        <w:tc>
          <w:tcPr>
            <w:tcW w:w="1296" w:type="dxa"/>
          </w:tcPr>
          <w:p w:rsidR="007E715F" w:rsidRDefault="00D52D88">
            <w:r>
              <w:rPr>
                <w:sz w:val="16"/>
              </w:rPr>
              <w:t>8</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Job Postings</w:t>
            </w:r>
          </w:p>
        </w:tc>
        <w:tc>
          <w:tcPr>
            <w:tcW w:w="1296" w:type="dxa"/>
          </w:tcPr>
          <w:p w:rsidR="007E715F" w:rsidRDefault="00D52D88">
            <w:r>
              <w:rPr>
                <w:sz w:val="16"/>
              </w:rPr>
              <w:t>10</w:t>
            </w:r>
          </w:p>
        </w:tc>
        <w:tc>
          <w:tcPr>
            <w:tcW w:w="1296" w:type="dxa"/>
          </w:tcPr>
          <w:p w:rsidR="007E715F" w:rsidRDefault="00D52D88">
            <w:r>
              <w:rPr>
                <w:sz w:val="16"/>
              </w:rPr>
              <w:t>11</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Job Types</w:t>
            </w:r>
          </w:p>
        </w:tc>
        <w:tc>
          <w:tcPr>
            <w:tcW w:w="1296" w:type="dxa"/>
          </w:tcPr>
          <w:p w:rsidR="007E715F" w:rsidRDefault="00D52D88">
            <w:r>
              <w:rPr>
                <w:sz w:val="16"/>
              </w:rPr>
              <w:t>8</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Offer Templates</w:t>
            </w:r>
          </w:p>
        </w:tc>
        <w:tc>
          <w:tcPr>
            <w:tcW w:w="1296" w:type="dxa"/>
          </w:tcPr>
          <w:p w:rsidR="007E715F" w:rsidRDefault="00D52D88">
            <w:r>
              <w:rPr>
                <w:sz w:val="16"/>
              </w:rPr>
              <w:t>6</w:t>
            </w:r>
          </w:p>
        </w:tc>
        <w:tc>
          <w:tcPr>
            <w:tcW w:w="1296" w:type="dxa"/>
          </w:tcPr>
          <w:p w:rsidR="007E715F" w:rsidRDefault="00D52D88">
            <w:r>
              <w:rPr>
                <w:sz w:val="16"/>
              </w:rPr>
              <w:t>7</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Offers</w:t>
            </w:r>
          </w:p>
        </w:tc>
        <w:tc>
          <w:tcPr>
            <w:tcW w:w="1296" w:type="dxa"/>
          </w:tcPr>
          <w:p w:rsidR="007E715F" w:rsidRDefault="00D52D88">
            <w:r>
              <w:rPr>
                <w:sz w:val="16"/>
              </w:rPr>
              <w:t>10</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Recruitment</w:t>
            </w:r>
          </w:p>
        </w:tc>
        <w:tc>
          <w:tcPr>
            <w:tcW w:w="3024" w:type="dxa"/>
          </w:tcPr>
          <w:p w:rsidR="007E715F" w:rsidRDefault="00D52D88">
            <w:r>
              <w:rPr>
                <w:sz w:val="16"/>
              </w:rPr>
              <w:t>Onboarding Checklists</w:t>
            </w:r>
          </w:p>
        </w:tc>
        <w:tc>
          <w:tcPr>
            <w:tcW w:w="1296" w:type="dxa"/>
          </w:tcPr>
          <w:p w:rsidR="007E715F" w:rsidRDefault="00D52D88">
            <w:r>
              <w:rPr>
                <w:sz w:val="16"/>
              </w:rPr>
              <w:t>8</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Staff</w:t>
            </w:r>
          </w:p>
        </w:tc>
        <w:tc>
          <w:tcPr>
            <w:tcW w:w="3024" w:type="dxa"/>
          </w:tcPr>
          <w:p w:rsidR="007E715F" w:rsidRDefault="00D52D88">
            <w:r>
              <w:rPr>
                <w:sz w:val="16"/>
              </w:rPr>
              <w:t>Roles</w:t>
            </w:r>
          </w:p>
        </w:tc>
        <w:tc>
          <w:tcPr>
            <w:tcW w:w="1296" w:type="dxa"/>
          </w:tcPr>
          <w:p w:rsidR="007E715F" w:rsidRDefault="00D52D88">
            <w:r>
              <w:rPr>
                <w:sz w:val="16"/>
              </w:rPr>
              <w:t>3</w:t>
            </w:r>
          </w:p>
        </w:tc>
        <w:tc>
          <w:tcPr>
            <w:tcW w:w="1296" w:type="dxa"/>
          </w:tcPr>
          <w:p w:rsidR="007E715F" w:rsidRDefault="00D52D88">
            <w:r>
              <w:rPr>
                <w:sz w:val="16"/>
              </w:rPr>
              <w:t>6</w:t>
            </w:r>
          </w:p>
        </w:tc>
      </w:tr>
      <w:tr w:rsidR="007E715F">
        <w:trPr>
          <w:jc w:val="center"/>
        </w:trPr>
        <w:tc>
          <w:tcPr>
            <w:tcW w:w="3168" w:type="dxa"/>
          </w:tcPr>
          <w:p w:rsidR="007E715F" w:rsidRDefault="00D52D88">
            <w:r>
              <w:rPr>
                <w:sz w:val="16"/>
              </w:rPr>
              <w:t>Staff</w:t>
            </w:r>
          </w:p>
        </w:tc>
        <w:tc>
          <w:tcPr>
            <w:tcW w:w="3024" w:type="dxa"/>
          </w:tcPr>
          <w:p w:rsidR="007E715F" w:rsidRDefault="00D52D88">
            <w:r>
              <w:rPr>
                <w:sz w:val="16"/>
              </w:rPr>
              <w:t>Users</w:t>
            </w:r>
          </w:p>
        </w:tc>
        <w:tc>
          <w:tcPr>
            <w:tcW w:w="1296" w:type="dxa"/>
          </w:tcPr>
          <w:p w:rsidR="007E715F" w:rsidRDefault="00D52D88">
            <w:r>
              <w:rPr>
                <w:sz w:val="16"/>
              </w:rPr>
              <w:t>3</w:t>
            </w:r>
          </w:p>
        </w:tc>
        <w:tc>
          <w:tcPr>
            <w:tcW w:w="1296" w:type="dxa"/>
          </w:tcPr>
          <w:p w:rsidR="007E715F" w:rsidRDefault="00D52D88">
            <w:r>
              <w:rPr>
                <w:sz w:val="16"/>
              </w:rPr>
              <w:t>5</w:t>
            </w:r>
          </w:p>
        </w:tc>
      </w:tr>
      <w:tr w:rsidR="007E715F">
        <w:trPr>
          <w:jc w:val="center"/>
        </w:trPr>
        <w:tc>
          <w:tcPr>
            <w:tcW w:w="3168" w:type="dxa"/>
          </w:tcPr>
          <w:p w:rsidR="007E715F" w:rsidRDefault="00D52D88">
            <w:r>
              <w:rPr>
                <w:sz w:val="16"/>
              </w:rPr>
              <w:t>Time Tracking</w:t>
            </w:r>
          </w:p>
        </w:tc>
        <w:tc>
          <w:tcPr>
            <w:tcW w:w="3024" w:type="dxa"/>
          </w:tcPr>
          <w:p w:rsidR="007E715F" w:rsidRDefault="00D52D88">
            <w:r>
              <w:rPr>
                <w:sz w:val="16"/>
              </w:rPr>
              <w:t>Time Entries</w:t>
            </w:r>
          </w:p>
        </w:tc>
        <w:tc>
          <w:tcPr>
            <w:tcW w:w="1296" w:type="dxa"/>
          </w:tcPr>
          <w:p w:rsidR="007E715F" w:rsidRDefault="00D52D88">
            <w:r>
              <w:rPr>
                <w:sz w:val="16"/>
              </w:rPr>
              <w:t>10</w:t>
            </w:r>
          </w:p>
        </w:tc>
        <w:tc>
          <w:tcPr>
            <w:tcW w:w="1296" w:type="dxa"/>
          </w:tcPr>
          <w:p w:rsidR="007E715F" w:rsidRDefault="00D52D88">
            <w:r>
              <w:rPr>
                <w:sz w:val="16"/>
              </w:rPr>
              <w:t>9</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Biometric Attendance</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Calendar</w:t>
            </w:r>
          </w:p>
        </w:tc>
        <w:tc>
          <w:tcPr>
            <w:tcW w:w="1296" w:type="dxa"/>
          </w:tcPr>
          <w:p w:rsidR="007E715F" w:rsidRDefault="00D52D88">
            <w:r>
              <w:rPr>
                <w:sz w:val="16"/>
              </w:rPr>
              <w:t>7</w:t>
            </w:r>
          </w:p>
        </w:tc>
        <w:tc>
          <w:tcPr>
            <w:tcW w:w="1296" w:type="dxa"/>
          </w:tcPr>
          <w:p w:rsidR="007E715F" w:rsidRDefault="00D52D88">
            <w:r>
              <w:rPr>
                <w:sz w:val="16"/>
              </w:rPr>
              <w:t>8</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Dashboard</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Media Library</w:t>
            </w:r>
          </w:p>
        </w:tc>
        <w:tc>
          <w:tcPr>
            <w:tcW w:w="1296" w:type="dxa"/>
          </w:tcPr>
          <w:p w:rsidR="007E715F" w:rsidRDefault="00D52D88">
            <w:r>
              <w:rPr>
                <w:sz w:val="16"/>
              </w:rPr>
              <w:t>0</w:t>
            </w:r>
          </w:p>
        </w:tc>
        <w:tc>
          <w:tcPr>
            <w:tcW w:w="1296" w:type="dxa"/>
          </w:tcPr>
          <w:p w:rsidR="007E715F" w:rsidRDefault="00D52D88">
            <w:r>
              <w:rPr>
                <w:sz w:val="16"/>
              </w:rPr>
              <w:t>0</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Referral Program</w:t>
            </w:r>
          </w:p>
        </w:tc>
        <w:tc>
          <w:tcPr>
            <w:tcW w:w="1296" w:type="dxa"/>
          </w:tcPr>
          <w:p w:rsidR="007E715F" w:rsidRDefault="00D52D88">
            <w:r>
              <w:rPr>
                <w:sz w:val="16"/>
              </w:rPr>
              <w:t>0</w:t>
            </w:r>
          </w:p>
        </w:tc>
        <w:tc>
          <w:tcPr>
            <w:tcW w:w="1296" w:type="dxa"/>
          </w:tcPr>
          <w:p w:rsidR="007E715F" w:rsidRDefault="00D52D88">
            <w:r>
              <w:rPr>
                <w:sz w:val="16"/>
              </w:rPr>
              <w:t>3</w:t>
            </w:r>
          </w:p>
        </w:tc>
      </w:tr>
      <w:tr w:rsidR="007E715F">
        <w:trPr>
          <w:jc w:val="center"/>
        </w:trPr>
        <w:tc>
          <w:tcPr>
            <w:tcW w:w="3168" w:type="dxa"/>
          </w:tcPr>
          <w:p w:rsidR="007E715F" w:rsidRDefault="00D52D88">
            <w:r>
              <w:rPr>
                <w:sz w:val="16"/>
              </w:rPr>
              <w:t>—</w:t>
            </w:r>
          </w:p>
        </w:tc>
        <w:tc>
          <w:tcPr>
            <w:tcW w:w="3024" w:type="dxa"/>
          </w:tcPr>
          <w:p w:rsidR="007E715F" w:rsidRDefault="00D52D88">
            <w:r>
              <w:rPr>
                <w:sz w:val="16"/>
              </w:rPr>
              <w:t>Settings</w:t>
            </w:r>
          </w:p>
        </w:tc>
        <w:tc>
          <w:tcPr>
            <w:tcW w:w="1296" w:type="dxa"/>
          </w:tcPr>
          <w:p w:rsidR="007E715F" w:rsidRDefault="00D52D88">
            <w:r>
              <w:rPr>
                <w:sz w:val="16"/>
              </w:rPr>
              <w:t>1</w:t>
            </w:r>
          </w:p>
        </w:tc>
        <w:tc>
          <w:tcPr>
            <w:tcW w:w="1296" w:type="dxa"/>
          </w:tcPr>
          <w:p w:rsidR="007E715F" w:rsidRDefault="00D52D88">
            <w:r>
              <w:rPr>
                <w:sz w:val="16"/>
              </w:rPr>
              <w:t>3</w:t>
            </w:r>
          </w:p>
        </w:tc>
      </w:tr>
    </w:tbl>
    <w:p w:rsidR="007E715F" w:rsidRDefault="007E715F">
      <w:pPr>
        <w:spacing w:after="40"/>
      </w:pPr>
    </w:p>
    <w:sectPr w:rsidR="007E715F" w:rsidSect="00034616">
      <w:headerReference w:type="default" r:id="rId184"/>
      <w:footerReference w:type="default" r:id="rId185"/>
      <w:pgSz w:w="11906" w:h="16838"/>
      <w:pgMar w:top="1134" w:right="1417" w:bottom="1134"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52D88">
      <w:pPr>
        <w:spacing w:after="0" w:line="240" w:lineRule="auto"/>
      </w:pPr>
      <w:r>
        <w:separator/>
      </w:r>
    </w:p>
  </w:endnote>
  <w:endnote w:type="continuationSeparator" w:id="0">
    <w:p w:rsidR="00000000" w:rsidRDefault="00D5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5F" w:rsidRDefault="00D52D88">
    <w:pPr>
      <w:pStyle w:val="Footer"/>
      <w:jc w:val="center"/>
    </w:pPr>
    <w:r>
      <w:rPr>
        <w:color w:val="6B7280"/>
        <w:sz w:val="16"/>
      </w:rPr>
      <w:fldChar w:fldCharType="begin"/>
    </w:r>
    <w:r>
      <w:rPr>
        <w:color w:val="6B7280"/>
        <w:sz w:val="16"/>
      </w:rPr>
      <w:instrText xml:space="preserve"> PAGE </w:instrText>
    </w:r>
    <w:r>
      <w:rPr>
        <w:color w:val="6B7280"/>
        <w:sz w:val="16"/>
      </w:rPr>
      <w:fldChar w:fldCharType="separate"/>
    </w:r>
    <w:r>
      <w:rPr>
        <w:noProof/>
        <w:color w:val="6B7280"/>
        <w:sz w:val="16"/>
      </w:rPr>
      <w:t>x</w:t>
    </w:r>
    <w:r>
      <w:rPr>
        <w:color w:val="6B728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5F" w:rsidRDefault="00D52D88">
    <w:pPr>
      <w:pStyle w:val="Footer"/>
      <w:jc w:val="center"/>
    </w:pPr>
    <w:r>
      <w:rPr>
        <w:color w:val="6B7280"/>
        <w:sz w:val="16"/>
      </w:rPr>
      <w:t xml:space="preserve">Page </w:t>
    </w:r>
    <w:r>
      <w:rPr>
        <w:color w:val="6B7280"/>
        <w:sz w:val="16"/>
      </w:rPr>
      <w:fldChar w:fldCharType="begin"/>
    </w:r>
    <w:r>
      <w:rPr>
        <w:color w:val="6B7280"/>
        <w:sz w:val="16"/>
      </w:rPr>
      <w:instrText xml:space="preserve"> PAGE </w:instrText>
    </w:r>
    <w:r>
      <w:rPr>
        <w:color w:val="6B7280"/>
        <w:sz w:val="16"/>
      </w:rPr>
      <w:fldChar w:fldCharType="separate"/>
    </w:r>
    <w:r>
      <w:rPr>
        <w:noProof/>
        <w:color w:val="6B7280"/>
        <w:sz w:val="16"/>
      </w:rPr>
      <w:t>204</w:t>
    </w:r>
    <w:r>
      <w:rPr>
        <w:color w:val="6B72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52D88">
      <w:pPr>
        <w:spacing w:after="0" w:line="240" w:lineRule="auto"/>
      </w:pPr>
      <w:r>
        <w:separator/>
      </w:r>
    </w:p>
  </w:footnote>
  <w:footnote w:type="continuationSeparator" w:id="0">
    <w:p w:rsidR="00000000" w:rsidRDefault="00D52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15F" w:rsidRDefault="00D52D88">
    <w:pPr>
      <w:pStyle w:val="Header"/>
      <w:jc w:val="right"/>
    </w:pPr>
    <w:r>
      <w:rPr>
        <w:i/>
        <w:color w:val="6B7280"/>
        <w:sz w:val="16"/>
      </w:rPr>
      <w:t>Weaf HR — System Documentation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E715F"/>
    <w:rsid w:val="00AA1D8D"/>
    <w:rsid w:val="00B47730"/>
    <w:rsid w:val="00CB0664"/>
    <w:rsid w:val="00D52D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3BD12720-E0A0-4AA9-9A35-E467009B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pPr>
    <w:rPr>
      <w:rFonts w:ascii="Calibri" w:hAnsi="Calibri"/>
      <w:color w:val="111827"/>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0E9F6E"/>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D52D88"/>
    <w:pPr>
      <w:spacing w:after="100"/>
    </w:pPr>
  </w:style>
  <w:style w:type="paragraph" w:styleId="TOC2">
    <w:name w:val="toc 2"/>
    <w:basedOn w:val="Normal"/>
    <w:next w:val="Normal"/>
    <w:autoRedefine/>
    <w:uiPriority w:val="39"/>
    <w:unhideWhenUsed/>
    <w:rsid w:val="00D52D88"/>
    <w:pPr>
      <w:spacing w:after="100"/>
      <w:ind w:left="210"/>
    </w:pPr>
  </w:style>
  <w:style w:type="paragraph" w:styleId="TOC3">
    <w:name w:val="toc 3"/>
    <w:basedOn w:val="Normal"/>
    <w:next w:val="Normal"/>
    <w:autoRedefine/>
    <w:uiPriority w:val="39"/>
    <w:unhideWhenUsed/>
    <w:rsid w:val="00D52D88"/>
    <w:pPr>
      <w:spacing w:after="100"/>
      <w:ind w:left="420"/>
    </w:pPr>
  </w:style>
  <w:style w:type="paragraph" w:styleId="TOC4">
    <w:name w:val="toc 4"/>
    <w:basedOn w:val="Normal"/>
    <w:next w:val="Normal"/>
    <w:autoRedefine/>
    <w:uiPriority w:val="39"/>
    <w:unhideWhenUsed/>
    <w:rsid w:val="00D52D88"/>
    <w:pPr>
      <w:spacing w:after="100" w:line="259" w:lineRule="auto"/>
      <w:ind w:left="660"/>
    </w:pPr>
    <w:rPr>
      <w:rFonts w:asciiTheme="minorHAnsi" w:hAnsiTheme="minorHAnsi"/>
      <w:color w:val="auto"/>
      <w:sz w:val="22"/>
    </w:rPr>
  </w:style>
  <w:style w:type="paragraph" w:styleId="TOC5">
    <w:name w:val="toc 5"/>
    <w:basedOn w:val="Normal"/>
    <w:next w:val="Normal"/>
    <w:autoRedefine/>
    <w:uiPriority w:val="39"/>
    <w:unhideWhenUsed/>
    <w:rsid w:val="00D52D88"/>
    <w:pPr>
      <w:spacing w:after="100" w:line="259" w:lineRule="auto"/>
      <w:ind w:left="880"/>
    </w:pPr>
    <w:rPr>
      <w:rFonts w:asciiTheme="minorHAnsi" w:hAnsiTheme="minorHAnsi"/>
      <w:color w:val="auto"/>
      <w:sz w:val="22"/>
    </w:rPr>
  </w:style>
  <w:style w:type="paragraph" w:styleId="TOC6">
    <w:name w:val="toc 6"/>
    <w:basedOn w:val="Normal"/>
    <w:next w:val="Normal"/>
    <w:autoRedefine/>
    <w:uiPriority w:val="39"/>
    <w:unhideWhenUsed/>
    <w:rsid w:val="00D52D88"/>
    <w:pPr>
      <w:spacing w:after="100" w:line="259" w:lineRule="auto"/>
      <w:ind w:left="1100"/>
    </w:pPr>
    <w:rPr>
      <w:rFonts w:asciiTheme="minorHAnsi" w:hAnsiTheme="minorHAnsi"/>
      <w:color w:val="auto"/>
      <w:sz w:val="22"/>
    </w:rPr>
  </w:style>
  <w:style w:type="paragraph" w:styleId="TOC7">
    <w:name w:val="toc 7"/>
    <w:basedOn w:val="Normal"/>
    <w:next w:val="Normal"/>
    <w:autoRedefine/>
    <w:uiPriority w:val="39"/>
    <w:unhideWhenUsed/>
    <w:rsid w:val="00D52D88"/>
    <w:pPr>
      <w:spacing w:after="100" w:line="259" w:lineRule="auto"/>
      <w:ind w:left="1320"/>
    </w:pPr>
    <w:rPr>
      <w:rFonts w:asciiTheme="minorHAnsi" w:hAnsiTheme="minorHAnsi"/>
      <w:color w:val="auto"/>
      <w:sz w:val="22"/>
    </w:rPr>
  </w:style>
  <w:style w:type="paragraph" w:styleId="TOC8">
    <w:name w:val="toc 8"/>
    <w:basedOn w:val="Normal"/>
    <w:next w:val="Normal"/>
    <w:autoRedefine/>
    <w:uiPriority w:val="39"/>
    <w:unhideWhenUsed/>
    <w:rsid w:val="00D52D88"/>
    <w:pPr>
      <w:spacing w:after="100" w:line="259" w:lineRule="auto"/>
      <w:ind w:left="1540"/>
    </w:pPr>
    <w:rPr>
      <w:rFonts w:asciiTheme="minorHAnsi" w:hAnsiTheme="minorHAnsi"/>
      <w:color w:val="auto"/>
      <w:sz w:val="22"/>
    </w:rPr>
  </w:style>
  <w:style w:type="paragraph" w:styleId="TOC9">
    <w:name w:val="toc 9"/>
    <w:basedOn w:val="Normal"/>
    <w:next w:val="Normal"/>
    <w:autoRedefine/>
    <w:uiPriority w:val="39"/>
    <w:unhideWhenUsed/>
    <w:rsid w:val="00D52D88"/>
    <w:pPr>
      <w:spacing w:after="100" w:line="259" w:lineRule="auto"/>
      <w:ind w:left="1760"/>
    </w:pPr>
    <w:rPr>
      <w:rFonts w:asciiTheme="minorHAnsi" w:hAnsiTheme="minorHAnsi"/>
      <w:color w:val="auto"/>
      <w:sz w:val="22"/>
    </w:rPr>
  </w:style>
  <w:style w:type="character" w:styleId="Hyperlink">
    <w:name w:val="Hyperlink"/>
    <w:basedOn w:val="DefaultParagraphFont"/>
    <w:uiPriority w:val="99"/>
    <w:unhideWhenUsed/>
    <w:rsid w:val="00D52D88"/>
    <w:rPr>
      <w:color w:val="0000FF" w:themeColor="hyperlink"/>
      <w:u w:val="single"/>
    </w:rPr>
  </w:style>
  <w:style w:type="paragraph" w:styleId="TableofFigures">
    <w:name w:val="table of figures"/>
    <w:basedOn w:val="Normal"/>
    <w:next w:val="Normal"/>
    <w:uiPriority w:val="99"/>
    <w:unhideWhenUsed/>
    <w:rsid w:val="00D52D8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jp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g"/><Relationship Id="rId89" Type="http://schemas.openxmlformats.org/officeDocument/2006/relationships/image" Target="media/image81.jpg"/><Relationship Id="rId112" Type="http://schemas.openxmlformats.org/officeDocument/2006/relationships/image" Target="media/image104.png"/><Relationship Id="rId133" Type="http://schemas.openxmlformats.org/officeDocument/2006/relationships/image" Target="media/image125.jpg"/><Relationship Id="rId138" Type="http://schemas.openxmlformats.org/officeDocument/2006/relationships/image" Target="media/image130.png"/><Relationship Id="rId154" Type="http://schemas.openxmlformats.org/officeDocument/2006/relationships/image" Target="media/image146.png"/><Relationship Id="rId159" Type="http://schemas.openxmlformats.org/officeDocument/2006/relationships/image" Target="media/image151.png"/><Relationship Id="rId175" Type="http://schemas.openxmlformats.org/officeDocument/2006/relationships/image" Target="media/image167.png"/><Relationship Id="rId170" Type="http://schemas.openxmlformats.org/officeDocument/2006/relationships/image" Target="media/image162.jpg"/><Relationship Id="rId16" Type="http://schemas.openxmlformats.org/officeDocument/2006/relationships/image" Target="media/image8.jp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jp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jpg"/><Relationship Id="rId102" Type="http://schemas.openxmlformats.org/officeDocument/2006/relationships/image" Target="media/image94.jpg"/><Relationship Id="rId123" Type="http://schemas.openxmlformats.org/officeDocument/2006/relationships/image" Target="media/image115.jpg"/><Relationship Id="rId128" Type="http://schemas.openxmlformats.org/officeDocument/2006/relationships/image" Target="media/image120.png"/><Relationship Id="rId144" Type="http://schemas.openxmlformats.org/officeDocument/2006/relationships/image" Target="media/image136.jpg"/><Relationship Id="rId149" Type="http://schemas.openxmlformats.org/officeDocument/2006/relationships/image" Target="media/image141.png"/><Relationship Id="rId5" Type="http://schemas.openxmlformats.org/officeDocument/2006/relationships/webSettings" Target="webSettings.xml"/><Relationship Id="rId90" Type="http://schemas.openxmlformats.org/officeDocument/2006/relationships/image" Target="media/image82.jpg"/><Relationship Id="rId95" Type="http://schemas.openxmlformats.org/officeDocument/2006/relationships/image" Target="media/image87.png"/><Relationship Id="rId160" Type="http://schemas.openxmlformats.org/officeDocument/2006/relationships/image" Target="media/image152.jpg"/><Relationship Id="rId165" Type="http://schemas.openxmlformats.org/officeDocument/2006/relationships/image" Target="media/image157.png"/><Relationship Id="rId181" Type="http://schemas.openxmlformats.org/officeDocument/2006/relationships/image" Target="media/image173.jpg"/><Relationship Id="rId186" Type="http://schemas.openxmlformats.org/officeDocument/2006/relationships/fontTable" Target="fontTable.xm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g"/><Relationship Id="rId48" Type="http://schemas.openxmlformats.org/officeDocument/2006/relationships/image" Target="media/image40.png"/><Relationship Id="rId64" Type="http://schemas.openxmlformats.org/officeDocument/2006/relationships/image" Target="media/image56.jpg"/><Relationship Id="rId69" Type="http://schemas.openxmlformats.org/officeDocument/2006/relationships/image" Target="media/image61.png"/><Relationship Id="rId113" Type="http://schemas.openxmlformats.org/officeDocument/2006/relationships/image" Target="media/image105.jpg"/><Relationship Id="rId118" Type="http://schemas.openxmlformats.org/officeDocument/2006/relationships/image" Target="media/image110.jpg"/><Relationship Id="rId134" Type="http://schemas.openxmlformats.org/officeDocument/2006/relationships/image" Target="media/image126.png"/><Relationship Id="rId139" Type="http://schemas.openxmlformats.org/officeDocument/2006/relationships/image" Target="media/image131.jpg"/><Relationship Id="rId80" Type="http://schemas.openxmlformats.org/officeDocument/2006/relationships/image" Target="media/image72.png"/><Relationship Id="rId85" Type="http://schemas.openxmlformats.org/officeDocument/2006/relationships/image" Target="media/image77.jpg"/><Relationship Id="rId150" Type="http://schemas.openxmlformats.org/officeDocument/2006/relationships/image" Target="media/image142.jpg"/><Relationship Id="rId155" Type="http://schemas.openxmlformats.org/officeDocument/2006/relationships/image" Target="media/image147.png"/><Relationship Id="rId171" Type="http://schemas.openxmlformats.org/officeDocument/2006/relationships/image" Target="media/image163.png"/><Relationship Id="rId176" Type="http://schemas.openxmlformats.org/officeDocument/2006/relationships/image" Target="media/image168.jp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jpg"/><Relationship Id="rId103" Type="http://schemas.openxmlformats.org/officeDocument/2006/relationships/image" Target="media/image95.jpg"/><Relationship Id="rId108" Type="http://schemas.openxmlformats.org/officeDocument/2006/relationships/image" Target="media/image100.png"/><Relationship Id="rId124" Type="http://schemas.openxmlformats.org/officeDocument/2006/relationships/image" Target="media/image116.png"/><Relationship Id="rId129" Type="http://schemas.openxmlformats.org/officeDocument/2006/relationships/image" Target="media/image121.jp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jpg"/><Relationship Id="rId91" Type="http://schemas.openxmlformats.org/officeDocument/2006/relationships/image" Target="media/image83.png"/><Relationship Id="rId96" Type="http://schemas.openxmlformats.org/officeDocument/2006/relationships/image" Target="media/image88.jpg"/><Relationship Id="rId140" Type="http://schemas.openxmlformats.org/officeDocument/2006/relationships/image" Target="media/image132.png"/><Relationship Id="rId145" Type="http://schemas.openxmlformats.org/officeDocument/2006/relationships/image" Target="media/image137.png"/><Relationship Id="rId161" Type="http://schemas.openxmlformats.org/officeDocument/2006/relationships/image" Target="media/image153.png"/><Relationship Id="rId166" Type="http://schemas.openxmlformats.org/officeDocument/2006/relationships/image" Target="media/image158.png"/><Relationship Id="rId182" Type="http://schemas.openxmlformats.org/officeDocument/2006/relationships/image" Target="media/image174.png"/><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jpg"/><Relationship Id="rId114" Type="http://schemas.openxmlformats.org/officeDocument/2006/relationships/image" Target="media/image106.jpg"/><Relationship Id="rId119" Type="http://schemas.openxmlformats.org/officeDocument/2006/relationships/image" Target="media/image111.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jpg"/><Relationship Id="rId86" Type="http://schemas.openxmlformats.org/officeDocument/2006/relationships/image" Target="media/image78.png"/><Relationship Id="rId130" Type="http://schemas.openxmlformats.org/officeDocument/2006/relationships/image" Target="media/image122.png"/><Relationship Id="rId135" Type="http://schemas.openxmlformats.org/officeDocument/2006/relationships/image" Target="media/image127.jpg"/><Relationship Id="rId151" Type="http://schemas.openxmlformats.org/officeDocument/2006/relationships/image" Target="media/image143.png"/><Relationship Id="rId156" Type="http://schemas.openxmlformats.org/officeDocument/2006/relationships/image" Target="media/image148.jpg"/><Relationship Id="rId177" Type="http://schemas.openxmlformats.org/officeDocument/2006/relationships/image" Target="media/image169.png"/><Relationship Id="rId172" Type="http://schemas.openxmlformats.org/officeDocument/2006/relationships/image" Target="media/image164.jpg"/><Relationship Id="rId13" Type="http://schemas.openxmlformats.org/officeDocument/2006/relationships/image" Target="media/image5.png"/><Relationship Id="rId18" Type="http://schemas.openxmlformats.org/officeDocument/2006/relationships/image" Target="media/image10.jpg"/><Relationship Id="rId39" Type="http://schemas.openxmlformats.org/officeDocument/2006/relationships/image" Target="media/image31.jpg"/><Relationship Id="rId109" Type="http://schemas.openxmlformats.org/officeDocument/2006/relationships/image" Target="media/image101.jp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jpg"/><Relationship Id="rId125" Type="http://schemas.openxmlformats.org/officeDocument/2006/relationships/image" Target="media/image117.jpg"/><Relationship Id="rId141" Type="http://schemas.openxmlformats.org/officeDocument/2006/relationships/image" Target="media/image133.jpg"/><Relationship Id="rId146" Type="http://schemas.openxmlformats.org/officeDocument/2006/relationships/image" Target="media/image138.jpg"/><Relationship Id="rId167" Type="http://schemas.openxmlformats.org/officeDocument/2006/relationships/image" Target="media/image159.png"/><Relationship Id="rId7" Type="http://schemas.openxmlformats.org/officeDocument/2006/relationships/endnotes" Target="endnotes.xml"/><Relationship Id="rId71" Type="http://schemas.openxmlformats.org/officeDocument/2006/relationships/image" Target="media/image63.jpg"/><Relationship Id="rId92" Type="http://schemas.openxmlformats.org/officeDocument/2006/relationships/image" Target="media/image84.jpg"/><Relationship Id="rId162" Type="http://schemas.openxmlformats.org/officeDocument/2006/relationships/image" Target="media/image154.jpg"/><Relationship Id="rId183" Type="http://schemas.openxmlformats.org/officeDocument/2006/relationships/image" Target="media/image175.jpg"/><Relationship Id="rId2" Type="http://schemas.openxmlformats.org/officeDocument/2006/relationships/numbering" Target="numbering.xml"/><Relationship Id="rId29" Type="http://schemas.openxmlformats.org/officeDocument/2006/relationships/image" Target="media/image21.jpg"/><Relationship Id="rId24" Type="http://schemas.openxmlformats.org/officeDocument/2006/relationships/image" Target="media/image16.jpg"/><Relationship Id="rId40" Type="http://schemas.openxmlformats.org/officeDocument/2006/relationships/image" Target="media/image32.png"/><Relationship Id="rId45" Type="http://schemas.openxmlformats.org/officeDocument/2006/relationships/image" Target="media/image37.jpg"/><Relationship Id="rId66" Type="http://schemas.openxmlformats.org/officeDocument/2006/relationships/image" Target="media/image58.jpg"/><Relationship Id="rId87" Type="http://schemas.openxmlformats.org/officeDocument/2006/relationships/image" Target="media/image79.jp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23.jpg"/><Relationship Id="rId136" Type="http://schemas.openxmlformats.org/officeDocument/2006/relationships/image" Target="media/image128.jp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jpg"/><Relationship Id="rId152" Type="http://schemas.openxmlformats.org/officeDocument/2006/relationships/image" Target="media/image144.jpg"/><Relationship Id="rId173" Type="http://schemas.openxmlformats.org/officeDocument/2006/relationships/image" Target="media/image165.png"/><Relationship Id="rId19" Type="http://schemas.openxmlformats.org/officeDocument/2006/relationships/image" Target="media/image11.jpg"/><Relationship Id="rId14" Type="http://schemas.openxmlformats.org/officeDocument/2006/relationships/image" Target="media/image6.jpg"/><Relationship Id="rId30" Type="http://schemas.openxmlformats.org/officeDocument/2006/relationships/image" Target="media/image22.jpg"/><Relationship Id="rId35" Type="http://schemas.openxmlformats.org/officeDocument/2006/relationships/image" Target="media/image27.jp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jpg"/><Relationship Id="rId105" Type="http://schemas.openxmlformats.org/officeDocument/2006/relationships/image" Target="media/image97.jpg"/><Relationship Id="rId126" Type="http://schemas.openxmlformats.org/officeDocument/2006/relationships/image" Target="media/image118.jpg"/><Relationship Id="rId147" Type="http://schemas.openxmlformats.org/officeDocument/2006/relationships/image" Target="media/image139.png"/><Relationship Id="rId168" Type="http://schemas.openxmlformats.org/officeDocument/2006/relationships/image" Target="media/image160.png"/><Relationship Id="rId8" Type="http://schemas.openxmlformats.org/officeDocument/2006/relationships/footer" Target="footer1.xml"/><Relationship Id="rId51" Type="http://schemas.openxmlformats.org/officeDocument/2006/relationships/image" Target="media/image43.jp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jpg"/><Relationship Id="rId121" Type="http://schemas.openxmlformats.org/officeDocument/2006/relationships/image" Target="media/image113.jp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7.jp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jpg"/><Relationship Id="rId137" Type="http://schemas.openxmlformats.org/officeDocument/2006/relationships/image" Target="media/image129.jpg"/><Relationship Id="rId158" Type="http://schemas.openxmlformats.org/officeDocument/2006/relationships/image" Target="media/image150.jp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jp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jp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jpg"/><Relationship Id="rId179" Type="http://schemas.openxmlformats.org/officeDocument/2006/relationships/image" Target="media/image171.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jpg"/><Relationship Id="rId106" Type="http://schemas.openxmlformats.org/officeDocument/2006/relationships/image" Target="media/image98.png"/><Relationship Id="rId127" Type="http://schemas.openxmlformats.org/officeDocument/2006/relationships/image" Target="media/image119.jpg"/><Relationship Id="rId10" Type="http://schemas.openxmlformats.org/officeDocument/2006/relationships/image" Target="media/image2.jp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jpg"/><Relationship Id="rId78" Type="http://schemas.openxmlformats.org/officeDocument/2006/relationships/image" Target="media/image70.png"/><Relationship Id="rId94" Type="http://schemas.openxmlformats.org/officeDocument/2006/relationships/image" Target="media/image86.jp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jpg"/><Relationship Id="rId148" Type="http://schemas.openxmlformats.org/officeDocument/2006/relationships/image" Target="media/image140.jpg"/><Relationship Id="rId164" Type="http://schemas.openxmlformats.org/officeDocument/2006/relationships/image" Target="media/image156.jpg"/><Relationship Id="rId169" Type="http://schemas.openxmlformats.org/officeDocument/2006/relationships/image" Target="media/image161.png"/><Relationship Id="rId18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image" Target="media/image17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02536-B775-4646-8BE3-2976C8523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15520</Words>
  <Characters>77422</Characters>
  <Application>Microsoft Office Word</Application>
  <DocSecurity>0</DocSecurity>
  <Lines>2389</Lines>
  <Paragraphs>1956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2026-08-12T06:32:00Z</dcterms:modified>
  <cp:category/>
</cp:coreProperties>
</file>